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9A13E" w14:textId="77777777" w:rsidR="00E675CB" w:rsidRPr="00E675CB" w:rsidRDefault="00E675CB" w:rsidP="00E675CB">
      <w:pPr>
        <w:pStyle w:val="31"/>
        <w:rPr>
          <w:rFonts w:ascii="Times New Roman" w:hAnsi="Times New Roman" w:cs="Times New Roman"/>
          <w:color w:val="auto"/>
          <w:sz w:val="27"/>
          <w:lang w:val="ru-RU"/>
        </w:rPr>
      </w:pPr>
      <w:r w:rsidRPr="00E675CB">
        <w:rPr>
          <w:rFonts w:ascii="Times New Roman" w:hAnsi="Times New Roman" w:cs="Times New Roman"/>
          <w:color w:val="auto"/>
          <w:lang w:val="ru-RU"/>
        </w:rPr>
        <w:t xml:space="preserve">Тема 3. </w:t>
      </w:r>
      <w:proofErr w:type="spellStart"/>
      <w:r w:rsidRPr="00E675CB">
        <w:rPr>
          <w:rFonts w:ascii="Times New Roman" w:hAnsi="Times New Roman" w:cs="Times New Roman"/>
          <w:color w:val="auto"/>
          <w:lang w:val="ru-RU"/>
        </w:rPr>
        <w:t>Стрес-щеплення</w:t>
      </w:r>
      <w:proofErr w:type="spellEnd"/>
      <w:r w:rsidRPr="00E675CB">
        <w:rPr>
          <w:rFonts w:ascii="Times New Roman" w:hAnsi="Times New Roman" w:cs="Times New Roman"/>
          <w:color w:val="auto"/>
          <w:lang w:val="ru-RU"/>
        </w:rPr>
        <w:t xml:space="preserve"> контролю </w:t>
      </w:r>
      <w:proofErr w:type="spellStart"/>
      <w:r w:rsidRPr="00E675CB">
        <w:rPr>
          <w:rFonts w:ascii="Times New Roman" w:hAnsi="Times New Roman" w:cs="Times New Roman"/>
          <w:color w:val="auto"/>
          <w:lang w:val="ru-RU"/>
        </w:rPr>
        <w:t>психологічних</w:t>
      </w:r>
      <w:proofErr w:type="spellEnd"/>
      <w:r w:rsidRPr="00E675CB">
        <w:rPr>
          <w:rFonts w:ascii="Times New Roman" w:hAnsi="Times New Roman" w:cs="Times New Roman"/>
          <w:color w:val="auto"/>
          <w:lang w:val="ru-RU"/>
        </w:rPr>
        <w:t xml:space="preserve"> </w:t>
      </w:r>
      <w:proofErr w:type="spellStart"/>
      <w:r w:rsidRPr="00E675CB">
        <w:rPr>
          <w:rFonts w:ascii="Times New Roman" w:hAnsi="Times New Roman" w:cs="Times New Roman"/>
          <w:color w:val="auto"/>
          <w:lang w:val="ru-RU"/>
        </w:rPr>
        <w:t>станів</w:t>
      </w:r>
      <w:proofErr w:type="spellEnd"/>
      <w:r w:rsidRPr="00E675CB">
        <w:rPr>
          <w:rFonts w:ascii="Times New Roman" w:hAnsi="Times New Roman" w:cs="Times New Roman"/>
          <w:color w:val="auto"/>
          <w:lang w:val="ru-RU"/>
        </w:rPr>
        <w:t xml:space="preserve"> в </w:t>
      </w:r>
      <w:proofErr w:type="spellStart"/>
      <w:r w:rsidRPr="00E675CB">
        <w:rPr>
          <w:rFonts w:ascii="Times New Roman" w:hAnsi="Times New Roman" w:cs="Times New Roman"/>
          <w:color w:val="auto"/>
          <w:lang w:val="ru-RU"/>
        </w:rPr>
        <w:t>умовах</w:t>
      </w:r>
      <w:proofErr w:type="spellEnd"/>
      <w:r w:rsidRPr="00E675CB">
        <w:rPr>
          <w:rFonts w:ascii="Times New Roman" w:hAnsi="Times New Roman" w:cs="Times New Roman"/>
          <w:color w:val="auto"/>
          <w:lang w:val="ru-RU"/>
        </w:rPr>
        <w:t xml:space="preserve"> </w:t>
      </w:r>
      <w:proofErr w:type="spellStart"/>
      <w:r w:rsidRPr="00E675CB">
        <w:rPr>
          <w:rFonts w:ascii="Times New Roman" w:hAnsi="Times New Roman" w:cs="Times New Roman"/>
          <w:color w:val="auto"/>
          <w:lang w:val="ru-RU"/>
        </w:rPr>
        <w:t>протидії</w:t>
      </w:r>
      <w:proofErr w:type="spellEnd"/>
      <w:r w:rsidRPr="00E675CB">
        <w:rPr>
          <w:rFonts w:ascii="Times New Roman" w:hAnsi="Times New Roman" w:cs="Times New Roman"/>
          <w:color w:val="auto"/>
          <w:lang w:val="ru-RU"/>
        </w:rPr>
        <w:t xml:space="preserve"> </w:t>
      </w:r>
      <w:proofErr w:type="spellStart"/>
      <w:r w:rsidRPr="00E675CB">
        <w:rPr>
          <w:rFonts w:ascii="Times New Roman" w:hAnsi="Times New Roman" w:cs="Times New Roman"/>
          <w:color w:val="auto"/>
          <w:lang w:val="ru-RU"/>
        </w:rPr>
        <w:t>бронетехніці</w:t>
      </w:r>
      <w:proofErr w:type="spellEnd"/>
    </w:p>
    <w:p w14:paraId="5B7B89E9" w14:textId="77777777" w:rsidR="00E675CB" w:rsidRPr="00E675CB" w:rsidRDefault="00E675CB" w:rsidP="00E675CB">
      <w:pPr>
        <w:pStyle w:val="4"/>
        <w:rPr>
          <w:rFonts w:ascii="Times New Roman" w:hAnsi="Times New Roman" w:cs="Times New Roman"/>
          <w:i w:val="0"/>
          <w:iCs w:val="0"/>
          <w:color w:val="auto"/>
          <w:lang w:val="ru-RU"/>
        </w:rPr>
      </w:pPr>
      <w:proofErr w:type="spellStart"/>
      <w:r w:rsidRPr="00E675CB">
        <w:rPr>
          <w:rFonts w:ascii="Times New Roman" w:hAnsi="Times New Roman" w:cs="Times New Roman"/>
          <w:i w:val="0"/>
          <w:iCs w:val="0"/>
          <w:color w:val="auto"/>
          <w:lang w:val="ru-RU"/>
        </w:rPr>
        <w:t>Заняття</w:t>
      </w:r>
      <w:proofErr w:type="spellEnd"/>
      <w:r w:rsidRPr="00E675CB">
        <w:rPr>
          <w:rFonts w:ascii="Times New Roman" w:hAnsi="Times New Roman" w:cs="Times New Roman"/>
          <w:i w:val="0"/>
          <w:iCs w:val="0"/>
          <w:color w:val="auto"/>
          <w:lang w:val="ru-RU"/>
        </w:rPr>
        <w:t xml:space="preserve"> 1. Обкатка </w:t>
      </w:r>
      <w:proofErr w:type="spellStart"/>
      <w:r w:rsidRPr="00E675CB">
        <w:rPr>
          <w:rFonts w:ascii="Times New Roman" w:hAnsi="Times New Roman" w:cs="Times New Roman"/>
          <w:i w:val="0"/>
          <w:iCs w:val="0"/>
          <w:color w:val="auto"/>
          <w:lang w:val="ru-RU"/>
        </w:rPr>
        <w:t>особового</w:t>
      </w:r>
      <w:proofErr w:type="spellEnd"/>
      <w:r w:rsidRPr="00E675CB">
        <w:rPr>
          <w:rFonts w:ascii="Times New Roman" w:hAnsi="Times New Roman" w:cs="Times New Roman"/>
          <w:i w:val="0"/>
          <w:iCs w:val="0"/>
          <w:color w:val="auto"/>
          <w:lang w:val="ru-RU"/>
        </w:rPr>
        <w:t xml:space="preserve"> складу </w:t>
      </w:r>
      <w:proofErr w:type="spellStart"/>
      <w:r w:rsidRPr="00E675CB">
        <w:rPr>
          <w:rFonts w:ascii="Times New Roman" w:hAnsi="Times New Roman" w:cs="Times New Roman"/>
          <w:i w:val="0"/>
          <w:iCs w:val="0"/>
          <w:color w:val="auto"/>
          <w:lang w:val="ru-RU"/>
        </w:rPr>
        <w:t>важкою</w:t>
      </w:r>
      <w:proofErr w:type="spellEnd"/>
      <w:r w:rsidRPr="00E675CB">
        <w:rPr>
          <w:rFonts w:ascii="Times New Roman" w:hAnsi="Times New Roman" w:cs="Times New Roman"/>
          <w:i w:val="0"/>
          <w:iCs w:val="0"/>
          <w:color w:val="auto"/>
          <w:lang w:val="ru-RU"/>
        </w:rPr>
        <w:t xml:space="preserve"> </w:t>
      </w:r>
      <w:proofErr w:type="spellStart"/>
      <w:r w:rsidRPr="00E675CB">
        <w:rPr>
          <w:rFonts w:ascii="Times New Roman" w:hAnsi="Times New Roman" w:cs="Times New Roman"/>
          <w:i w:val="0"/>
          <w:iCs w:val="0"/>
          <w:color w:val="auto"/>
          <w:lang w:val="ru-RU"/>
        </w:rPr>
        <w:t>броньованою</w:t>
      </w:r>
      <w:proofErr w:type="spellEnd"/>
      <w:r w:rsidRPr="00E675CB">
        <w:rPr>
          <w:rFonts w:ascii="Times New Roman" w:hAnsi="Times New Roman" w:cs="Times New Roman"/>
          <w:i w:val="0"/>
          <w:iCs w:val="0"/>
          <w:color w:val="auto"/>
          <w:lang w:val="ru-RU"/>
        </w:rPr>
        <w:t xml:space="preserve"> </w:t>
      </w:r>
      <w:proofErr w:type="spellStart"/>
      <w:r w:rsidRPr="00E675CB">
        <w:rPr>
          <w:rFonts w:ascii="Times New Roman" w:hAnsi="Times New Roman" w:cs="Times New Roman"/>
          <w:i w:val="0"/>
          <w:iCs w:val="0"/>
          <w:color w:val="auto"/>
          <w:lang w:val="ru-RU"/>
        </w:rPr>
        <w:t>технікою</w:t>
      </w:r>
      <w:proofErr w:type="spellEnd"/>
    </w:p>
    <w:p w14:paraId="2D6686F0" w14:textId="77777777" w:rsidR="00E675CB" w:rsidRPr="00E675CB" w:rsidRDefault="00E675CB" w:rsidP="00E675CB">
      <w:pPr>
        <w:spacing w:before="100" w:beforeAutospacing="1" w:after="100" w:afterAutospacing="1"/>
        <w:rPr>
          <w:rFonts w:cs="Times New Roman"/>
          <w:lang w:val="ru-RU"/>
        </w:rPr>
      </w:pPr>
      <w:proofErr w:type="spellStart"/>
      <w:r w:rsidRPr="00E675CB">
        <w:rPr>
          <w:rFonts w:cs="Times New Roman"/>
          <w:lang w:val="ru-RU"/>
        </w:rPr>
        <w:t>Досвід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бойових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дій</w:t>
      </w:r>
      <w:proofErr w:type="spellEnd"/>
      <w:r w:rsidRPr="00E675CB">
        <w:rPr>
          <w:rFonts w:cs="Times New Roman"/>
          <w:lang w:val="ru-RU"/>
        </w:rPr>
        <w:t xml:space="preserve"> в АТО </w:t>
      </w:r>
      <w:proofErr w:type="spellStart"/>
      <w:r w:rsidRPr="00E675CB">
        <w:rPr>
          <w:rFonts w:cs="Times New Roman"/>
          <w:lang w:val="ru-RU"/>
        </w:rPr>
        <w:t>показує</w:t>
      </w:r>
      <w:proofErr w:type="spellEnd"/>
      <w:r w:rsidRPr="00E675CB">
        <w:rPr>
          <w:rFonts w:cs="Times New Roman"/>
          <w:lang w:val="ru-RU"/>
        </w:rPr>
        <w:t xml:space="preserve">, </w:t>
      </w:r>
      <w:proofErr w:type="spellStart"/>
      <w:r w:rsidRPr="00E675CB">
        <w:rPr>
          <w:rFonts w:cs="Times New Roman"/>
          <w:lang w:val="ru-RU"/>
        </w:rPr>
        <w:t>що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значні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втрати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пов'язані</w:t>
      </w:r>
      <w:proofErr w:type="spellEnd"/>
      <w:r w:rsidRPr="00E675CB">
        <w:rPr>
          <w:rFonts w:cs="Times New Roman"/>
          <w:lang w:val="ru-RU"/>
        </w:rPr>
        <w:t xml:space="preserve"> з </w:t>
      </w:r>
      <w:proofErr w:type="spellStart"/>
      <w:r w:rsidRPr="00E675CB">
        <w:rPr>
          <w:rFonts w:cs="Times New Roman"/>
          <w:lang w:val="ru-RU"/>
        </w:rPr>
        <w:t>низькою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психологічною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стійкістю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військових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під</w:t>
      </w:r>
      <w:proofErr w:type="spellEnd"/>
      <w:r w:rsidRPr="00E675CB">
        <w:rPr>
          <w:rFonts w:cs="Times New Roman"/>
          <w:lang w:val="ru-RU"/>
        </w:rPr>
        <w:t xml:space="preserve"> час </w:t>
      </w:r>
      <w:proofErr w:type="spellStart"/>
      <w:r w:rsidRPr="00E675CB">
        <w:rPr>
          <w:rFonts w:cs="Times New Roman"/>
          <w:lang w:val="ru-RU"/>
        </w:rPr>
        <w:t>застосування</w:t>
      </w:r>
      <w:proofErr w:type="spellEnd"/>
      <w:r w:rsidRPr="00E675CB">
        <w:rPr>
          <w:rFonts w:cs="Times New Roman"/>
          <w:lang w:val="ru-RU"/>
        </w:rPr>
        <w:t xml:space="preserve"> противником </w:t>
      </w:r>
      <w:proofErr w:type="spellStart"/>
      <w:r w:rsidRPr="00E675CB">
        <w:rPr>
          <w:rFonts w:cs="Times New Roman"/>
          <w:lang w:val="ru-RU"/>
        </w:rPr>
        <w:t>танків</w:t>
      </w:r>
      <w:proofErr w:type="spellEnd"/>
      <w:r w:rsidRPr="00E675CB">
        <w:rPr>
          <w:rFonts w:cs="Times New Roman"/>
          <w:lang w:val="ru-RU"/>
        </w:rPr>
        <w:t xml:space="preserve"> та </w:t>
      </w:r>
      <w:proofErr w:type="spellStart"/>
      <w:r w:rsidRPr="00E675CB">
        <w:rPr>
          <w:rFonts w:cs="Times New Roman"/>
          <w:lang w:val="ru-RU"/>
        </w:rPr>
        <w:t>артилерії</w:t>
      </w:r>
      <w:proofErr w:type="spellEnd"/>
      <w:r w:rsidRPr="00E675CB">
        <w:rPr>
          <w:rFonts w:cs="Times New Roman"/>
          <w:lang w:val="ru-RU"/>
        </w:rPr>
        <w:t xml:space="preserve">. </w:t>
      </w:r>
      <w:proofErr w:type="spellStart"/>
      <w:r w:rsidRPr="00E675CB">
        <w:rPr>
          <w:rFonts w:cs="Times New Roman"/>
          <w:lang w:val="ru-RU"/>
        </w:rPr>
        <w:t>Навчання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має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включати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вивчення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вразливих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місць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бронетехніки</w:t>
      </w:r>
      <w:proofErr w:type="spellEnd"/>
      <w:r w:rsidRPr="00E675CB">
        <w:rPr>
          <w:rFonts w:cs="Times New Roman"/>
          <w:lang w:val="ru-RU"/>
        </w:rPr>
        <w:t xml:space="preserve"> (рисунки 1, 2) та порядок </w:t>
      </w:r>
      <w:proofErr w:type="spellStart"/>
      <w:r w:rsidRPr="00E675CB">
        <w:rPr>
          <w:rFonts w:cs="Times New Roman"/>
          <w:lang w:val="ru-RU"/>
        </w:rPr>
        <w:t>її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ураження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ручними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протитанковими</w:t>
      </w:r>
      <w:proofErr w:type="spellEnd"/>
      <w:r w:rsidRPr="00E675CB">
        <w:rPr>
          <w:rFonts w:cs="Times New Roman"/>
          <w:lang w:val="ru-RU"/>
        </w:rPr>
        <w:t xml:space="preserve"> гранатами (рисунок 3).</w:t>
      </w:r>
    </w:p>
    <w:p w14:paraId="5153701D" w14:textId="77777777" w:rsidR="00E675CB" w:rsidRPr="00E675CB" w:rsidRDefault="00E675CB" w:rsidP="00E675CB">
      <w:pPr>
        <w:pStyle w:val="4"/>
        <w:rPr>
          <w:rFonts w:ascii="Times New Roman" w:hAnsi="Times New Roman" w:cs="Times New Roman"/>
          <w:i w:val="0"/>
          <w:iCs w:val="0"/>
          <w:color w:val="auto"/>
        </w:rPr>
      </w:pPr>
      <w:proofErr w:type="spellStart"/>
      <w:r w:rsidRPr="00E675CB">
        <w:rPr>
          <w:rFonts w:ascii="Times New Roman" w:hAnsi="Times New Roman" w:cs="Times New Roman"/>
          <w:i w:val="0"/>
          <w:iCs w:val="0"/>
          <w:color w:val="auto"/>
        </w:rPr>
        <w:t>Підготовчі</w:t>
      </w:r>
      <w:proofErr w:type="spellEnd"/>
      <w:r w:rsidRPr="00E675CB">
        <w:rPr>
          <w:rFonts w:ascii="Times New Roman" w:hAnsi="Times New Roman" w:cs="Times New Roman"/>
          <w:i w:val="0"/>
          <w:iCs w:val="0"/>
          <w:color w:val="auto"/>
        </w:rPr>
        <w:t xml:space="preserve"> </w:t>
      </w:r>
      <w:proofErr w:type="spellStart"/>
      <w:r w:rsidRPr="00E675CB">
        <w:rPr>
          <w:rFonts w:ascii="Times New Roman" w:hAnsi="Times New Roman" w:cs="Times New Roman"/>
          <w:i w:val="0"/>
          <w:iCs w:val="0"/>
          <w:color w:val="auto"/>
        </w:rPr>
        <w:t>заходи</w:t>
      </w:r>
      <w:proofErr w:type="spellEnd"/>
      <w:r w:rsidRPr="00E675CB">
        <w:rPr>
          <w:rFonts w:ascii="Times New Roman" w:hAnsi="Times New Roman" w:cs="Times New Roman"/>
          <w:i w:val="0"/>
          <w:iCs w:val="0"/>
          <w:color w:val="auto"/>
        </w:rPr>
        <w:t>:</w:t>
      </w:r>
    </w:p>
    <w:p w14:paraId="0900FAF4" w14:textId="77777777" w:rsidR="00E675CB" w:rsidRPr="00E675CB" w:rsidRDefault="00E675CB" w:rsidP="00E675C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lang w:val="ru-RU"/>
        </w:rPr>
      </w:pPr>
      <w:r w:rsidRPr="00E675CB">
        <w:rPr>
          <w:rFonts w:cs="Times New Roman"/>
          <w:lang w:val="ru-RU"/>
        </w:rPr>
        <w:t xml:space="preserve">Показ </w:t>
      </w:r>
      <w:proofErr w:type="spellStart"/>
      <w:r w:rsidRPr="00E675CB">
        <w:rPr>
          <w:rFonts w:cs="Times New Roman"/>
          <w:lang w:val="ru-RU"/>
        </w:rPr>
        <w:t>вразливих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місць</w:t>
      </w:r>
      <w:proofErr w:type="spellEnd"/>
      <w:r w:rsidRPr="00E675CB">
        <w:rPr>
          <w:rFonts w:cs="Times New Roman"/>
          <w:lang w:val="ru-RU"/>
        </w:rPr>
        <w:t xml:space="preserve"> танка та </w:t>
      </w:r>
      <w:proofErr w:type="spellStart"/>
      <w:r w:rsidRPr="00E675CB">
        <w:rPr>
          <w:rFonts w:cs="Times New Roman"/>
          <w:lang w:val="ru-RU"/>
        </w:rPr>
        <w:t>опитування</w:t>
      </w:r>
      <w:proofErr w:type="spellEnd"/>
      <w:r w:rsidRPr="00E675CB">
        <w:rPr>
          <w:rFonts w:cs="Times New Roman"/>
          <w:lang w:val="ru-RU"/>
        </w:rPr>
        <w:t>.</w:t>
      </w:r>
    </w:p>
    <w:p w14:paraId="05A82422" w14:textId="77777777" w:rsidR="00E675CB" w:rsidRPr="00E675CB" w:rsidRDefault="00E675CB" w:rsidP="00E675C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lang w:val="ru-RU"/>
        </w:rPr>
      </w:pPr>
      <w:proofErr w:type="spellStart"/>
      <w:r w:rsidRPr="00E675CB">
        <w:rPr>
          <w:rFonts w:cs="Times New Roman"/>
          <w:lang w:val="ru-RU"/>
        </w:rPr>
        <w:t>Практичне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переповзання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під</w:t>
      </w:r>
      <w:proofErr w:type="spellEnd"/>
      <w:r w:rsidRPr="00E675CB">
        <w:rPr>
          <w:rFonts w:cs="Times New Roman"/>
          <w:lang w:val="ru-RU"/>
        </w:rPr>
        <w:t xml:space="preserve"> танком (</w:t>
      </w:r>
      <w:proofErr w:type="spellStart"/>
      <w:r w:rsidRPr="00E675CB">
        <w:rPr>
          <w:rFonts w:cs="Times New Roman"/>
          <w:lang w:val="ru-RU"/>
        </w:rPr>
        <w:t>нерухомим</w:t>
      </w:r>
      <w:proofErr w:type="spellEnd"/>
      <w:r w:rsidRPr="00E675CB">
        <w:rPr>
          <w:rFonts w:cs="Times New Roman"/>
          <w:lang w:val="ru-RU"/>
        </w:rPr>
        <w:t xml:space="preserve"> та з </w:t>
      </w:r>
      <w:proofErr w:type="spellStart"/>
      <w:r w:rsidRPr="00E675CB">
        <w:rPr>
          <w:rFonts w:cs="Times New Roman"/>
          <w:lang w:val="ru-RU"/>
        </w:rPr>
        <w:t>увімкненим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двигуном</w:t>
      </w:r>
      <w:proofErr w:type="spellEnd"/>
      <w:r w:rsidRPr="00E675CB">
        <w:rPr>
          <w:rFonts w:cs="Times New Roman"/>
          <w:lang w:val="ru-RU"/>
        </w:rPr>
        <w:t>).</w:t>
      </w:r>
    </w:p>
    <w:p w14:paraId="1E7ED664" w14:textId="77777777" w:rsidR="00E675CB" w:rsidRPr="00E675CB" w:rsidRDefault="00E675CB" w:rsidP="00E675C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lang w:val="ru-RU"/>
        </w:rPr>
      </w:pPr>
      <w:r w:rsidRPr="00E675CB">
        <w:rPr>
          <w:rFonts w:cs="Times New Roman"/>
          <w:lang w:val="ru-RU"/>
        </w:rPr>
        <w:t xml:space="preserve">Показ </w:t>
      </w:r>
      <w:proofErr w:type="spellStart"/>
      <w:r w:rsidRPr="00E675CB">
        <w:rPr>
          <w:rFonts w:cs="Times New Roman"/>
          <w:lang w:val="ru-RU"/>
        </w:rPr>
        <w:t>дій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щодо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знищення</w:t>
      </w:r>
      <w:proofErr w:type="spellEnd"/>
      <w:r w:rsidRPr="00E675CB">
        <w:rPr>
          <w:rFonts w:cs="Times New Roman"/>
          <w:lang w:val="ru-RU"/>
        </w:rPr>
        <w:t xml:space="preserve"> танка при </w:t>
      </w:r>
      <w:proofErr w:type="spellStart"/>
      <w:r w:rsidRPr="00E675CB">
        <w:rPr>
          <w:rFonts w:cs="Times New Roman"/>
          <w:lang w:val="ru-RU"/>
        </w:rPr>
        <w:t>наближенні</w:t>
      </w:r>
      <w:proofErr w:type="spellEnd"/>
      <w:r w:rsidRPr="00E675CB">
        <w:rPr>
          <w:rFonts w:cs="Times New Roman"/>
          <w:lang w:val="ru-RU"/>
        </w:rPr>
        <w:t xml:space="preserve"> (</w:t>
      </w:r>
      <w:proofErr w:type="spellStart"/>
      <w:r w:rsidRPr="00E675CB">
        <w:rPr>
          <w:rFonts w:cs="Times New Roman"/>
          <w:lang w:val="ru-RU"/>
        </w:rPr>
        <w:t>вогонь</w:t>
      </w:r>
      <w:proofErr w:type="spellEnd"/>
      <w:r w:rsidRPr="00E675CB">
        <w:rPr>
          <w:rFonts w:cs="Times New Roman"/>
          <w:lang w:val="ru-RU"/>
        </w:rPr>
        <w:t xml:space="preserve"> по </w:t>
      </w:r>
      <w:proofErr w:type="spellStart"/>
      <w:r w:rsidRPr="00E675CB">
        <w:rPr>
          <w:rFonts w:cs="Times New Roman"/>
          <w:lang w:val="ru-RU"/>
        </w:rPr>
        <w:t>приладах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спостереження</w:t>
      </w:r>
      <w:proofErr w:type="spellEnd"/>
      <w:r w:rsidRPr="00E675CB">
        <w:rPr>
          <w:rFonts w:cs="Times New Roman"/>
          <w:lang w:val="ru-RU"/>
        </w:rPr>
        <w:t xml:space="preserve">, </w:t>
      </w:r>
      <w:proofErr w:type="spellStart"/>
      <w:r w:rsidRPr="00E675CB">
        <w:rPr>
          <w:rFonts w:cs="Times New Roman"/>
          <w:lang w:val="ru-RU"/>
        </w:rPr>
        <w:t>кидання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гранати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під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гусеницю</w:t>
      </w:r>
      <w:proofErr w:type="spellEnd"/>
      <w:r w:rsidRPr="00E675CB">
        <w:rPr>
          <w:rFonts w:cs="Times New Roman"/>
          <w:lang w:val="ru-RU"/>
        </w:rPr>
        <w:t>).</w:t>
      </w:r>
    </w:p>
    <w:p w14:paraId="02F369FD" w14:textId="77777777" w:rsidR="00E675CB" w:rsidRPr="00E675CB" w:rsidRDefault="00E675CB" w:rsidP="00E675C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lang w:val="ru-RU"/>
        </w:rPr>
      </w:pPr>
      <w:r w:rsidRPr="00E675CB">
        <w:rPr>
          <w:rFonts w:cs="Times New Roman"/>
          <w:lang w:val="ru-RU"/>
        </w:rPr>
        <w:t xml:space="preserve">Показ </w:t>
      </w:r>
      <w:proofErr w:type="spellStart"/>
      <w:r w:rsidRPr="00E675CB">
        <w:rPr>
          <w:rFonts w:cs="Times New Roman"/>
          <w:lang w:val="ru-RU"/>
        </w:rPr>
        <w:t>дій</w:t>
      </w:r>
      <w:proofErr w:type="spellEnd"/>
      <w:r w:rsidRPr="00E675CB">
        <w:rPr>
          <w:rFonts w:cs="Times New Roman"/>
          <w:lang w:val="ru-RU"/>
        </w:rPr>
        <w:t xml:space="preserve"> при </w:t>
      </w:r>
      <w:proofErr w:type="spellStart"/>
      <w:r w:rsidRPr="00E675CB">
        <w:rPr>
          <w:rFonts w:cs="Times New Roman"/>
          <w:lang w:val="ru-RU"/>
        </w:rPr>
        <w:t>віддаленні</w:t>
      </w:r>
      <w:proofErr w:type="spellEnd"/>
      <w:r w:rsidRPr="00E675CB">
        <w:rPr>
          <w:rFonts w:cs="Times New Roman"/>
          <w:lang w:val="ru-RU"/>
        </w:rPr>
        <w:t xml:space="preserve"> танка (</w:t>
      </w:r>
      <w:proofErr w:type="spellStart"/>
      <w:r w:rsidRPr="00E675CB">
        <w:rPr>
          <w:rFonts w:cs="Times New Roman"/>
          <w:lang w:val="ru-RU"/>
        </w:rPr>
        <w:t>повторне</w:t>
      </w:r>
      <w:proofErr w:type="spellEnd"/>
      <w:r w:rsidRPr="00E675CB">
        <w:rPr>
          <w:rFonts w:cs="Times New Roman"/>
          <w:lang w:val="ru-RU"/>
        </w:rPr>
        <w:t xml:space="preserve"> </w:t>
      </w:r>
      <w:proofErr w:type="spellStart"/>
      <w:r w:rsidRPr="00E675CB">
        <w:rPr>
          <w:rFonts w:cs="Times New Roman"/>
          <w:lang w:val="ru-RU"/>
        </w:rPr>
        <w:t>ураження</w:t>
      </w:r>
      <w:proofErr w:type="spellEnd"/>
      <w:r w:rsidRPr="00E675CB">
        <w:rPr>
          <w:rFonts w:cs="Times New Roman"/>
          <w:lang w:val="ru-RU"/>
        </w:rPr>
        <w:t xml:space="preserve"> гранатою, </w:t>
      </w:r>
      <w:proofErr w:type="spellStart"/>
      <w:r w:rsidRPr="00E675CB">
        <w:rPr>
          <w:rFonts w:cs="Times New Roman"/>
          <w:lang w:val="ru-RU"/>
        </w:rPr>
        <w:t>вогонь</w:t>
      </w:r>
      <w:proofErr w:type="spellEnd"/>
      <w:r w:rsidRPr="00E675CB">
        <w:rPr>
          <w:rFonts w:cs="Times New Roman"/>
          <w:lang w:val="ru-RU"/>
        </w:rPr>
        <w:t xml:space="preserve"> по </w:t>
      </w:r>
      <w:proofErr w:type="spellStart"/>
      <w:r w:rsidRPr="00E675CB">
        <w:rPr>
          <w:rFonts w:cs="Times New Roman"/>
          <w:lang w:val="ru-RU"/>
        </w:rPr>
        <w:t>піхоті</w:t>
      </w:r>
      <w:proofErr w:type="spellEnd"/>
      <w:r w:rsidRPr="00E675CB">
        <w:rPr>
          <w:rFonts w:cs="Times New Roman"/>
          <w:lang w:val="ru-RU"/>
        </w:rPr>
        <w:t>).</w:t>
      </w:r>
    </w:p>
    <w:p w14:paraId="31CB50E2" w14:textId="77777777" w:rsidR="00D5417B" w:rsidRDefault="00D5417B" w:rsidP="00D5417B">
      <w:pPr>
        <w:tabs>
          <w:tab w:val="left" w:pos="480"/>
        </w:tabs>
        <w:spacing w:after="0" w:line="240" w:lineRule="auto"/>
        <w:ind w:firstLine="709"/>
        <w:jc w:val="both"/>
        <w:rPr>
          <w:rFonts w:eastAsia="Calibri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5408" behindDoc="0" locked="0" layoutInCell="1" allowOverlap="1" wp14:anchorId="5550051D" wp14:editId="79E1161A">
            <wp:simplePos x="0" y="0"/>
            <wp:positionH relativeFrom="margin">
              <wp:align>center</wp:align>
            </wp:positionH>
            <wp:positionV relativeFrom="paragraph">
              <wp:posOffset>33682</wp:posOffset>
            </wp:positionV>
            <wp:extent cx="5629523" cy="1320165"/>
            <wp:effectExtent l="0" t="0" r="952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5793" t="26835" r="34796" b="57396"/>
                    <a:stretch/>
                  </pic:blipFill>
                  <pic:spPr bwMode="auto">
                    <a:xfrm>
                      <a:off x="0" y="0"/>
                      <a:ext cx="5629523" cy="1320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EACD09" w14:textId="77777777" w:rsidR="00D5417B" w:rsidRPr="00501BEA" w:rsidRDefault="00D5417B" w:rsidP="00D5417B">
      <w:pPr>
        <w:tabs>
          <w:tab w:val="left" w:pos="480"/>
        </w:tabs>
        <w:spacing w:after="0" w:line="240" w:lineRule="auto"/>
        <w:ind w:firstLine="709"/>
        <w:jc w:val="both"/>
        <w:rPr>
          <w:rFonts w:eastAsia="Calibri"/>
          <w:szCs w:val="28"/>
          <w:lang w:val="uk-UA"/>
        </w:rPr>
      </w:pPr>
    </w:p>
    <w:p w14:paraId="4DC8B16E" w14:textId="77777777" w:rsidR="00D5417B" w:rsidRPr="00501BEA" w:rsidRDefault="00D5417B" w:rsidP="00D5417B">
      <w:pPr>
        <w:tabs>
          <w:tab w:val="left" w:pos="480"/>
        </w:tabs>
        <w:spacing w:after="0" w:line="240" w:lineRule="auto"/>
        <w:ind w:firstLine="709"/>
        <w:jc w:val="both"/>
        <w:rPr>
          <w:rFonts w:eastAsia="Calibri"/>
          <w:szCs w:val="28"/>
          <w:lang w:val="uk-UA"/>
        </w:rPr>
      </w:pPr>
    </w:p>
    <w:p w14:paraId="274B96AA" w14:textId="77777777" w:rsidR="00D5417B" w:rsidRPr="00501BEA" w:rsidRDefault="00D5417B" w:rsidP="00D5417B">
      <w:pPr>
        <w:tabs>
          <w:tab w:val="left" w:pos="480"/>
        </w:tabs>
        <w:spacing w:after="0" w:line="240" w:lineRule="auto"/>
        <w:ind w:firstLine="709"/>
        <w:jc w:val="both"/>
        <w:rPr>
          <w:rFonts w:eastAsia="Calibri"/>
          <w:szCs w:val="28"/>
          <w:lang w:val="uk-UA"/>
        </w:rPr>
      </w:pPr>
    </w:p>
    <w:p w14:paraId="19DFB919" w14:textId="77777777" w:rsidR="00D5417B" w:rsidRPr="00501BEA" w:rsidRDefault="00D5417B" w:rsidP="00D5417B">
      <w:pPr>
        <w:tabs>
          <w:tab w:val="left" w:pos="480"/>
        </w:tabs>
        <w:spacing w:after="0" w:line="240" w:lineRule="auto"/>
        <w:ind w:firstLine="709"/>
        <w:jc w:val="both"/>
        <w:rPr>
          <w:rFonts w:eastAsia="Calibri"/>
          <w:szCs w:val="28"/>
          <w:lang w:val="uk-UA"/>
        </w:rPr>
      </w:pPr>
    </w:p>
    <w:p w14:paraId="36CCB68B" w14:textId="77777777" w:rsidR="00D5417B" w:rsidRPr="00501BEA" w:rsidRDefault="00D5417B" w:rsidP="00D5417B">
      <w:pPr>
        <w:tabs>
          <w:tab w:val="left" w:pos="480"/>
        </w:tabs>
        <w:spacing w:after="0" w:line="240" w:lineRule="auto"/>
        <w:ind w:firstLine="709"/>
        <w:jc w:val="both"/>
        <w:rPr>
          <w:rFonts w:eastAsia="Calibri"/>
          <w:szCs w:val="28"/>
          <w:lang w:val="uk-UA"/>
        </w:rPr>
      </w:pPr>
    </w:p>
    <w:p w14:paraId="6683D0C1" w14:textId="77777777" w:rsidR="00D5417B" w:rsidRPr="00501BEA" w:rsidRDefault="00D5417B" w:rsidP="00D5417B">
      <w:pPr>
        <w:tabs>
          <w:tab w:val="left" w:pos="670"/>
          <w:tab w:val="left" w:pos="1723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b/>
          <w:kern w:val="1"/>
          <w:szCs w:val="24"/>
          <w:lang w:val="uk-UA"/>
        </w:rPr>
      </w:pPr>
    </w:p>
    <w:p w14:paraId="69EC6948" w14:textId="77777777" w:rsidR="00D5417B" w:rsidRPr="005A7B1D" w:rsidRDefault="00D5417B" w:rsidP="00D5417B">
      <w:pPr>
        <w:tabs>
          <w:tab w:val="left" w:pos="8364"/>
        </w:tabs>
        <w:spacing w:after="0" w:line="240" w:lineRule="auto"/>
        <w:ind w:right="-2"/>
        <w:jc w:val="center"/>
        <w:rPr>
          <w:bCs/>
          <w:i/>
          <w:lang w:val="uk-UA"/>
        </w:rPr>
      </w:pPr>
      <w:r w:rsidRPr="005A7B1D">
        <w:rPr>
          <w:bCs/>
          <w:i/>
          <w:lang w:val="uk-UA"/>
        </w:rPr>
        <w:t>Умовні познаки:</w:t>
      </w:r>
    </w:p>
    <w:p w14:paraId="2D8FE1F3" w14:textId="77777777" w:rsidR="00D5417B" w:rsidRDefault="00D5417B" w:rsidP="00D5417B">
      <w:pPr>
        <w:tabs>
          <w:tab w:val="left" w:pos="8364"/>
        </w:tabs>
        <w:spacing w:after="0" w:line="240" w:lineRule="auto"/>
        <w:ind w:right="-2"/>
        <w:jc w:val="center"/>
        <w:rPr>
          <w:bCs/>
          <w:lang w:val="uk-UA"/>
        </w:rPr>
      </w:pPr>
      <w:r w:rsidRPr="00501BEA">
        <w:rPr>
          <w:bCs/>
          <w:lang w:val="uk-UA"/>
        </w:rPr>
        <w:t xml:space="preserve">1 </w:t>
      </w:r>
      <w:r>
        <w:rPr>
          <w:bCs/>
          <w:lang w:val="uk-UA"/>
        </w:rPr>
        <w:t>–</w:t>
      </w:r>
      <w:r w:rsidRPr="00501BEA">
        <w:rPr>
          <w:bCs/>
          <w:lang w:val="uk-UA"/>
        </w:rPr>
        <w:t xml:space="preserve"> мертва зона видимості;</w:t>
      </w:r>
    </w:p>
    <w:p w14:paraId="03DBE53F" w14:textId="77777777" w:rsidR="00D5417B" w:rsidRPr="00501BEA" w:rsidRDefault="00D5417B" w:rsidP="00D5417B">
      <w:pPr>
        <w:tabs>
          <w:tab w:val="left" w:pos="8364"/>
        </w:tabs>
        <w:spacing w:after="0" w:line="240" w:lineRule="auto"/>
        <w:ind w:right="-2"/>
        <w:jc w:val="center"/>
        <w:rPr>
          <w:lang w:val="uk-UA"/>
        </w:rPr>
      </w:pPr>
      <w:r w:rsidRPr="00501BEA">
        <w:rPr>
          <w:bCs/>
          <w:lang w:val="uk-UA"/>
        </w:rPr>
        <w:t xml:space="preserve">2 </w:t>
      </w:r>
      <w:r>
        <w:rPr>
          <w:bCs/>
          <w:lang w:val="uk-UA"/>
        </w:rPr>
        <w:t>–</w:t>
      </w:r>
      <w:r w:rsidRPr="00501BEA">
        <w:rPr>
          <w:bCs/>
          <w:lang w:val="uk-UA"/>
        </w:rPr>
        <w:t xml:space="preserve"> мертва зона для стрільби</w:t>
      </w:r>
      <w:r w:rsidRPr="00501BEA">
        <w:rPr>
          <w:lang w:val="uk-UA"/>
        </w:rPr>
        <w:t xml:space="preserve"> </w:t>
      </w:r>
      <w:r w:rsidRPr="00501BEA">
        <w:rPr>
          <w:bCs/>
          <w:lang w:val="uk-UA"/>
        </w:rPr>
        <w:t>з головної гармати</w:t>
      </w:r>
      <w:r>
        <w:rPr>
          <w:bCs/>
          <w:lang w:val="uk-UA"/>
        </w:rPr>
        <w:t>.</w:t>
      </w:r>
    </w:p>
    <w:p w14:paraId="25F65DAE" w14:textId="77777777" w:rsidR="00D5417B" w:rsidRDefault="00D5417B" w:rsidP="00D5417B">
      <w:pPr>
        <w:tabs>
          <w:tab w:val="left" w:pos="670"/>
          <w:tab w:val="left" w:pos="1723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140"/>
        <w:jc w:val="center"/>
        <w:textAlignment w:val="baseline"/>
        <w:rPr>
          <w:lang w:val="uk-UA" w:eastAsia="uk-UA"/>
        </w:rPr>
      </w:pPr>
      <w:r w:rsidRPr="00501BEA">
        <w:rPr>
          <w:b/>
          <w:szCs w:val="28"/>
          <w:lang w:val="uk-UA" w:eastAsia="uk-UA"/>
        </w:rPr>
        <w:t xml:space="preserve">Рисунок 1 – </w:t>
      </w:r>
      <w:r w:rsidRPr="00501BEA">
        <w:rPr>
          <w:szCs w:val="28"/>
          <w:lang w:val="uk-UA" w:eastAsia="uk-UA"/>
        </w:rPr>
        <w:t xml:space="preserve">“мертві” ділянки, </w:t>
      </w:r>
      <w:r w:rsidRPr="00501BEA">
        <w:rPr>
          <w:lang w:val="uk-UA" w:eastAsia="uk-UA"/>
        </w:rPr>
        <w:t xml:space="preserve">що не уражаються, при стрільбі з </w:t>
      </w:r>
    </w:p>
    <w:p w14:paraId="7774B419" w14:textId="77777777" w:rsidR="00D5417B" w:rsidRPr="00501BEA" w:rsidRDefault="00D5417B" w:rsidP="00D5417B">
      <w:pPr>
        <w:tabs>
          <w:tab w:val="left" w:pos="670"/>
          <w:tab w:val="left" w:pos="1723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140"/>
        <w:jc w:val="center"/>
        <w:textAlignment w:val="baseline"/>
        <w:rPr>
          <w:b/>
          <w:kern w:val="1"/>
          <w:szCs w:val="24"/>
          <w:lang w:val="uk-UA"/>
        </w:rPr>
      </w:pPr>
      <w:r w:rsidRPr="00501BEA">
        <w:rPr>
          <w:lang w:val="uk-UA" w:eastAsia="uk-UA"/>
        </w:rPr>
        <w:t>гармат і кулемета та взаємодія військовослужбовців при ураженні бойової техніки</w:t>
      </w:r>
      <w:r>
        <w:rPr>
          <w:lang w:val="uk-UA" w:eastAsia="uk-UA"/>
        </w:rPr>
        <w:t>.</w:t>
      </w:r>
    </w:p>
    <w:p w14:paraId="532E25C2" w14:textId="77777777" w:rsidR="00D5417B" w:rsidRPr="00501BEA" w:rsidRDefault="00D5417B" w:rsidP="00D5417B">
      <w:pPr>
        <w:spacing w:after="0" w:line="240" w:lineRule="auto"/>
        <w:ind w:left="840"/>
        <w:jc w:val="both"/>
        <w:rPr>
          <w:lang w:val="uk-UA"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19EB37" wp14:editId="3C617BEA">
                <wp:simplePos x="0" y="0"/>
                <wp:positionH relativeFrom="column">
                  <wp:posOffset>4644473</wp:posOffset>
                </wp:positionH>
                <wp:positionV relativeFrom="paragraph">
                  <wp:posOffset>2561535</wp:posOffset>
                </wp:positionV>
                <wp:extent cx="362585" cy="353695"/>
                <wp:effectExtent l="0" t="0" r="18415" b="27305"/>
                <wp:wrapNone/>
                <wp:docPr id="77673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85" cy="35369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810067" w14:textId="77777777" w:rsidR="00D5417B" w:rsidRDefault="00D5417B" w:rsidP="00D5417B">
                            <w:pPr>
                              <w:ind w:left="-210" w:right="-162"/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19EB37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173" o:spid="_x0000_s1026" type="#_x0000_t120" style="position:absolute;left:0;text-align:left;margin-left:365.7pt;margin-top:201.7pt;width:28.55pt;height:27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" strokecolor="white">
                <v:textbox>
                  <w:txbxContent>
                    <w:p w14:paraId="5A810067" w14:textId="77777777" w:rsidR="00D5417B" w:rsidRDefault="00D5417B" w:rsidP="00D5417B">
                      <w:pPr>
                        <w:ind w:left="-210" w:right="-162"/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501BEA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DB9F2C" wp14:editId="3E760252">
                <wp:simplePos x="0" y="0"/>
                <wp:positionH relativeFrom="column">
                  <wp:posOffset>2076450</wp:posOffset>
                </wp:positionH>
                <wp:positionV relativeFrom="paragraph">
                  <wp:posOffset>43180</wp:posOffset>
                </wp:positionV>
                <wp:extent cx="3409315" cy="521970"/>
                <wp:effectExtent l="0" t="0" r="635" b="0"/>
                <wp:wrapNone/>
                <wp:docPr id="77670" name="Прямокутник 77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315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34325E" w14:textId="77777777" w:rsidR="00D5417B" w:rsidRPr="00557D69" w:rsidRDefault="00D5417B" w:rsidP="00D5417B">
                            <w:pPr>
                              <w:jc w:val="center"/>
                              <w:rPr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DB9F2C" id="Прямокутник 77670" o:spid="_x0000_s1027" style="position:absolute;left:0;text-align:left;margin-left:163.5pt;margin-top:3.4pt;width:268.45pt;height:41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" stroked="f">
                <v:textbox>
                  <w:txbxContent>
                    <w:p w14:paraId="7434325E" w14:textId="77777777" w:rsidR="00D5417B" w:rsidRPr="00557D69" w:rsidRDefault="00D5417B" w:rsidP="00D5417B">
                      <w:pPr>
                        <w:jc w:val="center"/>
                        <w:rPr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01BEA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43EB7E" wp14:editId="58AE1A3D">
                <wp:simplePos x="0" y="0"/>
                <wp:positionH relativeFrom="column">
                  <wp:posOffset>3629025</wp:posOffset>
                </wp:positionH>
                <wp:positionV relativeFrom="paragraph">
                  <wp:posOffset>2740025</wp:posOffset>
                </wp:positionV>
                <wp:extent cx="2438400" cy="525780"/>
                <wp:effectExtent l="0" t="0" r="0" b="1270"/>
                <wp:wrapNone/>
                <wp:docPr id="77669" name="Прямокутник 77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C146F2" w14:textId="77777777" w:rsidR="00D5417B" w:rsidRPr="00557D69" w:rsidRDefault="00D5417B" w:rsidP="00D5417B">
                            <w:pPr>
                              <w:jc w:val="center"/>
                              <w:rPr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43EB7E" id="Прямокутник 77669" o:spid="_x0000_s1028" style="position:absolute;left:0;text-align:left;margin-left:285.75pt;margin-top:215.75pt;width:192pt;height:41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" stroked="f">
                <v:textbox>
                  <w:txbxContent>
                    <w:p w14:paraId="0DC146F2" w14:textId="77777777" w:rsidR="00D5417B" w:rsidRPr="00557D69" w:rsidRDefault="00D5417B" w:rsidP="00D5417B">
                      <w:pPr>
                        <w:jc w:val="center"/>
                        <w:rPr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C6B54ED" w14:textId="250ACE84" w:rsidR="00D5417B" w:rsidRDefault="00D5417B" w:rsidP="00D5417B">
      <w:pPr>
        <w:spacing w:after="0" w:line="240" w:lineRule="auto"/>
        <w:ind w:left="840"/>
        <w:jc w:val="both"/>
        <w:rPr>
          <w:lang w:val="uk-UA" w:eastAsia="uk-UA"/>
        </w:rPr>
      </w:pPr>
    </w:p>
    <w:p w14:paraId="2CA5CC95" w14:textId="77777777" w:rsidR="00D5417B" w:rsidRDefault="00D5417B" w:rsidP="00D5417B">
      <w:pPr>
        <w:spacing w:after="0" w:line="240" w:lineRule="auto"/>
        <w:ind w:left="840"/>
        <w:jc w:val="both"/>
        <w:rPr>
          <w:lang w:val="uk-UA" w:eastAsia="uk-UA"/>
        </w:rPr>
      </w:pPr>
    </w:p>
    <w:p w14:paraId="6FA64AB7" w14:textId="661B3C5C" w:rsidR="00D5417B" w:rsidRDefault="00D5417B" w:rsidP="00D5417B">
      <w:pPr>
        <w:spacing w:after="0" w:line="240" w:lineRule="auto"/>
        <w:ind w:left="840"/>
        <w:jc w:val="both"/>
        <w:rPr>
          <w:lang w:val="uk-UA" w:eastAsia="uk-UA"/>
        </w:rPr>
      </w:pPr>
    </w:p>
    <w:p w14:paraId="598D3F79" w14:textId="2AA16AC2" w:rsidR="00D5417B" w:rsidRDefault="00E675CB" w:rsidP="00D5417B">
      <w:pPr>
        <w:spacing w:after="0" w:line="240" w:lineRule="auto"/>
        <w:ind w:left="840"/>
        <w:jc w:val="both"/>
        <w:rPr>
          <w:lang w:val="uk-UA" w:eastAsia="uk-UA"/>
        </w:rPr>
      </w:pPr>
      <w:r>
        <w:rPr>
          <w:noProof/>
          <w:lang w:val="uk-UA" w:eastAsia="uk-UA"/>
        </w:rPr>
        <w:lastRenderedPageBreak/>
        <w:drawing>
          <wp:anchor distT="0" distB="0" distL="114300" distR="114300" simplePos="0" relativeHeight="251666432" behindDoc="0" locked="0" layoutInCell="1" allowOverlap="1" wp14:anchorId="2A316B5B" wp14:editId="657EDF70">
            <wp:simplePos x="0" y="0"/>
            <wp:positionH relativeFrom="margin">
              <wp:posOffset>701040</wp:posOffset>
            </wp:positionH>
            <wp:positionV relativeFrom="paragraph">
              <wp:posOffset>-641350</wp:posOffset>
            </wp:positionV>
            <wp:extent cx="4198289" cy="2756535"/>
            <wp:effectExtent l="0" t="0" r="0" b="571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8282" t="32921" r="33988" b="34711"/>
                    <a:stretch/>
                  </pic:blipFill>
                  <pic:spPr bwMode="auto">
                    <a:xfrm>
                      <a:off x="0" y="0"/>
                      <a:ext cx="4198289" cy="2756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C8DB80" w14:textId="77777777" w:rsidR="00D5417B" w:rsidRDefault="00D5417B" w:rsidP="00D5417B">
      <w:pPr>
        <w:spacing w:after="0" w:line="240" w:lineRule="auto"/>
        <w:ind w:left="840"/>
        <w:jc w:val="both"/>
        <w:rPr>
          <w:lang w:val="uk-UA" w:eastAsia="uk-UA"/>
        </w:rPr>
      </w:pPr>
    </w:p>
    <w:p w14:paraId="26998F79" w14:textId="77777777" w:rsidR="00D5417B" w:rsidRDefault="00D5417B" w:rsidP="00D5417B">
      <w:pPr>
        <w:spacing w:after="0" w:line="240" w:lineRule="auto"/>
        <w:ind w:left="840"/>
        <w:jc w:val="both"/>
        <w:rPr>
          <w:lang w:val="uk-UA" w:eastAsia="uk-UA"/>
        </w:rPr>
      </w:pPr>
    </w:p>
    <w:p w14:paraId="6C21E3DB" w14:textId="77777777" w:rsidR="00D5417B" w:rsidRDefault="00D5417B" w:rsidP="00D5417B">
      <w:pPr>
        <w:spacing w:after="0" w:line="240" w:lineRule="auto"/>
        <w:ind w:left="840"/>
        <w:jc w:val="both"/>
        <w:rPr>
          <w:lang w:val="uk-UA" w:eastAsia="uk-UA"/>
        </w:rPr>
      </w:pPr>
    </w:p>
    <w:p w14:paraId="6B2F2CA9" w14:textId="77777777" w:rsidR="00D5417B" w:rsidRDefault="00D5417B" w:rsidP="00D5417B">
      <w:pPr>
        <w:spacing w:after="0" w:line="240" w:lineRule="auto"/>
        <w:ind w:left="840"/>
        <w:jc w:val="both"/>
        <w:rPr>
          <w:lang w:val="uk-UA" w:eastAsia="uk-UA"/>
        </w:rPr>
      </w:pPr>
    </w:p>
    <w:p w14:paraId="0BD14303" w14:textId="77777777" w:rsidR="00D5417B" w:rsidRDefault="00D5417B" w:rsidP="00D5417B">
      <w:pPr>
        <w:spacing w:after="0" w:line="240" w:lineRule="auto"/>
        <w:ind w:left="840"/>
        <w:jc w:val="both"/>
        <w:rPr>
          <w:lang w:val="uk-UA" w:eastAsia="uk-UA"/>
        </w:rPr>
      </w:pPr>
    </w:p>
    <w:p w14:paraId="7604880D" w14:textId="77777777" w:rsidR="00D5417B" w:rsidRDefault="00D5417B" w:rsidP="00D5417B">
      <w:pPr>
        <w:spacing w:after="0" w:line="240" w:lineRule="auto"/>
        <w:ind w:left="840"/>
        <w:jc w:val="both"/>
        <w:rPr>
          <w:lang w:val="uk-UA" w:eastAsia="uk-UA"/>
        </w:rPr>
      </w:pPr>
    </w:p>
    <w:p w14:paraId="26E4633E" w14:textId="77777777" w:rsidR="00D5417B" w:rsidRDefault="00D5417B" w:rsidP="00D5417B">
      <w:pPr>
        <w:spacing w:after="0" w:line="240" w:lineRule="auto"/>
        <w:ind w:left="840"/>
        <w:jc w:val="both"/>
        <w:rPr>
          <w:lang w:val="uk-UA" w:eastAsia="uk-UA"/>
        </w:rPr>
      </w:pPr>
    </w:p>
    <w:p w14:paraId="22C01991" w14:textId="77777777" w:rsidR="00D5417B" w:rsidRDefault="00D5417B" w:rsidP="00D5417B">
      <w:pPr>
        <w:spacing w:after="0" w:line="240" w:lineRule="auto"/>
        <w:ind w:left="840"/>
        <w:jc w:val="both"/>
        <w:rPr>
          <w:lang w:val="uk-UA" w:eastAsia="uk-UA"/>
        </w:rPr>
      </w:pPr>
    </w:p>
    <w:p w14:paraId="3EA19390" w14:textId="77777777" w:rsidR="00D5417B" w:rsidRDefault="00D5417B" w:rsidP="00D5417B">
      <w:pPr>
        <w:spacing w:after="0" w:line="240" w:lineRule="auto"/>
        <w:ind w:left="840"/>
        <w:jc w:val="both"/>
        <w:rPr>
          <w:lang w:val="uk-UA" w:eastAsia="uk-UA"/>
        </w:rPr>
      </w:pPr>
    </w:p>
    <w:p w14:paraId="57A6C484" w14:textId="77777777" w:rsidR="00D5417B" w:rsidRDefault="00D5417B" w:rsidP="00D5417B">
      <w:pPr>
        <w:spacing w:after="0" w:line="240" w:lineRule="auto"/>
        <w:ind w:left="840"/>
        <w:jc w:val="both"/>
        <w:rPr>
          <w:lang w:val="uk-UA" w:eastAsia="uk-UA"/>
        </w:rPr>
      </w:pPr>
    </w:p>
    <w:p w14:paraId="33CDE78D" w14:textId="77777777" w:rsidR="00D5417B" w:rsidRPr="005A7B1D" w:rsidRDefault="00D5417B" w:rsidP="00D5417B">
      <w:pPr>
        <w:spacing w:after="0" w:line="240" w:lineRule="auto"/>
        <w:jc w:val="center"/>
        <w:rPr>
          <w:i/>
          <w:lang w:val="uk-UA" w:eastAsia="uk-UA"/>
        </w:rPr>
      </w:pPr>
      <w:r w:rsidRPr="005A7B1D">
        <w:rPr>
          <w:i/>
          <w:lang w:val="uk-UA" w:eastAsia="uk-UA"/>
        </w:rPr>
        <w:t>Умовні познаки:</w:t>
      </w:r>
    </w:p>
    <w:p w14:paraId="7D38DFC4" w14:textId="77777777" w:rsidR="00D5417B" w:rsidRDefault="00D5417B" w:rsidP="00D541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Cs w:val="20"/>
          <w:lang w:val="uk-UA" w:eastAsia="uk-UA"/>
        </w:rPr>
      </w:pPr>
      <w:r w:rsidRPr="00501BEA">
        <w:rPr>
          <w:lang w:val="uk-UA"/>
        </w:rPr>
        <w:t xml:space="preserve">1 </w:t>
      </w:r>
      <w:r>
        <w:rPr>
          <w:lang w:val="uk-UA"/>
        </w:rPr>
        <w:t>–</w:t>
      </w:r>
      <w:r w:rsidRPr="00501BEA">
        <w:rPr>
          <w:lang w:val="uk-UA"/>
        </w:rPr>
        <w:t xml:space="preserve"> </w:t>
      </w:r>
      <w:r w:rsidRPr="00501BEA">
        <w:rPr>
          <w:bCs/>
          <w:szCs w:val="20"/>
          <w:lang w:val="uk-UA" w:eastAsia="uk-UA"/>
        </w:rPr>
        <w:t xml:space="preserve">мертва зона для стрільби з головної гармати; </w:t>
      </w:r>
    </w:p>
    <w:p w14:paraId="09ED505A" w14:textId="77777777" w:rsidR="00D5417B" w:rsidRPr="00501BEA" w:rsidRDefault="00D5417B" w:rsidP="00D541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Cs w:val="20"/>
          <w:lang w:val="uk-UA" w:eastAsia="uk-UA"/>
        </w:rPr>
      </w:pPr>
      <w:r w:rsidRPr="00501BEA">
        <w:rPr>
          <w:bCs/>
          <w:szCs w:val="20"/>
          <w:lang w:val="uk-UA" w:eastAsia="uk-UA"/>
        </w:rPr>
        <w:t xml:space="preserve">2 </w:t>
      </w:r>
      <w:r>
        <w:rPr>
          <w:bCs/>
          <w:szCs w:val="20"/>
          <w:lang w:val="uk-UA" w:eastAsia="uk-UA"/>
        </w:rPr>
        <w:t>–</w:t>
      </w:r>
      <w:r w:rsidRPr="00501BEA">
        <w:rPr>
          <w:bCs/>
          <w:szCs w:val="20"/>
          <w:lang w:val="uk-UA" w:eastAsia="uk-UA"/>
        </w:rPr>
        <w:t xml:space="preserve"> мертва зона видимості</w:t>
      </w:r>
      <w:r>
        <w:rPr>
          <w:bCs/>
          <w:szCs w:val="20"/>
          <w:lang w:val="uk-UA" w:eastAsia="uk-UA"/>
        </w:rPr>
        <w:t>.</w:t>
      </w:r>
    </w:p>
    <w:p w14:paraId="703040C5" w14:textId="77777777" w:rsidR="00D5417B" w:rsidRPr="00501BEA" w:rsidRDefault="00D5417B" w:rsidP="00D5417B">
      <w:pPr>
        <w:spacing w:after="0" w:line="240" w:lineRule="auto"/>
        <w:jc w:val="center"/>
        <w:rPr>
          <w:lang w:val="uk-UA" w:eastAsia="uk-UA"/>
        </w:rPr>
      </w:pPr>
      <w:r w:rsidRPr="00501BEA">
        <w:rPr>
          <w:b/>
          <w:lang w:val="uk-UA"/>
        </w:rPr>
        <w:t>Рисунок 2</w:t>
      </w:r>
      <w:r w:rsidRPr="00501BEA">
        <w:rPr>
          <w:lang w:val="uk-UA"/>
        </w:rPr>
        <w:t xml:space="preserve"> – мертві зони видимості танка</w:t>
      </w:r>
      <w:r>
        <w:rPr>
          <w:lang w:val="uk-UA"/>
        </w:rPr>
        <w:t>.</w:t>
      </w:r>
    </w:p>
    <w:p w14:paraId="0631A8A0" w14:textId="77777777" w:rsidR="00D5417B" w:rsidRPr="005A7B1D" w:rsidRDefault="00D5417B" w:rsidP="00D5417B">
      <w:pPr>
        <w:spacing w:after="0" w:line="240" w:lineRule="auto"/>
        <w:ind w:left="840"/>
        <w:jc w:val="both"/>
        <w:rPr>
          <w:sz w:val="12"/>
          <w:lang w:val="uk-UA" w:eastAsia="uk-UA"/>
        </w:rPr>
      </w:pPr>
    </w:p>
    <w:p w14:paraId="09CD2FD6" w14:textId="77777777" w:rsidR="007731DF" w:rsidRPr="007731DF" w:rsidRDefault="007731DF" w:rsidP="007731DF">
      <w:pPr>
        <w:pStyle w:val="4"/>
        <w:rPr>
          <w:i w:val="0"/>
          <w:iCs w:val="0"/>
          <w:color w:val="auto"/>
          <w:sz w:val="24"/>
          <w:lang w:val="ru-RU"/>
        </w:rPr>
      </w:pPr>
      <w:r w:rsidRPr="007731DF">
        <w:rPr>
          <w:i w:val="0"/>
          <w:iCs w:val="0"/>
          <w:color w:val="auto"/>
          <w:lang w:val="ru-RU"/>
        </w:rPr>
        <w:t>Практична обкатка танками:</w:t>
      </w:r>
    </w:p>
    <w:p w14:paraId="1FB0D752" w14:textId="77777777" w:rsidR="007731DF" w:rsidRPr="007731DF" w:rsidRDefault="007731DF" w:rsidP="007731DF">
      <w:pPr>
        <w:spacing w:before="100" w:beforeAutospacing="1" w:after="100" w:afterAutospacing="1"/>
        <w:rPr>
          <w:lang w:val="ru-RU"/>
        </w:rPr>
      </w:pPr>
      <w:r w:rsidRPr="007731DF">
        <w:rPr>
          <w:lang w:val="ru-RU"/>
        </w:rPr>
        <w:t xml:space="preserve">1-2 танки </w:t>
      </w:r>
      <w:proofErr w:type="spellStart"/>
      <w:r w:rsidRPr="007731DF">
        <w:rPr>
          <w:lang w:val="ru-RU"/>
        </w:rPr>
        <w:t>рухаються</w:t>
      </w:r>
      <w:proofErr w:type="spellEnd"/>
      <w:r w:rsidRPr="007731DF">
        <w:rPr>
          <w:lang w:val="ru-RU"/>
        </w:rPr>
        <w:t xml:space="preserve"> по колу через </w:t>
      </w:r>
      <w:proofErr w:type="spellStart"/>
      <w:r w:rsidRPr="007731DF">
        <w:rPr>
          <w:lang w:val="ru-RU"/>
        </w:rPr>
        <w:t>обладнані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окопи</w:t>
      </w:r>
      <w:proofErr w:type="spellEnd"/>
      <w:r w:rsidRPr="007731DF">
        <w:rPr>
          <w:lang w:val="ru-RU"/>
        </w:rPr>
        <w:t xml:space="preserve"> з </w:t>
      </w:r>
      <w:proofErr w:type="spellStart"/>
      <w:r w:rsidRPr="007731DF">
        <w:rPr>
          <w:lang w:val="ru-RU"/>
        </w:rPr>
        <w:t>військовими</w:t>
      </w:r>
      <w:proofErr w:type="spellEnd"/>
      <w:r w:rsidRPr="007731DF">
        <w:rPr>
          <w:lang w:val="ru-RU"/>
        </w:rPr>
        <w:t xml:space="preserve">. </w:t>
      </w:r>
      <w:proofErr w:type="spellStart"/>
      <w:r w:rsidRPr="007731DF">
        <w:rPr>
          <w:lang w:val="ru-RU"/>
        </w:rPr>
        <w:t>Інструктор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поряд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із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військовими</w:t>
      </w:r>
      <w:proofErr w:type="spellEnd"/>
      <w:r w:rsidRPr="007731DF">
        <w:rPr>
          <w:lang w:val="ru-RU"/>
        </w:rPr>
        <w:t xml:space="preserve">, </w:t>
      </w:r>
      <w:proofErr w:type="spellStart"/>
      <w:r w:rsidRPr="007731DF">
        <w:rPr>
          <w:lang w:val="ru-RU"/>
        </w:rPr>
        <w:t>які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відчувають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острах</w:t>
      </w:r>
      <w:proofErr w:type="spellEnd"/>
      <w:r w:rsidRPr="007731DF">
        <w:rPr>
          <w:lang w:val="ru-RU"/>
        </w:rPr>
        <w:t xml:space="preserve">. </w:t>
      </w:r>
      <w:proofErr w:type="spellStart"/>
      <w:r w:rsidRPr="007731DF">
        <w:rPr>
          <w:lang w:val="ru-RU"/>
        </w:rPr>
        <w:t>Під</w:t>
      </w:r>
      <w:proofErr w:type="spellEnd"/>
      <w:r w:rsidRPr="007731DF">
        <w:rPr>
          <w:lang w:val="ru-RU"/>
        </w:rPr>
        <w:t xml:space="preserve"> час обкатки </w:t>
      </w:r>
      <w:proofErr w:type="spellStart"/>
      <w:r w:rsidRPr="007731DF">
        <w:rPr>
          <w:lang w:val="ru-RU"/>
        </w:rPr>
        <w:t>застосовуються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макети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ручних</w:t>
      </w:r>
      <w:proofErr w:type="spellEnd"/>
      <w:r w:rsidRPr="007731DF">
        <w:rPr>
          <w:lang w:val="ru-RU"/>
        </w:rPr>
        <w:t xml:space="preserve"> гранат — один кидок у </w:t>
      </w:r>
      <w:proofErr w:type="spellStart"/>
      <w:r w:rsidRPr="007731DF">
        <w:rPr>
          <w:lang w:val="ru-RU"/>
        </w:rPr>
        <w:t>лобову</w:t>
      </w:r>
      <w:proofErr w:type="spellEnd"/>
      <w:r w:rsidRPr="007731DF">
        <w:rPr>
          <w:lang w:val="ru-RU"/>
        </w:rPr>
        <w:t xml:space="preserve">, </w:t>
      </w:r>
      <w:proofErr w:type="spellStart"/>
      <w:r w:rsidRPr="007731DF">
        <w:rPr>
          <w:lang w:val="ru-RU"/>
        </w:rPr>
        <w:t>другий</w:t>
      </w:r>
      <w:proofErr w:type="spellEnd"/>
      <w:r w:rsidRPr="007731DF">
        <w:rPr>
          <w:lang w:val="ru-RU"/>
        </w:rPr>
        <w:t xml:space="preserve"> — у </w:t>
      </w:r>
      <w:proofErr w:type="spellStart"/>
      <w:r w:rsidRPr="007731DF">
        <w:rPr>
          <w:lang w:val="ru-RU"/>
        </w:rPr>
        <w:t>кормову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частину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машини</w:t>
      </w:r>
      <w:proofErr w:type="spellEnd"/>
      <w:r w:rsidRPr="007731DF">
        <w:rPr>
          <w:lang w:val="ru-RU"/>
        </w:rPr>
        <w:t xml:space="preserve">. </w:t>
      </w:r>
      <w:proofErr w:type="spellStart"/>
      <w:r w:rsidRPr="007731DF">
        <w:rPr>
          <w:lang w:val="ru-RU"/>
        </w:rPr>
        <w:t>Після</w:t>
      </w:r>
      <w:proofErr w:type="spellEnd"/>
      <w:r w:rsidRPr="007731DF">
        <w:rPr>
          <w:lang w:val="ru-RU"/>
        </w:rPr>
        <w:t xml:space="preserve"> кидка — </w:t>
      </w:r>
      <w:proofErr w:type="spellStart"/>
      <w:r w:rsidRPr="007731DF">
        <w:rPr>
          <w:lang w:val="ru-RU"/>
        </w:rPr>
        <w:t>ведення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вогню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холостими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набоями</w:t>
      </w:r>
      <w:proofErr w:type="spellEnd"/>
      <w:r w:rsidRPr="007731DF">
        <w:rPr>
          <w:lang w:val="ru-RU"/>
        </w:rPr>
        <w:t xml:space="preserve"> по </w:t>
      </w:r>
      <w:proofErr w:type="spellStart"/>
      <w:r w:rsidRPr="007731DF">
        <w:rPr>
          <w:lang w:val="ru-RU"/>
        </w:rPr>
        <w:t>бронеоб’єкту</w:t>
      </w:r>
      <w:proofErr w:type="spellEnd"/>
      <w:r w:rsidRPr="007731DF">
        <w:rPr>
          <w:lang w:val="ru-RU"/>
        </w:rPr>
        <w:t xml:space="preserve">, </w:t>
      </w:r>
      <w:proofErr w:type="spellStart"/>
      <w:r w:rsidRPr="007731DF">
        <w:rPr>
          <w:lang w:val="ru-RU"/>
        </w:rPr>
        <w:t>імітація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знищення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екіпажу</w:t>
      </w:r>
      <w:proofErr w:type="spellEnd"/>
      <w:r w:rsidRPr="007731DF">
        <w:rPr>
          <w:lang w:val="ru-RU"/>
        </w:rPr>
        <w:t>.</w:t>
      </w:r>
    </w:p>
    <w:p w14:paraId="5E412F91" w14:textId="77777777" w:rsidR="007731DF" w:rsidRPr="007731DF" w:rsidRDefault="007731DF" w:rsidP="007731DF">
      <w:pPr>
        <w:spacing w:before="100" w:beforeAutospacing="1" w:after="100" w:afterAutospacing="1"/>
        <w:rPr>
          <w:lang w:val="ru-RU"/>
        </w:rPr>
      </w:pPr>
      <w:r w:rsidRPr="007731DF">
        <w:rPr>
          <w:lang w:val="ru-RU"/>
        </w:rPr>
        <w:t xml:space="preserve">З метою </w:t>
      </w:r>
      <w:proofErr w:type="spellStart"/>
      <w:r w:rsidRPr="007731DF">
        <w:rPr>
          <w:lang w:val="ru-RU"/>
        </w:rPr>
        <w:t>зниження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ефективності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танків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використовують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димові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засоби</w:t>
      </w:r>
      <w:proofErr w:type="spellEnd"/>
      <w:r w:rsidRPr="007731DF">
        <w:rPr>
          <w:lang w:val="ru-RU"/>
        </w:rPr>
        <w:t xml:space="preserve">. </w:t>
      </w:r>
      <w:proofErr w:type="spellStart"/>
      <w:r w:rsidRPr="007731DF">
        <w:rPr>
          <w:lang w:val="ru-RU"/>
        </w:rPr>
        <w:t>Під</w:t>
      </w:r>
      <w:proofErr w:type="spellEnd"/>
      <w:r w:rsidRPr="007731DF">
        <w:rPr>
          <w:lang w:val="ru-RU"/>
        </w:rPr>
        <w:t xml:space="preserve"> час </w:t>
      </w:r>
      <w:proofErr w:type="spellStart"/>
      <w:r w:rsidRPr="007731DF">
        <w:rPr>
          <w:lang w:val="ru-RU"/>
        </w:rPr>
        <w:t>польового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виходу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необхідно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створювати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реалістичну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бойову</w:t>
      </w:r>
      <w:proofErr w:type="spellEnd"/>
      <w:r w:rsidRPr="007731DF">
        <w:rPr>
          <w:lang w:val="ru-RU"/>
        </w:rPr>
        <w:t xml:space="preserve"> обстановку (</w:t>
      </w:r>
      <w:proofErr w:type="spellStart"/>
      <w:r w:rsidRPr="007731DF">
        <w:rPr>
          <w:lang w:val="ru-RU"/>
        </w:rPr>
        <w:t>вогнища</w:t>
      </w:r>
      <w:proofErr w:type="spellEnd"/>
      <w:r w:rsidRPr="007731DF">
        <w:rPr>
          <w:lang w:val="ru-RU"/>
        </w:rPr>
        <w:t xml:space="preserve"> </w:t>
      </w:r>
      <w:proofErr w:type="spellStart"/>
      <w:r w:rsidRPr="007731DF">
        <w:rPr>
          <w:lang w:val="ru-RU"/>
        </w:rPr>
        <w:t>пожеж</w:t>
      </w:r>
      <w:proofErr w:type="spellEnd"/>
      <w:r w:rsidRPr="007731DF">
        <w:rPr>
          <w:lang w:val="ru-RU"/>
        </w:rPr>
        <w:t>, супротивник).</w:t>
      </w:r>
    </w:p>
    <w:p w14:paraId="05CAB229" w14:textId="77777777" w:rsidR="007731DF" w:rsidRPr="007731DF" w:rsidRDefault="007731DF" w:rsidP="007731DF">
      <w:pPr>
        <w:pStyle w:val="4"/>
        <w:rPr>
          <w:i w:val="0"/>
          <w:iCs w:val="0"/>
          <w:color w:val="auto"/>
        </w:rPr>
      </w:pPr>
      <w:proofErr w:type="spellStart"/>
      <w:r w:rsidRPr="007731DF">
        <w:rPr>
          <w:i w:val="0"/>
          <w:iCs w:val="0"/>
          <w:color w:val="auto"/>
        </w:rPr>
        <w:t>Оцінка</w:t>
      </w:r>
      <w:proofErr w:type="spellEnd"/>
      <w:r w:rsidRPr="007731DF">
        <w:rPr>
          <w:i w:val="0"/>
          <w:iCs w:val="0"/>
          <w:color w:val="auto"/>
        </w:rPr>
        <w:t xml:space="preserve"> </w:t>
      </w:r>
      <w:proofErr w:type="spellStart"/>
      <w:r w:rsidRPr="007731DF">
        <w:rPr>
          <w:i w:val="0"/>
          <w:iCs w:val="0"/>
          <w:color w:val="auto"/>
        </w:rPr>
        <w:t>результатів</w:t>
      </w:r>
      <w:proofErr w:type="spellEnd"/>
      <w:r w:rsidRPr="007731DF">
        <w:rPr>
          <w:i w:val="0"/>
          <w:iCs w:val="0"/>
          <w:color w:val="auto"/>
        </w:rPr>
        <w:t xml:space="preserve"> (</w:t>
      </w:r>
      <w:proofErr w:type="spellStart"/>
      <w:r w:rsidRPr="007731DF">
        <w:rPr>
          <w:i w:val="0"/>
          <w:iCs w:val="0"/>
          <w:color w:val="auto"/>
        </w:rPr>
        <w:t>рисунок</w:t>
      </w:r>
      <w:proofErr w:type="spellEnd"/>
      <w:r w:rsidRPr="007731DF">
        <w:rPr>
          <w:i w:val="0"/>
          <w:iCs w:val="0"/>
          <w:color w:val="auto"/>
        </w:rPr>
        <w:t xml:space="preserve"> 3):</w:t>
      </w:r>
    </w:p>
    <w:p w14:paraId="4C217243" w14:textId="77777777" w:rsidR="007731DF" w:rsidRDefault="007731DF" w:rsidP="007731DF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“</w:t>
      </w:r>
      <w:proofErr w:type="spellStart"/>
      <w:r>
        <w:t>Відмінно</w:t>
      </w:r>
      <w:proofErr w:type="spellEnd"/>
      <w:r>
        <w:t xml:space="preserve">” — </w:t>
      </w:r>
      <w:proofErr w:type="spellStart"/>
      <w:r>
        <w:t>граната</w:t>
      </w:r>
      <w:proofErr w:type="spellEnd"/>
      <w:r>
        <w:t xml:space="preserve"> в </w:t>
      </w:r>
      <w:proofErr w:type="spellStart"/>
      <w:r>
        <w:t>зону</w:t>
      </w:r>
      <w:proofErr w:type="spellEnd"/>
      <w:r>
        <w:t xml:space="preserve"> №1.</w:t>
      </w:r>
    </w:p>
    <w:p w14:paraId="3A2943FD" w14:textId="77777777" w:rsidR="007731DF" w:rsidRDefault="007731DF" w:rsidP="007731DF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“</w:t>
      </w:r>
      <w:proofErr w:type="spellStart"/>
      <w:r>
        <w:t>Добре</w:t>
      </w:r>
      <w:proofErr w:type="spellEnd"/>
      <w:r>
        <w:t xml:space="preserve">” — в </w:t>
      </w:r>
      <w:proofErr w:type="spellStart"/>
      <w:r>
        <w:t>зону</w:t>
      </w:r>
      <w:proofErr w:type="spellEnd"/>
      <w:r>
        <w:t xml:space="preserve"> №2.</w:t>
      </w:r>
    </w:p>
    <w:p w14:paraId="5C221DF8" w14:textId="77777777" w:rsidR="007731DF" w:rsidRDefault="007731DF" w:rsidP="007731DF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“</w:t>
      </w:r>
      <w:proofErr w:type="spellStart"/>
      <w:r>
        <w:t>Задовільно</w:t>
      </w:r>
      <w:proofErr w:type="spellEnd"/>
      <w:r>
        <w:t xml:space="preserve">” — в </w:t>
      </w:r>
      <w:proofErr w:type="spellStart"/>
      <w:r>
        <w:t>зону</w:t>
      </w:r>
      <w:proofErr w:type="spellEnd"/>
      <w:r>
        <w:t xml:space="preserve"> №3.</w:t>
      </w:r>
    </w:p>
    <w:p w14:paraId="23E4A3DD" w14:textId="77777777" w:rsidR="007731DF" w:rsidRDefault="007731DF" w:rsidP="007731DF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“</w:t>
      </w:r>
      <w:proofErr w:type="spellStart"/>
      <w:r>
        <w:t>Незадовільно</w:t>
      </w:r>
      <w:proofErr w:type="spellEnd"/>
      <w:r>
        <w:t xml:space="preserve">” — </w:t>
      </w:r>
      <w:proofErr w:type="spellStart"/>
      <w:r>
        <w:t>промах</w:t>
      </w:r>
      <w:proofErr w:type="spellEnd"/>
      <w:r>
        <w:t>.</w:t>
      </w:r>
    </w:p>
    <w:p w14:paraId="149B518E" w14:textId="77777777" w:rsidR="00D5417B" w:rsidRPr="00501BEA" w:rsidRDefault="00D5417B" w:rsidP="00D541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val="uk-UA" w:eastAsia="uk-UA"/>
        </w:rPr>
      </w:pPr>
      <w:r w:rsidRPr="00501BEA">
        <w:rPr>
          <w:b/>
          <w:noProof/>
          <w:szCs w:val="28"/>
          <w:lang w:val="uk-UA" w:eastAsia="uk-UA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147D7A7" wp14:editId="4C28FF07">
                <wp:simplePos x="0" y="0"/>
                <wp:positionH relativeFrom="column">
                  <wp:posOffset>37465</wp:posOffset>
                </wp:positionH>
                <wp:positionV relativeFrom="paragraph">
                  <wp:posOffset>301625</wp:posOffset>
                </wp:positionV>
                <wp:extent cx="5688330" cy="2532380"/>
                <wp:effectExtent l="0" t="0" r="26670" b="0"/>
                <wp:wrapTopAndBottom/>
                <wp:docPr id="77041" name="Групувати 77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8330" cy="2532380"/>
                          <a:chOff x="0" y="0"/>
                          <a:chExt cx="52627" cy="23326"/>
                        </a:xfrm>
                      </wpg:grpSpPr>
                      <wpg:grpSp>
                        <wpg:cNvPr id="77042" name="Группа 44"/>
                        <wpg:cNvGrpSpPr>
                          <a:grpSpLocks/>
                        </wpg:cNvGrpSpPr>
                        <wpg:grpSpPr bwMode="auto">
                          <a:xfrm>
                            <a:off x="13609" y="8718"/>
                            <a:ext cx="37461" cy="14608"/>
                            <a:chOff x="0" y="0"/>
                            <a:chExt cx="37470" cy="14610"/>
                          </a:xfrm>
                        </wpg:grpSpPr>
                        <wps:wsp>
                          <wps:cNvPr id="77043" name="Солнце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695" y="6261"/>
                              <a:ext cx="2730" cy="2601"/>
                            </a:xfrm>
                            <a:prstGeom prst="sun">
                              <a:avLst>
                                <a:gd name="adj" fmla="val 21620"/>
                              </a:avLst>
                            </a:prstGeom>
                            <a:solidFill>
                              <a:srgbClr val="000000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77044" name="Группа 4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7470" cy="14610"/>
                              <a:chOff x="0" y="0"/>
                              <a:chExt cx="37470" cy="14610"/>
                            </a:xfrm>
                          </wpg:grpSpPr>
                          <wpg:grpSp>
                            <wpg:cNvPr id="77045" name="Группа 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3081" y="6062"/>
                                <a:ext cx="23618" cy="5332"/>
                                <a:chOff x="0" y="0"/>
                                <a:chExt cx="36736" cy="6753"/>
                              </a:xfrm>
                            </wpg:grpSpPr>
                            <wps:wsp>
                              <wps:cNvPr id="77046" name="Овал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120" cy="61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47" name="Овал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60" y="318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48" name="Овал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21" y="318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49" name="Овал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81" y="637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50" name="Овал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454" y="637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51" name="Овал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621" y="0"/>
                                  <a:ext cx="6115" cy="6115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77052" name="Группа 42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470" cy="14610"/>
                                <a:chOff x="0" y="0"/>
                                <a:chExt cx="37470" cy="14610"/>
                              </a:xfrm>
                            </wpg:grpSpPr>
                            <wpg:grpSp>
                              <wpg:cNvPr id="77053" name="Группа 3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273" y="7653"/>
                                  <a:ext cx="21309" cy="2597"/>
                                  <a:chOff x="0" y="0"/>
                                  <a:chExt cx="27928" cy="2778"/>
                                </a:xfrm>
                              </wpg:grpSpPr>
                              <wps:wsp>
                                <wps:cNvPr id="77054" name="Овал 3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841" y="0"/>
                                    <a:ext cx="2087" cy="2087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055" name="Овал 3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5206" y="496"/>
                                    <a:ext cx="2083" cy="2083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2" name="Овал 3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336" y="496"/>
                                    <a:ext cx="2083" cy="2083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3" name="Овал 3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969" y="298"/>
                                    <a:ext cx="2083" cy="2082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4" name="Овал 3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99"/>
                                    <a:ext cx="2087" cy="2087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5" name="Овал 3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0574" y="695"/>
                                    <a:ext cx="2082" cy="2083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7636" name="Группа 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7470" cy="14610"/>
                                  <a:chOff x="0" y="0"/>
                                  <a:chExt cx="49112" cy="15627"/>
                                </a:xfrm>
                              </wpg:grpSpPr>
                              <wps:wsp>
                                <wps:cNvPr id="77637" name="Овал 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6062"/>
                                    <a:ext cx="39655" cy="6376"/>
                                  </a:xfrm>
                                  <a:custGeom>
                                    <a:avLst/>
                                    <a:gdLst>
                                      <a:gd name="T0" fmla="*/ 62857 w 3829311"/>
                                      <a:gd name="T1" fmla="*/ 49325 h 694785"/>
                                      <a:gd name="T2" fmla="*/ 2132727 w 3829311"/>
                                      <a:gd name="T3" fmla="*/ 15965 h 694785"/>
                                      <a:gd name="T4" fmla="*/ 3937209 w 3829311"/>
                                      <a:gd name="T5" fmla="*/ 96422 h 694785"/>
                                      <a:gd name="T6" fmla="*/ 3708587 w 3829311"/>
                                      <a:gd name="T7" fmla="*/ 373063 h 694785"/>
                                      <a:gd name="T8" fmla="*/ 3103073 w 3829311"/>
                                      <a:gd name="T9" fmla="*/ 614754 h 694785"/>
                                      <a:gd name="T10" fmla="*/ 1945454 w 3829311"/>
                                      <a:gd name="T11" fmla="*/ 613413 h 694785"/>
                                      <a:gd name="T12" fmla="*/ 747238 w 3829311"/>
                                      <a:gd name="T13" fmla="*/ 587963 h 694785"/>
                                      <a:gd name="T14" fmla="*/ 293898 w 3829311"/>
                                      <a:gd name="T15" fmla="*/ 432437 h 694785"/>
                                      <a:gd name="T16" fmla="*/ 62857 w 3829311"/>
                                      <a:gd name="T17" fmla="*/ 49325 h 694785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3829311" h="694785">
                                        <a:moveTo>
                                          <a:pt x="60697" y="53754"/>
                                        </a:moveTo>
                                        <a:cubicBezTo>
                                          <a:pt x="207781" y="-32497"/>
                                          <a:pt x="1435906" y="8844"/>
                                          <a:pt x="2059443" y="17398"/>
                                        </a:cubicBezTo>
                                        <a:cubicBezTo>
                                          <a:pt x="2682980" y="25952"/>
                                          <a:pt x="3697347" y="-23531"/>
                                          <a:pt x="3801920" y="105080"/>
                                        </a:cubicBezTo>
                                        <a:cubicBezTo>
                                          <a:pt x="3906493" y="233691"/>
                                          <a:pt x="3685249" y="301366"/>
                                          <a:pt x="3581154" y="406561"/>
                                        </a:cubicBezTo>
                                        <a:cubicBezTo>
                                          <a:pt x="3466291" y="458576"/>
                                          <a:pt x="3271435" y="615689"/>
                                          <a:pt x="2996446" y="669953"/>
                                        </a:cubicBezTo>
                                        <a:cubicBezTo>
                                          <a:pt x="2721457" y="724217"/>
                                          <a:pt x="2257752" y="673358"/>
                                          <a:pt x="1878605" y="668492"/>
                                        </a:cubicBezTo>
                                        <a:cubicBezTo>
                                          <a:pt x="1499458" y="663626"/>
                                          <a:pt x="1181625" y="671285"/>
                                          <a:pt x="721562" y="640757"/>
                                        </a:cubicBezTo>
                                        <a:cubicBezTo>
                                          <a:pt x="453989" y="597262"/>
                                          <a:pt x="393948" y="555196"/>
                                          <a:pt x="283799" y="471266"/>
                                        </a:cubicBezTo>
                                        <a:cubicBezTo>
                                          <a:pt x="51678" y="279885"/>
                                          <a:pt x="-86387" y="140005"/>
                                          <a:pt x="60697" y="5375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254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8" name="Дуга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020" y="0"/>
                                    <a:ext cx="15094" cy="15627"/>
                                  </a:xfrm>
                                  <a:custGeom>
                                    <a:avLst/>
                                    <a:gdLst>
                                      <a:gd name="T0" fmla="*/ 17627 w 1509395"/>
                                      <a:gd name="T1" fmla="*/ 613480 h 1562735"/>
                                      <a:gd name="T2" fmla="*/ 760232 w 1509395"/>
                                      <a:gd name="T3" fmla="*/ 21 h 1562735"/>
                                      <a:gd name="T4" fmla="*/ 1493925 w 1509395"/>
                                      <a:gd name="T5" fmla="*/ 623968 h 1562735"/>
                                      <a:gd name="T6" fmla="*/ 0 60000 65536"/>
                                      <a:gd name="T7" fmla="*/ 0 60000 65536"/>
                                      <a:gd name="T8" fmla="*/ 0 60000 65536"/>
                                    </a:gdLst>
                                    <a:ahLst/>
                                    <a:cxnLst>
                                      <a:cxn ang="T6">
                                        <a:pos x="T0" y="T1"/>
                                      </a:cxn>
                                      <a:cxn ang="T7">
                                        <a:pos x="T2" y="T3"/>
                                      </a:cxn>
                                      <a:cxn ang="T8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1509395" h="1562735" stroke="0">
                                        <a:moveTo>
                                          <a:pt x="17627" y="613480"/>
                                        </a:moveTo>
                                        <a:cubicBezTo>
                                          <a:pt x="94204" y="253105"/>
                                          <a:pt x="403843" y="-2685"/>
                                          <a:pt x="760232" y="21"/>
                                        </a:cubicBezTo>
                                        <a:cubicBezTo>
                                          <a:pt x="1116355" y="2725"/>
                                          <a:pt x="1422186" y="262809"/>
                                          <a:pt x="1493925" y="623968"/>
                                        </a:cubicBezTo>
                                        <a:lnTo>
                                          <a:pt x="754698" y="781368"/>
                                        </a:lnTo>
                                        <a:lnTo>
                                          <a:pt x="17627" y="613480"/>
                                        </a:lnTo>
                                        <a:close/>
                                      </a:path>
                                      <a:path w="1509395" h="1562735" fill="none">
                                        <a:moveTo>
                                          <a:pt x="17627" y="613480"/>
                                        </a:moveTo>
                                        <a:cubicBezTo>
                                          <a:pt x="94204" y="253105"/>
                                          <a:pt x="403843" y="-2685"/>
                                          <a:pt x="760232" y="21"/>
                                        </a:cubicBezTo>
                                        <a:cubicBezTo>
                                          <a:pt x="1116355" y="2725"/>
                                          <a:pt x="1422186" y="262809"/>
                                          <a:pt x="1493925" y="623968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g:grpSp>
                                <wpg:cNvPr id="77639" name="Группа 2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6935" y="1391"/>
                                    <a:ext cx="22177" cy="3372"/>
                                    <a:chOff x="0" y="0"/>
                                    <a:chExt cx="22177" cy="3371"/>
                                  </a:xfrm>
                                </wpg:grpSpPr>
                                <wps:wsp>
                                  <wps:cNvPr id="77640" name="Прямоугольник 14"/>
                                  <wps:cNvSpPr>
                                    <a:spLocks/>
                                  </wps:cNvSpPr>
                                  <wps:spPr bwMode="auto">
                                    <a:xfrm rot="-351353">
                                      <a:off x="0" y="952"/>
                                      <a:ext cx="22177" cy="1348"/>
                                    </a:xfrm>
                                    <a:custGeom>
                                      <a:avLst/>
                                      <a:gdLst>
                                        <a:gd name="T0" fmla="*/ 0 w 2217221"/>
                                        <a:gd name="T1" fmla="*/ 15475 h 307975"/>
                                        <a:gd name="T2" fmla="*/ 2217748 w 2217221"/>
                                        <a:gd name="T3" fmla="*/ 0 h 307975"/>
                                        <a:gd name="T4" fmla="*/ 2217748 w 2217221"/>
                                        <a:gd name="T5" fmla="*/ 55861 h 307975"/>
                                        <a:gd name="T6" fmla="*/ 48708 w 2217221"/>
                                        <a:gd name="T7" fmla="*/ 134837 h 307975"/>
                                        <a:gd name="T8" fmla="*/ 0 w 2217221"/>
                                        <a:gd name="T9" fmla="*/ 15475 h 307975"/>
                                        <a:gd name="T10" fmla="*/ 0 60000 65536"/>
                                        <a:gd name="T11" fmla="*/ 0 60000 65536"/>
                                        <a:gd name="T12" fmla="*/ 0 60000 65536"/>
                                        <a:gd name="T13" fmla="*/ 0 60000 65536"/>
                                        <a:gd name="T14" fmla="*/ 0 60000 65536"/>
                                      </a:gdLst>
                                      <a:ahLst/>
                                      <a:cxnLst>
                                        <a:cxn ang="T10">
                                          <a:pos x="T0" y="T1"/>
                                        </a:cxn>
                                        <a:cxn ang="T11">
                                          <a:pos x="T2" y="T3"/>
                                        </a:cxn>
                                        <a:cxn ang="T12">
                                          <a:pos x="T4" y="T5"/>
                                        </a:cxn>
                                        <a:cxn ang="T13">
                                          <a:pos x="T6" y="T7"/>
                                        </a:cxn>
                                        <a:cxn ang="T14">
                                          <a:pos x="T8" y="T9"/>
                                        </a:cxn>
                                      </a:cxnLst>
                                      <a:rect l="0" t="0" r="r" b="b"/>
                                      <a:pathLst>
                                        <a:path w="2217221" h="307975">
                                          <a:moveTo>
                                            <a:pt x="0" y="35345"/>
                                          </a:moveTo>
                                          <a:lnTo>
                                            <a:pt x="2217221" y="0"/>
                                          </a:lnTo>
                                          <a:lnTo>
                                            <a:pt x="2217221" y="127590"/>
                                          </a:lnTo>
                                          <a:lnTo>
                                            <a:pt x="48696" y="307975"/>
                                          </a:lnTo>
                                          <a:lnTo>
                                            <a:pt x="0" y="35345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90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g:grpSp>
                                  <wpg:cNvPr id="77641" name="Группа 26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3087" y="0"/>
                                      <a:ext cx="4273" cy="1917"/>
                                      <a:chOff x="0" y="0"/>
                                      <a:chExt cx="427355" cy="191770"/>
                                    </a:xfrm>
                                  </wpg:grpSpPr>
                                  <wps:wsp>
                                    <wps:cNvPr id="77642" name="Полилиния 23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57150" y="0"/>
                                        <a:ext cx="370205" cy="190500"/>
                                      </a:xfrm>
                                      <a:custGeom>
                                        <a:avLst/>
                                        <a:gdLst>
                                          <a:gd name="T0" fmla="*/ 0 w 376177"/>
                                          <a:gd name="T1" fmla="*/ 41723 h 198447"/>
                                          <a:gd name="T2" fmla="*/ 0 w 376177"/>
                                          <a:gd name="T3" fmla="*/ 41723 h 198447"/>
                                          <a:gd name="T4" fmla="*/ 15252 w 376177"/>
                                          <a:gd name="T5" fmla="*/ 47303 h 198447"/>
                                          <a:gd name="T6" fmla="*/ 26691 w 376177"/>
                                          <a:gd name="T7" fmla="*/ 52882 h 198447"/>
                                          <a:gd name="T8" fmla="*/ 32411 w 376177"/>
                                          <a:gd name="T9" fmla="*/ 58460 h 198447"/>
                                          <a:gd name="T10" fmla="*/ 40037 w 376177"/>
                                          <a:gd name="T11" fmla="*/ 69619 h 198447"/>
                                          <a:gd name="T12" fmla="*/ 45757 w 376177"/>
                                          <a:gd name="T13" fmla="*/ 88216 h 198447"/>
                                          <a:gd name="T14" fmla="*/ 47663 w 376177"/>
                                          <a:gd name="T15" fmla="*/ 101234 h 198447"/>
                                          <a:gd name="T16" fmla="*/ 51477 w 376177"/>
                                          <a:gd name="T17" fmla="*/ 116111 h 198447"/>
                                          <a:gd name="T18" fmla="*/ 49569 w 376177"/>
                                          <a:gd name="T19" fmla="*/ 144008 h 198447"/>
                                          <a:gd name="T20" fmla="*/ 47663 w 376177"/>
                                          <a:gd name="T21" fmla="*/ 151446 h 198447"/>
                                          <a:gd name="T22" fmla="*/ 41943 w 376177"/>
                                          <a:gd name="T23" fmla="*/ 168183 h 198447"/>
                                          <a:gd name="T24" fmla="*/ 28598 w 376177"/>
                                          <a:gd name="T25" fmla="*/ 184921 h 198447"/>
                                          <a:gd name="T26" fmla="*/ 22878 w 376177"/>
                                          <a:gd name="T27" fmla="*/ 188641 h 198447"/>
                                          <a:gd name="T28" fmla="*/ 17159 w 376177"/>
                                          <a:gd name="T29" fmla="*/ 190500 h 198447"/>
                                          <a:gd name="T30" fmla="*/ 327923 w 376177"/>
                                          <a:gd name="T31" fmla="*/ 147726 h 198447"/>
                                          <a:gd name="T32" fmla="*/ 335550 w 376177"/>
                                          <a:gd name="T33" fmla="*/ 144008 h 198447"/>
                                          <a:gd name="T34" fmla="*/ 354615 w 376177"/>
                                          <a:gd name="T35" fmla="*/ 129129 h 198447"/>
                                          <a:gd name="T36" fmla="*/ 358428 w 376177"/>
                                          <a:gd name="T37" fmla="*/ 117972 h 198447"/>
                                          <a:gd name="T38" fmla="*/ 366054 w 376177"/>
                                          <a:gd name="T39" fmla="*/ 106813 h 198447"/>
                                          <a:gd name="T40" fmla="*/ 367961 w 376177"/>
                                          <a:gd name="T41" fmla="*/ 101234 h 198447"/>
                                          <a:gd name="T42" fmla="*/ 367961 w 376177"/>
                                          <a:gd name="T43" fmla="*/ 45442 h 198447"/>
                                          <a:gd name="T44" fmla="*/ 364148 w 376177"/>
                                          <a:gd name="T45" fmla="*/ 39864 h 198447"/>
                                          <a:gd name="T46" fmla="*/ 360334 w 376177"/>
                                          <a:gd name="T47" fmla="*/ 28706 h 198447"/>
                                          <a:gd name="T48" fmla="*/ 358428 w 376177"/>
                                          <a:gd name="T49" fmla="*/ 23126 h 198447"/>
                                          <a:gd name="T50" fmla="*/ 352708 w 376177"/>
                                          <a:gd name="T51" fmla="*/ 17547 h 198447"/>
                                          <a:gd name="T52" fmla="*/ 348896 w 376177"/>
                                          <a:gd name="T53" fmla="*/ 11968 h 198447"/>
                                          <a:gd name="T54" fmla="*/ 337456 w 376177"/>
                                          <a:gd name="T55" fmla="*/ 6388 h 198447"/>
                                          <a:gd name="T56" fmla="*/ 314577 w 376177"/>
                                          <a:gd name="T57" fmla="*/ 809 h 198447"/>
                                          <a:gd name="T58" fmla="*/ 0 w 376177"/>
                                          <a:gd name="T59" fmla="*/ 41723 h 198447"/>
                                          <a:gd name="T60" fmla="*/ 0 60000 65536"/>
                                          <a:gd name="T61" fmla="*/ 0 60000 65536"/>
                                          <a:gd name="T62" fmla="*/ 0 60000 65536"/>
                                          <a:gd name="T63" fmla="*/ 0 60000 65536"/>
                                          <a:gd name="T64" fmla="*/ 0 60000 65536"/>
                                          <a:gd name="T65" fmla="*/ 0 60000 65536"/>
                                          <a:gd name="T66" fmla="*/ 0 60000 65536"/>
                                          <a:gd name="T67" fmla="*/ 0 60000 65536"/>
                                          <a:gd name="T68" fmla="*/ 0 60000 65536"/>
                                          <a:gd name="T69" fmla="*/ 0 60000 65536"/>
                                          <a:gd name="T70" fmla="*/ 0 60000 65536"/>
                                          <a:gd name="T71" fmla="*/ 0 60000 65536"/>
                                          <a:gd name="T72" fmla="*/ 0 60000 65536"/>
                                          <a:gd name="T73" fmla="*/ 0 60000 65536"/>
                                          <a:gd name="T74" fmla="*/ 0 60000 65536"/>
                                          <a:gd name="T75" fmla="*/ 0 60000 65536"/>
                                          <a:gd name="T76" fmla="*/ 0 60000 65536"/>
                                          <a:gd name="T77" fmla="*/ 0 60000 65536"/>
                                          <a:gd name="T78" fmla="*/ 0 60000 65536"/>
                                          <a:gd name="T79" fmla="*/ 0 60000 65536"/>
                                          <a:gd name="T80" fmla="*/ 0 60000 65536"/>
                                          <a:gd name="T81" fmla="*/ 0 60000 65536"/>
                                          <a:gd name="T82" fmla="*/ 0 60000 65536"/>
                                          <a:gd name="T83" fmla="*/ 0 60000 65536"/>
                                          <a:gd name="T84" fmla="*/ 0 60000 65536"/>
                                          <a:gd name="T85" fmla="*/ 0 60000 65536"/>
                                          <a:gd name="T86" fmla="*/ 0 60000 65536"/>
                                          <a:gd name="T87" fmla="*/ 0 60000 65536"/>
                                          <a:gd name="T88" fmla="*/ 0 60000 65536"/>
                                          <a:gd name="T89" fmla="*/ 0 60000 65536"/>
                                          <a:gd name="T90" fmla="*/ 0 w 376177"/>
                                          <a:gd name="T91" fmla="*/ 0 h 198447"/>
                                          <a:gd name="T92" fmla="*/ 376177 w 376177"/>
                                          <a:gd name="T93" fmla="*/ 198447 h 198447"/>
                                        </a:gdLst>
                                        <a:ahLst/>
                                        <a:cxnLst>
                                          <a:cxn ang="T60">
                                            <a:pos x="T0" y="T1"/>
                                          </a:cxn>
                                          <a:cxn ang="T61">
                                            <a:pos x="T2" y="T3"/>
                                          </a:cxn>
                                          <a:cxn ang="T62">
                                            <a:pos x="T4" y="T5"/>
                                          </a:cxn>
                                          <a:cxn ang="T63">
                                            <a:pos x="T6" y="T7"/>
                                          </a:cxn>
                                          <a:cxn ang="T64">
                                            <a:pos x="T8" y="T9"/>
                                          </a:cxn>
                                          <a:cxn ang="T65">
                                            <a:pos x="T10" y="T11"/>
                                          </a:cxn>
                                          <a:cxn ang="T66">
                                            <a:pos x="T12" y="T13"/>
                                          </a:cxn>
                                          <a:cxn ang="T67">
                                            <a:pos x="T14" y="T15"/>
                                          </a:cxn>
                                          <a:cxn ang="T68">
                                            <a:pos x="T16" y="T17"/>
                                          </a:cxn>
                                          <a:cxn ang="T69">
                                            <a:pos x="T18" y="T19"/>
                                          </a:cxn>
                                          <a:cxn ang="T70">
                                            <a:pos x="T20" y="T21"/>
                                          </a:cxn>
                                          <a:cxn ang="T71">
                                            <a:pos x="T22" y="T23"/>
                                          </a:cxn>
                                          <a:cxn ang="T72">
                                            <a:pos x="T24" y="T25"/>
                                          </a:cxn>
                                          <a:cxn ang="T73">
                                            <a:pos x="T26" y="T27"/>
                                          </a:cxn>
                                          <a:cxn ang="T74">
                                            <a:pos x="T28" y="T29"/>
                                          </a:cxn>
                                          <a:cxn ang="T75">
                                            <a:pos x="T30" y="T31"/>
                                          </a:cxn>
                                          <a:cxn ang="T76">
                                            <a:pos x="T32" y="T33"/>
                                          </a:cxn>
                                          <a:cxn ang="T77">
                                            <a:pos x="T34" y="T35"/>
                                          </a:cxn>
                                          <a:cxn ang="T78">
                                            <a:pos x="T36" y="T37"/>
                                          </a:cxn>
                                          <a:cxn ang="T79">
                                            <a:pos x="T38" y="T39"/>
                                          </a:cxn>
                                          <a:cxn ang="T80">
                                            <a:pos x="T40" y="T41"/>
                                          </a:cxn>
                                          <a:cxn ang="T81">
                                            <a:pos x="T42" y="T43"/>
                                          </a:cxn>
                                          <a:cxn ang="T82">
                                            <a:pos x="T44" y="T45"/>
                                          </a:cxn>
                                          <a:cxn ang="T83">
                                            <a:pos x="T46" y="T47"/>
                                          </a:cxn>
                                          <a:cxn ang="T84">
                                            <a:pos x="T48" y="T49"/>
                                          </a:cxn>
                                          <a:cxn ang="T85">
                                            <a:pos x="T50" y="T51"/>
                                          </a:cxn>
                                          <a:cxn ang="T86">
                                            <a:pos x="T52" y="T53"/>
                                          </a:cxn>
                                          <a:cxn ang="T87">
                                            <a:pos x="T54" y="T55"/>
                                          </a:cxn>
                                          <a:cxn ang="T88">
                                            <a:pos x="T56" y="T57"/>
                                          </a:cxn>
                                          <a:cxn ang="T89">
                                            <a:pos x="T58" y="T59"/>
                                          </a:cxn>
                                        </a:cxnLst>
                                        <a:rect l="T90" t="T91" r="T92" b="T93"/>
                                        <a:pathLst>
                                          <a:path w="376177" h="198447">
                                            <a:moveTo>
                                              <a:pt x="0" y="43464"/>
                                            </a:moveTo>
                                            <a:lnTo>
                                              <a:pt x="0" y="43464"/>
                                            </a:lnTo>
                                            <a:lnTo>
                                              <a:pt x="15498" y="49276"/>
                                            </a:lnTo>
                                            <a:cubicBezTo>
                                              <a:pt x="21701" y="51532"/>
                                              <a:pt x="21683" y="50556"/>
                                              <a:pt x="27122" y="55088"/>
                                            </a:cubicBezTo>
                                            <a:cubicBezTo>
                                              <a:pt x="29227" y="56842"/>
                                              <a:pt x="31252" y="58737"/>
                                              <a:pt x="32934" y="60899"/>
                                            </a:cubicBezTo>
                                            <a:cubicBezTo>
                                              <a:pt x="35793" y="64575"/>
                                              <a:pt x="40683" y="72523"/>
                                              <a:pt x="40683" y="72523"/>
                                            </a:cubicBezTo>
                                            <a:cubicBezTo>
                                              <a:pt x="42706" y="78592"/>
                                              <a:pt x="45324" y="85452"/>
                                              <a:pt x="46495" y="91896"/>
                                            </a:cubicBezTo>
                                            <a:cubicBezTo>
                                              <a:pt x="47312" y="96389"/>
                                              <a:pt x="47536" y="100979"/>
                                              <a:pt x="48432" y="105457"/>
                                            </a:cubicBezTo>
                                            <a:cubicBezTo>
                                              <a:pt x="49476" y="110679"/>
                                              <a:pt x="52307" y="120955"/>
                                              <a:pt x="52307" y="120955"/>
                                            </a:cubicBezTo>
                                            <a:cubicBezTo>
                                              <a:pt x="51661" y="130642"/>
                                              <a:pt x="51385" y="140360"/>
                                              <a:pt x="50369" y="150015"/>
                                            </a:cubicBezTo>
                                            <a:cubicBezTo>
                                              <a:pt x="50090" y="152663"/>
                                              <a:pt x="49197" y="155214"/>
                                              <a:pt x="48432" y="157764"/>
                                            </a:cubicBezTo>
                                            <a:cubicBezTo>
                                              <a:pt x="48404" y="157857"/>
                                              <a:pt x="43604" y="172247"/>
                                              <a:pt x="42620" y="175199"/>
                                            </a:cubicBezTo>
                                            <a:cubicBezTo>
                                              <a:pt x="40957" y="180186"/>
                                              <a:pt x="33689" y="188777"/>
                                              <a:pt x="29059" y="192635"/>
                                            </a:cubicBezTo>
                                            <a:cubicBezTo>
                                              <a:pt x="27270" y="194126"/>
                                              <a:pt x="25330" y="195469"/>
                                              <a:pt x="23247" y="196510"/>
                                            </a:cubicBezTo>
                                            <a:cubicBezTo>
                                              <a:pt x="21421" y="197423"/>
                                              <a:pt x="17436" y="198447"/>
                                              <a:pt x="17436" y="198447"/>
                                            </a:cubicBezTo>
                                            <a:lnTo>
                                              <a:pt x="333213" y="153889"/>
                                            </a:lnTo>
                                            <a:lnTo>
                                              <a:pt x="340963" y="150015"/>
                                            </a:lnTo>
                                            <a:cubicBezTo>
                                              <a:pt x="342201" y="149131"/>
                                              <a:pt x="357773" y="139129"/>
                                              <a:pt x="360336" y="134516"/>
                                            </a:cubicBezTo>
                                            <a:cubicBezTo>
                                              <a:pt x="362319" y="130946"/>
                                              <a:pt x="362919" y="126767"/>
                                              <a:pt x="364210" y="122893"/>
                                            </a:cubicBezTo>
                                            <a:cubicBezTo>
                                              <a:pt x="365682" y="118475"/>
                                              <a:pt x="370486" y="115687"/>
                                              <a:pt x="371959" y="111269"/>
                                            </a:cubicBezTo>
                                            <a:lnTo>
                                              <a:pt x="373897" y="105457"/>
                                            </a:lnTo>
                                            <a:cubicBezTo>
                                              <a:pt x="376092" y="81309"/>
                                              <a:pt x="377680" y="75081"/>
                                              <a:pt x="373897" y="47338"/>
                                            </a:cubicBezTo>
                                            <a:cubicBezTo>
                                              <a:pt x="373582" y="45031"/>
                                              <a:pt x="371314" y="43464"/>
                                              <a:pt x="370022" y="41527"/>
                                            </a:cubicBezTo>
                                            <a:lnTo>
                                              <a:pt x="366147" y="29903"/>
                                            </a:lnTo>
                                            <a:cubicBezTo>
                                              <a:pt x="365501" y="27966"/>
                                              <a:pt x="365654" y="25535"/>
                                              <a:pt x="364210" y="24091"/>
                                            </a:cubicBezTo>
                                            <a:cubicBezTo>
                                              <a:pt x="362273" y="22154"/>
                                              <a:pt x="360152" y="20384"/>
                                              <a:pt x="358398" y="18279"/>
                                            </a:cubicBezTo>
                                            <a:cubicBezTo>
                                              <a:pt x="356908" y="16490"/>
                                              <a:pt x="356170" y="14113"/>
                                              <a:pt x="354524" y="12467"/>
                                            </a:cubicBezTo>
                                            <a:cubicBezTo>
                                              <a:pt x="350770" y="8713"/>
                                              <a:pt x="347625" y="8230"/>
                                              <a:pt x="342900" y="6655"/>
                                            </a:cubicBezTo>
                                            <a:cubicBezTo>
                                              <a:pt x="332978" y="-3267"/>
                                              <a:pt x="339828" y="843"/>
                                              <a:pt x="319652" y="843"/>
                                            </a:cubicBezTo>
                                            <a:lnTo>
                                              <a:pt x="0" y="43464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77A46302" w14:textId="77777777" w:rsidR="00D5417B" w:rsidRDefault="00D5417B" w:rsidP="00D5417B">
                                          <w:pPr>
                                            <w:jc w:val="center"/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ctr" anchorCtr="0" upright="1">
                                      <a:noAutofit/>
                                    </wps:bodyPr>
                                  </wps:wsp>
                                  <wps:wsp>
                                    <wps:cNvPr id="77643" name="Овал 2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0" y="40005"/>
                                        <a:ext cx="105410" cy="15176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ctr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77644" name="Полилиния 28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14" y="666"/>
                                      <a:ext cx="13830" cy="2705"/>
                                    </a:xfrm>
                                    <a:custGeom>
                                      <a:avLst/>
                                      <a:gdLst>
                                        <a:gd name="T0" fmla="*/ 0 w 1383030"/>
                                        <a:gd name="T1" fmla="*/ 154305 h 270510"/>
                                        <a:gd name="T2" fmla="*/ 60960 w 1383030"/>
                                        <a:gd name="T3" fmla="*/ 270510 h 270510"/>
                                        <a:gd name="T4" fmla="*/ 1360170 w 1383030"/>
                                        <a:gd name="T5" fmla="*/ 87630 h 270510"/>
                                        <a:gd name="T6" fmla="*/ 1363980 w 1383030"/>
                                        <a:gd name="T7" fmla="*/ 83820 h 270510"/>
                                        <a:gd name="T8" fmla="*/ 1377315 w 1383030"/>
                                        <a:gd name="T9" fmla="*/ 72390 h 270510"/>
                                        <a:gd name="T10" fmla="*/ 1379220 w 1383030"/>
                                        <a:gd name="T11" fmla="*/ 66675 h 270510"/>
                                        <a:gd name="T12" fmla="*/ 1383030 w 1383030"/>
                                        <a:gd name="T13" fmla="*/ 49530 h 270510"/>
                                        <a:gd name="T14" fmla="*/ 1379220 w 1383030"/>
                                        <a:gd name="T15" fmla="*/ 30480 h 270510"/>
                                        <a:gd name="T16" fmla="*/ 1375410 w 1383030"/>
                                        <a:gd name="T17" fmla="*/ 17145 h 270510"/>
                                        <a:gd name="T18" fmla="*/ 1362075 w 1383030"/>
                                        <a:gd name="T19" fmla="*/ 0 h 270510"/>
                                        <a:gd name="T20" fmla="*/ 1356360 w 1383030"/>
                                        <a:gd name="T21" fmla="*/ 3810 h 270510"/>
                                        <a:gd name="T22" fmla="*/ 0 w 1383030"/>
                                        <a:gd name="T23" fmla="*/ 154305 h 270510"/>
                                        <a:gd name="T24" fmla="*/ 0 60000 65536"/>
                                        <a:gd name="T25" fmla="*/ 0 60000 65536"/>
                                        <a:gd name="T26" fmla="*/ 0 60000 65536"/>
                                        <a:gd name="T27" fmla="*/ 0 60000 65536"/>
                                        <a:gd name="T28" fmla="*/ 0 60000 65536"/>
                                        <a:gd name="T29" fmla="*/ 0 60000 65536"/>
                                        <a:gd name="T30" fmla="*/ 0 60000 65536"/>
                                        <a:gd name="T31" fmla="*/ 0 60000 65536"/>
                                        <a:gd name="T32" fmla="*/ 0 60000 65536"/>
                                        <a:gd name="T33" fmla="*/ 0 60000 65536"/>
                                        <a:gd name="T34" fmla="*/ 0 60000 65536"/>
                                        <a:gd name="T35" fmla="*/ 0 60000 65536"/>
                                      </a:gdLst>
                                      <a:ahLst/>
                                      <a:cxnLst>
                                        <a:cxn ang="T24">
                                          <a:pos x="T0" y="T1"/>
                                        </a:cxn>
                                        <a:cxn ang="T25">
                                          <a:pos x="T2" y="T3"/>
                                        </a:cxn>
                                        <a:cxn ang="T26">
                                          <a:pos x="T4" y="T5"/>
                                        </a:cxn>
                                        <a:cxn ang="T27">
                                          <a:pos x="T6" y="T7"/>
                                        </a:cxn>
                                        <a:cxn ang="T28">
                                          <a:pos x="T8" y="T9"/>
                                        </a:cxn>
                                        <a:cxn ang="T29">
                                          <a:pos x="T10" y="T11"/>
                                        </a:cxn>
                                        <a:cxn ang="T30">
                                          <a:pos x="T12" y="T13"/>
                                        </a:cxn>
                                        <a:cxn ang="T31">
                                          <a:pos x="T14" y="T15"/>
                                        </a:cxn>
                                        <a:cxn ang="T32">
                                          <a:pos x="T16" y="T17"/>
                                        </a:cxn>
                                        <a:cxn ang="T33">
                                          <a:pos x="T18" y="T19"/>
                                        </a:cxn>
                                        <a:cxn ang="T34">
                                          <a:pos x="T20" y="T21"/>
                                        </a:cxn>
                                        <a:cxn ang="T35">
                                          <a:pos x="T22" y="T23"/>
                                        </a:cxn>
                                      </a:cxnLst>
                                      <a:rect l="0" t="0" r="r" b="b"/>
                                      <a:pathLst>
                                        <a:path w="1383030" h="270510">
                                          <a:moveTo>
                                            <a:pt x="0" y="154305"/>
                                          </a:moveTo>
                                          <a:lnTo>
                                            <a:pt x="60960" y="270510"/>
                                          </a:lnTo>
                                          <a:lnTo>
                                            <a:pt x="1360170" y="87630"/>
                                          </a:lnTo>
                                          <a:lnTo>
                                            <a:pt x="1363980" y="83820"/>
                                          </a:lnTo>
                                          <a:cubicBezTo>
                                            <a:pt x="1368425" y="80010"/>
                                            <a:pt x="1373426" y="76766"/>
                                            <a:pt x="1377315" y="72390"/>
                                          </a:cubicBezTo>
                                          <a:cubicBezTo>
                                            <a:pt x="1378649" y="70889"/>
                                            <a:pt x="1378668" y="68606"/>
                                            <a:pt x="1379220" y="66675"/>
                                          </a:cubicBezTo>
                                          <a:cubicBezTo>
                                            <a:pt x="1381014" y="60398"/>
                                            <a:pt x="1381721" y="56077"/>
                                            <a:pt x="1383030" y="49530"/>
                                          </a:cubicBezTo>
                                          <a:cubicBezTo>
                                            <a:pt x="1379779" y="26772"/>
                                            <a:pt x="1383020" y="43780"/>
                                            <a:pt x="1379220" y="30480"/>
                                          </a:cubicBezTo>
                                          <a:cubicBezTo>
                                            <a:pt x="1378640" y="28449"/>
                                            <a:pt x="1376753" y="19563"/>
                                            <a:pt x="1375410" y="17145"/>
                                          </a:cubicBezTo>
                                          <a:cubicBezTo>
                                            <a:pt x="1369713" y="6891"/>
                                            <a:pt x="1369017" y="6942"/>
                                            <a:pt x="1362075" y="0"/>
                                          </a:cubicBezTo>
                                          <a:lnTo>
                                            <a:pt x="1356360" y="3810"/>
                                          </a:lnTo>
                                          <a:lnTo>
                                            <a:pt x="0" y="154305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77645" name="Овал 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6162"/>
                                    <a:ext cx="39655" cy="2654"/>
                                  </a:xfrm>
                                  <a:custGeom>
                                    <a:avLst/>
                                    <a:gdLst>
                                      <a:gd name="T0" fmla="*/ 62857 w 3829311"/>
                                      <a:gd name="T1" fmla="*/ 20536 h 694785"/>
                                      <a:gd name="T2" fmla="*/ 2132727 w 3829311"/>
                                      <a:gd name="T3" fmla="*/ 6647 h 694785"/>
                                      <a:gd name="T4" fmla="*/ 3937209 w 3829311"/>
                                      <a:gd name="T5" fmla="*/ 40144 h 694785"/>
                                      <a:gd name="T6" fmla="*/ 3708587 w 3829311"/>
                                      <a:gd name="T7" fmla="*/ 155319 h 694785"/>
                                      <a:gd name="T8" fmla="*/ 3103073 w 3829311"/>
                                      <a:gd name="T9" fmla="*/ 255943 h 694785"/>
                                      <a:gd name="T10" fmla="*/ 1945454 w 3829311"/>
                                      <a:gd name="T11" fmla="*/ 255385 h 694785"/>
                                      <a:gd name="T12" fmla="*/ 747238 w 3829311"/>
                                      <a:gd name="T13" fmla="*/ 244790 h 694785"/>
                                      <a:gd name="T14" fmla="*/ 293898 w 3829311"/>
                                      <a:gd name="T15" fmla="*/ 180039 h 694785"/>
                                      <a:gd name="T16" fmla="*/ 62857 w 3829311"/>
                                      <a:gd name="T17" fmla="*/ 20536 h 694785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3829311" h="694785">
                                        <a:moveTo>
                                          <a:pt x="60697" y="53754"/>
                                        </a:moveTo>
                                        <a:cubicBezTo>
                                          <a:pt x="207781" y="-32497"/>
                                          <a:pt x="1435906" y="8844"/>
                                          <a:pt x="2059443" y="17398"/>
                                        </a:cubicBezTo>
                                        <a:cubicBezTo>
                                          <a:pt x="2682980" y="25952"/>
                                          <a:pt x="3697347" y="-23531"/>
                                          <a:pt x="3801920" y="105080"/>
                                        </a:cubicBezTo>
                                        <a:cubicBezTo>
                                          <a:pt x="3906493" y="233691"/>
                                          <a:pt x="3685249" y="301366"/>
                                          <a:pt x="3581154" y="406561"/>
                                        </a:cubicBezTo>
                                        <a:cubicBezTo>
                                          <a:pt x="3466291" y="458576"/>
                                          <a:pt x="3271435" y="615689"/>
                                          <a:pt x="2996446" y="669953"/>
                                        </a:cubicBezTo>
                                        <a:cubicBezTo>
                                          <a:pt x="2721457" y="724217"/>
                                          <a:pt x="2257752" y="673358"/>
                                          <a:pt x="1878605" y="668492"/>
                                        </a:cubicBezTo>
                                        <a:cubicBezTo>
                                          <a:pt x="1499458" y="663626"/>
                                          <a:pt x="1181625" y="671285"/>
                                          <a:pt x="721562" y="640757"/>
                                        </a:cubicBezTo>
                                        <a:cubicBezTo>
                                          <a:pt x="453989" y="597262"/>
                                          <a:pt x="393948" y="555196"/>
                                          <a:pt x="283799" y="471266"/>
                                        </a:cubicBezTo>
                                        <a:cubicBezTo>
                                          <a:pt x="51678" y="279885"/>
                                          <a:pt x="-86387" y="140005"/>
                                          <a:pt x="60697" y="5375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254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  <wps:wsp>
                        <wps:cNvPr id="77646" name="Прямоугольник 45"/>
                        <wps:cNvSpPr>
                          <a:spLocks noChangeArrowheads="1"/>
                        </wps:cNvSpPr>
                        <wps:spPr bwMode="auto">
                          <a:xfrm>
                            <a:off x="12971" y="13716"/>
                            <a:ext cx="31555" cy="3147"/>
                          </a:xfrm>
                          <a:prstGeom prst="rect">
                            <a:avLst/>
                          </a:prstGeom>
                          <a:solidFill>
                            <a:srgbClr val="FFCCFF">
                              <a:alpha val="38823"/>
                            </a:srgbClr>
                          </a:solidFill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7647" name="Прямоугольник 39"/>
                        <wps:cNvSpPr>
                          <a:spLocks/>
                        </wps:cNvSpPr>
                        <wps:spPr bwMode="auto">
                          <a:xfrm>
                            <a:off x="12971" y="17012"/>
                            <a:ext cx="31553" cy="4321"/>
                          </a:xfrm>
                          <a:custGeom>
                            <a:avLst/>
                            <a:gdLst>
                              <a:gd name="T0" fmla="*/ 0 w 3156011"/>
                              <a:gd name="T1" fmla="*/ 0 h 432211"/>
                              <a:gd name="T2" fmla="*/ 3155234 w 3156011"/>
                              <a:gd name="T3" fmla="*/ 0 h 432211"/>
                              <a:gd name="T4" fmla="*/ 3084463 w 3156011"/>
                              <a:gd name="T5" fmla="*/ 308287 h 432211"/>
                              <a:gd name="T6" fmla="*/ 2707926 w 3156011"/>
                              <a:gd name="T7" fmla="*/ 428217 h 432211"/>
                              <a:gd name="T8" fmla="*/ 348080 w 3156011"/>
                              <a:gd name="T9" fmla="*/ 428217 h 432211"/>
                              <a:gd name="T10" fmla="*/ 59663 w 3156011"/>
                              <a:gd name="T11" fmla="*/ 308287 h 432211"/>
                              <a:gd name="T12" fmla="*/ 0 w 3156011"/>
                              <a:gd name="T13" fmla="*/ 0 h 432211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56011" h="432211">
                                <a:moveTo>
                                  <a:pt x="0" y="0"/>
                                </a:moveTo>
                                <a:lnTo>
                                  <a:pt x="3156011" y="0"/>
                                </a:lnTo>
                                <a:lnTo>
                                  <a:pt x="3085223" y="308353"/>
                                </a:lnTo>
                                <a:cubicBezTo>
                                  <a:pt x="2534437" y="465368"/>
                                  <a:pt x="2834136" y="388323"/>
                                  <a:pt x="2708593" y="428308"/>
                                </a:cubicBezTo>
                                <a:lnTo>
                                  <a:pt x="348166" y="428308"/>
                                </a:lnTo>
                                <a:cubicBezTo>
                                  <a:pt x="252003" y="388323"/>
                                  <a:pt x="549258" y="518538"/>
                                  <a:pt x="59678" y="308353"/>
                                </a:cubicBezTo>
                                <a:cubicBezTo>
                                  <a:pt x="-13378" y="-177230"/>
                                  <a:pt x="19893" y="10278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CFF">
                              <a:alpha val="38823"/>
                            </a:srgbClr>
                          </a:solidFill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7648" name="Прямоугольник 41"/>
                        <wps:cNvSpPr>
                          <a:spLocks noChangeArrowheads="1"/>
                        </wps:cNvSpPr>
                        <wps:spPr bwMode="auto">
                          <a:xfrm>
                            <a:off x="23072" y="8718"/>
                            <a:ext cx="11903" cy="4966"/>
                          </a:xfrm>
                          <a:prstGeom prst="rect">
                            <a:avLst/>
                          </a:prstGeom>
                          <a:solidFill>
                            <a:srgbClr val="FFCCFF">
                              <a:alpha val="38823"/>
                            </a:srgbClr>
                          </a:solidFill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77649" name="Группа 7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2627" cy="19000"/>
                            <a:chOff x="0" y="0"/>
                            <a:chExt cx="52627" cy="19000"/>
                          </a:xfrm>
                        </wpg:grpSpPr>
                        <wpg:grpSp>
                          <wpg:cNvPr id="77650" name="Группа 15"/>
                          <wpg:cNvGrpSpPr>
                            <a:grpSpLocks/>
                          </wpg:cNvGrpSpPr>
                          <wpg:grpSpPr bwMode="auto">
                            <a:xfrm>
                              <a:off x="0" y="637"/>
                              <a:ext cx="23008" cy="10356"/>
                              <a:chOff x="0" y="0"/>
                              <a:chExt cx="23015" cy="10364"/>
                            </a:xfrm>
                          </wpg:grpSpPr>
                          <wps:wsp>
                            <wps:cNvPr id="77651" name="Поле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99" cy="4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FD9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8AA06C" w14:textId="77777777" w:rsidR="00D5417B" w:rsidRPr="00F55B69" w:rsidRDefault="00D5417B" w:rsidP="00D5417B">
                                  <w:pPr>
                                    <w:ind w:right="-141"/>
                                    <w:jc w:val="center"/>
                                  </w:pPr>
                                  <w:proofErr w:type="spellStart"/>
                                  <w:r w:rsidRPr="00F55B69">
                                    <w:t>Оцінка</w:t>
                                  </w:r>
                                  <w:proofErr w:type="spellEnd"/>
                                  <w:r w:rsidRPr="00F55B69">
                                    <w:t xml:space="preserve"> – “</w:t>
                                  </w:r>
                                  <w:proofErr w:type="spellStart"/>
                                  <w:r w:rsidRPr="00F55B69">
                                    <w:t>задовільно</w:t>
                                  </w:r>
                                  <w:proofErr w:type="spellEnd"/>
                                  <w:r w:rsidRPr="00F55B69">
                                    <w:t>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52" name="Прямая со стрелкой 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784" y="3250"/>
                                <a:ext cx="10231" cy="711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53" name="Группа 16"/>
                          <wpg:cNvGrpSpPr>
                            <a:grpSpLocks/>
                          </wpg:cNvGrpSpPr>
                          <wpg:grpSpPr bwMode="auto">
                            <a:xfrm>
                              <a:off x="0" y="12246"/>
                              <a:ext cx="18647" cy="6657"/>
                              <a:chOff x="0" y="657"/>
                              <a:chExt cx="18653" cy="6663"/>
                            </a:xfrm>
                          </wpg:grpSpPr>
                          <wps:wsp>
                            <wps:cNvPr id="77654" name="Поле 1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657"/>
                                <a:ext cx="12799" cy="2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FD9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43DC22" w14:textId="77777777" w:rsidR="00D5417B" w:rsidRPr="00F55B69" w:rsidRDefault="00D5417B" w:rsidP="00D5417B">
                                  <w:proofErr w:type="spellStart"/>
                                  <w:r w:rsidRPr="00F55B69">
                                    <w:t>Оцінка</w:t>
                                  </w:r>
                                  <w:proofErr w:type="spellEnd"/>
                                  <w:r w:rsidRPr="00F55B69">
                                    <w:t xml:space="preserve"> – “</w:t>
                                  </w:r>
                                  <w:proofErr w:type="spellStart"/>
                                  <w:r w:rsidRPr="00F55B69">
                                    <w:t>добре</w:t>
                                  </w:r>
                                  <w:proofErr w:type="spellEnd"/>
                                  <w:r w:rsidRPr="00F55B69">
                                    <w:t>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55" name="Прямая со стрелкой 1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784" y="3250"/>
                                <a:ext cx="5869" cy="40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56" name="Группа 19"/>
                          <wpg:cNvGrpSpPr>
                            <a:grpSpLocks/>
                          </wpg:cNvGrpSpPr>
                          <wpg:grpSpPr bwMode="auto">
                            <a:xfrm>
                              <a:off x="0" y="6460"/>
                              <a:ext cx="20838" cy="8313"/>
                              <a:chOff x="0" y="506"/>
                              <a:chExt cx="20848" cy="8320"/>
                            </a:xfrm>
                          </wpg:grpSpPr>
                          <wps:wsp>
                            <wps:cNvPr id="77657" name="Поле 2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506"/>
                                <a:ext cx="12799" cy="2766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FD9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9728AC" w14:textId="77777777" w:rsidR="00D5417B" w:rsidRPr="00F55B69" w:rsidRDefault="00D5417B" w:rsidP="00D5417B">
                                  <w:pPr>
                                    <w:ind w:right="-106"/>
                                    <w:jc w:val="center"/>
                                  </w:pPr>
                                  <w:proofErr w:type="spellStart"/>
                                  <w:r w:rsidRPr="00F55B69">
                                    <w:t>Оцінка</w:t>
                                  </w:r>
                                  <w:proofErr w:type="spellEnd"/>
                                  <w:r w:rsidRPr="00F55B69">
                                    <w:t xml:space="preserve"> – “</w:t>
                                  </w:r>
                                  <w:proofErr w:type="spellStart"/>
                                  <w:r w:rsidRPr="00F55B69">
                                    <w:t>відмінно</w:t>
                                  </w:r>
                                  <w:proofErr w:type="spellEnd"/>
                                  <w:r w:rsidRPr="00F55B69">
                                    <w:t>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58" name="Прямая со стрелкой 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784" y="3250"/>
                                <a:ext cx="8064" cy="55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59" name="Группа 72"/>
                          <wpg:cNvGrpSpPr>
                            <a:grpSpLocks/>
                          </wpg:cNvGrpSpPr>
                          <wpg:grpSpPr bwMode="auto">
                            <a:xfrm>
                              <a:off x="32322" y="0"/>
                              <a:ext cx="20304" cy="9324"/>
                              <a:chOff x="0" y="0"/>
                              <a:chExt cx="20303" cy="9324"/>
                            </a:xfrm>
                          </wpg:grpSpPr>
                          <wps:wsp>
                            <wps:cNvPr id="77660" name="Поле 4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764" y="0"/>
                                <a:ext cx="17539" cy="32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F78D777" w14:textId="77777777" w:rsidR="00D5417B" w:rsidRPr="005A7B1D" w:rsidRDefault="00D5417B" w:rsidP="00D5417B">
                                  <w:proofErr w:type="spellStart"/>
                                  <w:r w:rsidRPr="005A7B1D">
                                    <w:t>Зона</w:t>
                                  </w:r>
                                  <w:proofErr w:type="spellEnd"/>
                                  <w:r w:rsidRPr="005A7B1D">
                                    <w:t xml:space="preserve"> </w:t>
                                  </w:r>
                                  <w:proofErr w:type="spellStart"/>
                                  <w:r w:rsidRPr="005A7B1D">
                                    <w:t>ураження</w:t>
                                  </w:r>
                                  <w:proofErr w:type="spellEnd"/>
                                  <w:r w:rsidRPr="005A7B1D">
                                    <w:t xml:space="preserve"> №3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61" name="Прямая со стрелкой 4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3296"/>
                                <a:ext cx="2853" cy="60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62" name="Группа 71"/>
                          <wpg:cNvGrpSpPr>
                            <a:grpSpLocks/>
                          </wpg:cNvGrpSpPr>
                          <wpg:grpSpPr bwMode="auto">
                            <a:xfrm>
                              <a:off x="31153" y="3827"/>
                              <a:ext cx="21471" cy="11558"/>
                              <a:chOff x="0" y="0"/>
                              <a:chExt cx="21471" cy="11557"/>
                            </a:xfrm>
                          </wpg:grpSpPr>
                          <wps:wsp>
                            <wps:cNvPr id="77663" name="Поле 20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40" y="0"/>
                                <a:ext cx="17431" cy="32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4A35610" w14:textId="77777777" w:rsidR="00D5417B" w:rsidRPr="005A7B1D" w:rsidRDefault="00D5417B" w:rsidP="00D5417B">
                                  <w:proofErr w:type="spellStart"/>
                                  <w:r w:rsidRPr="005A7B1D">
                                    <w:t>Зона</w:t>
                                  </w:r>
                                  <w:proofErr w:type="spellEnd"/>
                                  <w:r w:rsidRPr="005A7B1D">
                                    <w:t xml:space="preserve"> </w:t>
                                  </w:r>
                                  <w:proofErr w:type="spellStart"/>
                                  <w:r w:rsidRPr="005A7B1D">
                                    <w:t>ураження</w:t>
                                  </w:r>
                                  <w:proofErr w:type="spellEnd"/>
                                  <w:r w:rsidRPr="005A7B1D">
                                    <w:t xml:space="preserve"> № 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64" name="Прямая со стрелкой 20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3296"/>
                                <a:ext cx="4108" cy="826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65" name="Группа 74"/>
                          <wpg:cNvGrpSpPr>
                            <a:grpSpLocks/>
                          </wpg:cNvGrpSpPr>
                          <wpg:grpSpPr bwMode="auto">
                            <a:xfrm>
                              <a:off x="31153" y="7549"/>
                              <a:ext cx="21474" cy="11451"/>
                              <a:chOff x="0" y="0"/>
                              <a:chExt cx="21474" cy="11451"/>
                            </a:xfrm>
                          </wpg:grpSpPr>
                          <wps:wsp>
                            <wps:cNvPr id="77666" name="Поле 20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253" y="0"/>
                                <a:ext cx="17221" cy="32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63F52ED" w14:textId="77777777" w:rsidR="00D5417B" w:rsidRPr="005A7B1D" w:rsidRDefault="00D5417B" w:rsidP="00D5417B">
                                  <w:proofErr w:type="spellStart"/>
                                  <w:r w:rsidRPr="005A7B1D">
                                    <w:t>Зона</w:t>
                                  </w:r>
                                  <w:proofErr w:type="spellEnd"/>
                                  <w:r w:rsidRPr="005A7B1D">
                                    <w:t xml:space="preserve"> </w:t>
                                  </w:r>
                                  <w:proofErr w:type="spellStart"/>
                                  <w:r w:rsidRPr="005A7B1D">
                                    <w:t>ураження</w:t>
                                  </w:r>
                                  <w:proofErr w:type="spellEnd"/>
                                  <w:r w:rsidRPr="005A7B1D">
                                    <w:t xml:space="preserve"> № 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67" name="Прямая со стрелкой 20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3189"/>
                                <a:ext cx="4400" cy="826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47D7A7" id="Групувати 77041" o:spid="_x0000_s1029" style="position:absolute;left:0;text-align:left;margin-left:2.95pt;margin-top:23.75pt;width:447.9pt;height:199.4pt;z-index:251661312" coordsize="52627,23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">
                <v:group id="Группа 44" o:spid="_x0000_s1030" style="position:absolute;left:13609;top:8718;width:37461;height:14608" coordsize="37470,1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">
    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  <v:stroke joinstyle="miter"/>
                    <v:formulas>
                      <v:f eqn="sum 10800 0 #0"/>
                      <v:f eqn="prod @0 30274 32768"/>
                      <v:f eqn="prod @0 12540 32768"/>
                      <v:f eqn="sum @1 10800 0"/>
                      <v:f eqn="sum @2 10800 0"/>
                      <v:f eqn="sum 10800 0 @1"/>
                      <v:f eqn="sum 10800 0 @2"/>
                      <v:f eqn="prod @0 23170 32768"/>
                      <v:f eqn="sum @7 10800 0"/>
                      <v:f eqn="sum 10800 0 @7"/>
                      <v:f eqn="prod @5 3 4"/>
                      <v:f eqn="prod @6 3 4"/>
                      <v:f eqn="sum @10 791 0"/>
                      <v:f eqn="sum @11 791 0"/>
                      <v:f eqn="sum @11 2700 0"/>
                      <v:f eqn="sum 21600 0 @10"/>
                      <v:f eqn="sum 21600 0 @12"/>
                      <v:f eqn="sum 21600 0 @13"/>
                      <v:f eqn="sum 21600 0 @14"/>
                      <v:f eqn="val #0"/>
                      <v:f eqn="sum 21600 0 #0"/>
                    </v:formulas>
                    <v:path o:connecttype="rect" textboxrect="@9,@9,@8,@8"/>
                    <v:handles>
                      <v:h position="#0,center" xrange="2700,10125"/>
                    </v:handles>
                  </v:shapetype>
                  <v:shape id="Солнце 38" o:spid="_x0000_s1031" type="#_x0000_t183" style="position:absolute;left:695;top:6261;width:2730;height:2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" adj="4670" fillcolor="black" strokeweight="2pt"/>
                  <v:group id="Группа 43" o:spid="_x0000_s1032" style="position:absolute;width:37470;height:14610" coordsize="37470,1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">
                    <v:group id="Группа 9" o:spid="_x0000_s1033" style="position:absolute;left:3081;top:6062;width:23618;height:5332" coordsize="36736,6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">
                      <o:lock v:ext="edit" aspectratio="t"/>
                      <v:oval id="Овал 3" o:spid="_x0000_s1034" style="position:absolute;width:6120;height:6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" filled="f" strokeweight="1.5pt"/>
                      <v:oval id="Овал 4" o:spid="_x0000_s1035" style="position:absolute;left:6060;top:318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" filled="f" strokeweight="1.5pt"/>
                      <v:oval id="Овал 5" o:spid="_x0000_s1036" style="position:absolute;left:12121;top:318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" filled="f" strokeweight="1.5pt"/>
                      <v:oval id="Овал 6" o:spid="_x0000_s1037" style="position:absolute;left:18181;top:637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" filled="f" strokeweight="1.5pt"/>
                      <v:oval id="Овал 7" o:spid="_x0000_s1038" style="position:absolute;left:24454;top:637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" filled="f" strokeweight="1.5pt"/>
                      <v:oval id="Овал 8" o:spid="_x0000_s1039" style="position:absolute;left:30621;width:6115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" filled="f" strokeweight="1.5pt"/>
                    </v:group>
                    <v:group id="Группа 42" o:spid="_x0000_s1040" style="position:absolute;width:37470;height:14610" coordsize="37470,1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">
                      <v:group id="Группа 37" o:spid="_x0000_s1041" style="position:absolute;left:4273;top:7653;width:21309;height:2597" coordsize="27928,2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">
                        <v:oval id="Овал 36" o:spid="_x0000_s1042" style="position:absolute;left:25841;width:2087;height:2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" filled="f" strokeweight="1.25pt"/>
                        <v:oval id="Овал 34" o:spid="_x0000_s1043" style="position:absolute;left:15206;top:496;width:2083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" filled="f" strokeweight="1.25pt"/>
                        <v:oval id="Овал 33" o:spid="_x0000_s1044" style="position:absolute;left:10336;top:496;width:2083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" filled="f" strokeweight="1.25pt"/>
                        <v:oval id="Овал 32" o:spid="_x0000_s1045" style="position:absolute;left:4969;top:298;width:2083;height:20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" filled="f" strokeweight="1.25pt"/>
                        <v:oval id="Овал 31" o:spid="_x0000_s1046" style="position:absolute;top:99;width:2087;height:2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" filled="f" strokeweight="1.25pt"/>
                        <v:oval id="Овал 35" o:spid="_x0000_s1047" style="position:absolute;left:20574;top:695;width:2082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" filled="f" strokeweight="1.25pt"/>
                      </v:group>
                      <v:group id="Группа 30" o:spid="_x0000_s1048" style="position:absolute;width:37470;height:14610" coordsize="49112,15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">
                        <v:shape id="Овал 1" o:spid="_x0000_s1049" style="position:absolute;top:6062;width:39655;height:6376;visibility:visible;mso-wrap-style:square;v-text-anchor:middle" coordsize="3829311,69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" path="m60697,53754c207781,-32497,1435906,8844,2059443,17398v623537,8554,1637904,-40929,1742477,87682c3906493,233691,3685249,301366,3581154,406561v-114863,52015,-309719,209128,-584708,263392c2721457,724217,2257752,673358,1878605,668492v-379147,-4866,-696980,2793,-1157043,-27735c453989,597262,393948,555196,283799,471266,51678,279885,-86387,140005,60697,53754xe" filled="f" strokeweight="2pt">
                          <v:path arrowok="t" o:connecttype="custom" o:connectlocs="651,453;22086,147;40772,885;38405,3424;32134,5642;20146,5629;7738,5396;3044,3968;651,453" o:connectangles="0,0,0,0,0,0,0,0,0"/>
                        </v:shape>
                        <v:shape id="Дуга 12" o:spid="_x0000_s1050" style="position:absolute;left:13020;width:15094;height:15627;visibility:visible;mso-wrap-style:square;v-text-anchor:middle" coordsize="1509395,156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" path="m17627,613480nsc94204,253105,403843,-2685,760232,21v356123,2704,661954,262788,733693,623947l754698,781368,17627,613480xem17627,613480nfc94204,253105,403843,-2685,760232,21v356123,2704,661954,262788,733693,623947e" filled="f" strokeweight="1.5pt">
                          <v:path arrowok="t" o:connecttype="custom" o:connectlocs="176,6135;7602,0;14939,6240" o:connectangles="0,0,0"/>
                        </v:shape>
                        <v:group id="Группа 29" o:spid="_x0000_s1051" style="position:absolute;left:26935;top:1391;width:22177;height:3372" coordsize="22177,3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">
                          <v:shape id="Прямоугольник 14" o:spid="_x0000_s1052" style="position:absolute;top:952;width:22177;height:1348;rotation:-383771fd;visibility:visible;mso-wrap-style:square;v-text-anchor:middle" coordsize="2217221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" path="m,35345l2217221,r,127590l48696,307975,,35345xe" filled="f" strokeweight="1.5pt">
                            <v:path arrowok="t" o:connecttype="custom" o:connectlocs="0,68;22182,0;22182,245;487,590;0,68" o:connectangles="0,0,0,0,0"/>
                          </v:shape>
                          <v:group id="Группа 26" o:spid="_x0000_s1053" style="position:absolute;left:13087;width:4273;height:1917" coordsize="427355,19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">
                            <v:shape id="Полилиния 23" o:spid="_x0000_s1054" style="position:absolute;left:57150;width:370205;height:190500;visibility:visible;mso-wrap-style:square;v-text-anchor:middle" coordsize="376177,1984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" adj="-11796480,,5400" path="m,43464r,l15498,49276v6203,2256,6185,1280,11624,5812c29227,56842,31252,58737,32934,60899v2859,3676,7749,11624,7749,11624c42706,78592,45324,85452,46495,91896v817,4493,1041,9083,1937,13561c49476,110679,52307,120955,52307,120955v-646,9687,-922,19405,-1938,29060c50090,152663,49197,155214,48432,157764v-28,93,-4828,14483,-5812,17435c40957,180186,33689,188777,29059,192635v-1789,1491,-3729,2834,-5812,3875c21421,197423,17436,198447,17436,198447l333213,153889r7750,-3874c342201,149131,357773,139129,360336,134516v1983,-3570,2583,-7749,3874,-11623c365682,118475,370486,115687,371959,111269r1938,-5812c376092,81309,377680,75081,373897,47338v-315,-2307,-2583,-3874,-3875,-5811l366147,29903v-646,-1937,-493,-4368,-1937,-5812c362273,22154,360152,20384,358398,18279v-1490,-1789,-2228,-4166,-3874,-5812c350770,8713,347625,8230,342900,6655,332978,-3267,339828,843,319652,843l,43464xe">
                              <v:stroke joinstyle="miter"/>
                              <v:formulas/>
                              <v:path arrowok="t" o:connecttype="custom" o:connectlocs="0,40052;0,40052;15010,45409;26267,50764;31896,56119;39401,66831;45031,84683;46906,97180;50660,111461;48782,138241;46906,145381;41277,161448;28144,177516;22515,181087;16887,182871;322717,141810;330223,138241;348985,123958;352738,113248;360243,102536;362119,97180;362119,43622;358367,38268;354614,27556;352738,22200;347109,16844;343357,11489;332099,6132;309583,777;0,40052" o:connectangles="0,0,0,0,0,0,0,0,0,0,0,0,0,0,0,0,0,0,0,0,0,0,0,0,0,0,0,0,0,0" textboxrect="0,0,376177,198447"/>
                              <v:textbox>
                                <w:txbxContent>
                                  <w:p w14:paraId="77A46302" w14:textId="77777777" w:rsidR="00D5417B" w:rsidRDefault="00D5417B" w:rsidP="00D5417B">
                                    <w:pPr>
                                      <w:jc w:val="center"/>
                                    </w:pPr>
                                  </w:p>
                                </w:txbxContent>
                              </v:textbox>
                            </v:shape>
                            <v:oval id="Овал 24" o:spid="_x0000_s1055" style="position:absolute;top:40005;width:105410;height:1517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"/>
                          </v:group>
                          <v:shape id="Полилиния 28" o:spid="_x0000_s1056" style="position:absolute;left:114;top:666;width:13830;height:2705;visibility:visible;mso-wrap-style:square;v-text-anchor:middle" coordsize="138303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" path="m,154305l60960,270510,1360170,87630r3810,-3810c1368425,80010,1373426,76766,1377315,72390v1334,-1501,1353,-3784,1905,-5715c1381014,60398,1381721,56077,1383030,49530v-3251,-22758,-10,-5750,-3810,-19050c1378640,28449,1376753,19563,1375410,17145,1369713,6891,1369017,6942,1362075,r-5715,3810l,154305xe" strokeweight="1pt">
                            <v:path arrowok="t" o:connecttype="custom" o:connectlocs="0,1543;610,2705;13601,876;13640,838;13773,724;13792,667;13830,495;13792,305;13754,171;13620,0;13563,38;0,1543" o:connectangles="0,0,0,0,0,0,0,0,0,0,0,0"/>
                          </v:shape>
                        </v:group>
                        <v:shape id="Овал 1" o:spid="_x0000_s1057" style="position:absolute;top:6162;width:39655;height:2654;visibility:visible;mso-wrap-style:square;v-text-anchor:middle" coordsize="3829311,69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" path="m60697,53754c207781,-32497,1435906,8844,2059443,17398v623537,8554,1637904,-40929,1742477,87682c3906493,233691,3685249,301366,3581154,406561v-114863,52015,-309719,209128,-584708,263392c2721457,724217,2257752,673358,1878605,668492v-379147,-4866,-696980,2793,-1157043,-27735c453989,597262,393948,555196,283799,471266,51678,279885,-86387,140005,60697,53754xe" strokeweight="2pt">
                          <v:path arrowok="t" o:connecttype="custom" o:connectlocs="651,78;22086,25;40772,153;38405,593;32134,978;20146,976;7738,935;3044,688;651,78" o:connectangles="0,0,0,0,0,0,0,0,0"/>
                        </v:shape>
                      </v:group>
                    </v:group>
                  </v:group>
                </v:group>
                <v:rect id="Прямоугольник 45" o:spid="_x0000_s1058" style="position:absolute;left:12971;top:13716;width:31555;height:31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" fillcolor="#fcf" strokecolor="red" strokeweight="2pt">
                  <v:fill opacity="25443f"/>
                </v:rect>
                <v:shape id="Прямоугольник 39" o:spid="_x0000_s1059" style="position:absolute;left:12971;top:17012;width:31553;height:4321;visibility:visible;mso-wrap-style:square;v-text-anchor:middle" coordsize="3156011,43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" path="m,l3156011,r-70788,308353c2534437,465368,2834136,388323,2708593,428308r-2360427,c252003,388323,549258,518538,59678,308353,-13378,-177230,19893,102784,,xe" fillcolor="#fcf" strokecolor="red" strokeweight="2pt">
                  <v:fill opacity="25443f"/>
                  <v:path arrowok="t" o:connecttype="custom" o:connectlocs="0,0;31545,0;30838,3082;27073,4281;3480,4281;596,3082;0,0" o:connectangles="0,0,0,0,0,0,0"/>
                </v:shape>
                <v:rect id="Прямоугольник 41" o:spid="_x0000_s1060" style="position:absolute;left:23072;top:8718;width:11903;height:49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" fillcolor="#fcf" strokecolor="red" strokeweight="2pt">
                  <v:fill opacity="25443f"/>
                </v:rect>
                <v:group id="Группа 75" o:spid="_x0000_s1061" style="position:absolute;width:52627;height:19000" coordsize="52627,1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">
                  <v:group id="Группа 15" o:spid="_x0000_s1062" style="position:absolute;top:637;width:23008;height:10356" coordsize="23015,10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63" type="#_x0000_t202" style="position:absolute;width:12799;height:4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" fillcolor="#e2efd9" strokeweight=".5pt">
                      <v:textbox>
                        <w:txbxContent>
                          <w:p w14:paraId="0E8AA06C" w14:textId="77777777" w:rsidR="00D5417B" w:rsidRPr="00F55B69" w:rsidRDefault="00D5417B" w:rsidP="00D5417B">
                            <w:pPr>
                              <w:ind w:right="-141"/>
                              <w:jc w:val="center"/>
                            </w:pPr>
                            <w:proofErr w:type="spellStart"/>
                            <w:r w:rsidRPr="00F55B69">
                              <w:t>Оцінка</w:t>
                            </w:r>
                            <w:proofErr w:type="spellEnd"/>
                            <w:r w:rsidRPr="00F55B69">
                              <w:t xml:space="preserve"> – “</w:t>
                            </w:r>
                            <w:proofErr w:type="spellStart"/>
                            <w:r w:rsidRPr="00F55B69">
                              <w:t>задовільно</w:t>
                            </w:r>
                            <w:proofErr w:type="spellEnd"/>
                            <w:r w:rsidRPr="00F55B69">
                              <w:t>”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1" o:spid="_x0000_s1064" type="#_x0000_t32" style="position:absolute;left:12784;top:3250;width:10231;height:71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">
                      <v:stroke endarrow="block" endarrowlength="long"/>
                    </v:shape>
                  </v:group>
                  <v:group id="Группа 16" o:spid="_x0000_s1065" style="position:absolute;top:12246;width:18647;height:6657" coordorigin=",657" coordsize="18653,6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">
                    <v:shape id="Поле 17" o:spid="_x0000_s1066" type="#_x0000_t202" style="position:absolute;top:657;width:12799;height:2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" fillcolor="#e2efd9" strokeweight=".5pt">
                      <v:textbox>
                        <w:txbxContent>
                          <w:p w14:paraId="6043DC22" w14:textId="77777777" w:rsidR="00D5417B" w:rsidRPr="00F55B69" w:rsidRDefault="00D5417B" w:rsidP="00D5417B">
                            <w:proofErr w:type="spellStart"/>
                            <w:r w:rsidRPr="00F55B69">
                              <w:t>Оцінка</w:t>
                            </w:r>
                            <w:proofErr w:type="spellEnd"/>
                            <w:r w:rsidRPr="00F55B69">
                              <w:t xml:space="preserve"> – “</w:t>
                            </w:r>
                            <w:proofErr w:type="spellStart"/>
                            <w:r w:rsidRPr="00F55B69">
                              <w:t>добре</w:t>
                            </w:r>
                            <w:proofErr w:type="spellEnd"/>
                            <w:r w:rsidRPr="00F55B69">
                              <w:t>”</w:t>
                            </w:r>
                          </w:p>
                        </w:txbxContent>
                      </v:textbox>
                    </v:shape>
                    <v:shape id="Прямая со стрелкой 18" o:spid="_x0000_s1067" type="#_x0000_t32" style="position:absolute;left:12784;top:3250;width:5869;height:40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">
                      <v:stroke endarrow="block" endarrowlength="long"/>
                    </v:shape>
                  </v:group>
                  <v:group id="Группа 19" o:spid="_x0000_s1068" style="position:absolute;top:6460;width:20838;height:8313" coordorigin=",506" coordsize="20848,8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">
                    <v:shape id="Поле 20" o:spid="_x0000_s1069" type="#_x0000_t202" style="position:absolute;top:506;width:12799;height:2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" fillcolor="#e2efd9" strokeweight=".5pt">
                      <v:textbox>
                        <w:txbxContent>
                          <w:p w14:paraId="709728AC" w14:textId="77777777" w:rsidR="00D5417B" w:rsidRPr="00F55B69" w:rsidRDefault="00D5417B" w:rsidP="00D5417B">
                            <w:pPr>
                              <w:ind w:right="-106"/>
                              <w:jc w:val="center"/>
                            </w:pPr>
                            <w:proofErr w:type="spellStart"/>
                            <w:r w:rsidRPr="00F55B69">
                              <w:t>Оцінка</w:t>
                            </w:r>
                            <w:proofErr w:type="spellEnd"/>
                            <w:r w:rsidRPr="00F55B69">
                              <w:t xml:space="preserve"> – “</w:t>
                            </w:r>
                            <w:proofErr w:type="spellStart"/>
                            <w:r w:rsidRPr="00F55B69">
                              <w:t>відмінно</w:t>
                            </w:r>
                            <w:proofErr w:type="spellEnd"/>
                            <w:r w:rsidRPr="00F55B69">
                              <w:t>”</w:t>
                            </w:r>
                          </w:p>
                        </w:txbxContent>
                      </v:textbox>
                    </v:shape>
                    <v:shape id="Прямая со стрелкой 21" o:spid="_x0000_s1070" type="#_x0000_t32" style="position:absolute;left:12784;top:3250;width:8064;height:55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">
                      <v:stroke endarrow="block" endarrowlength="long"/>
                    </v:shape>
                  </v:group>
                  <v:group id="Группа 72" o:spid="_x0000_s1071" style="position:absolute;left:32322;width:20304;height:9324" coordsize="20303,9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">
                    <v:shape id="Поле 46" o:spid="_x0000_s1072" type="#_x0000_t202" style="position:absolute;left:2764;width:17539;height:3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" filled="f" strokeweight=".5pt">
                      <v:textbox>
                        <w:txbxContent>
                          <w:p w14:paraId="0F78D777" w14:textId="77777777" w:rsidR="00D5417B" w:rsidRPr="005A7B1D" w:rsidRDefault="00D5417B" w:rsidP="00D5417B">
                            <w:proofErr w:type="spellStart"/>
                            <w:r w:rsidRPr="005A7B1D">
                              <w:t>Зона</w:t>
                            </w:r>
                            <w:proofErr w:type="spellEnd"/>
                            <w:r w:rsidRPr="005A7B1D">
                              <w:t xml:space="preserve"> </w:t>
                            </w:r>
                            <w:proofErr w:type="spellStart"/>
                            <w:r w:rsidRPr="005A7B1D">
                              <w:t>ураження</w:t>
                            </w:r>
                            <w:proofErr w:type="spellEnd"/>
                            <w:r w:rsidRPr="005A7B1D">
                              <w:t xml:space="preserve"> №3</w:t>
                            </w:r>
                          </w:p>
                        </w:txbxContent>
                      </v:textbox>
                    </v:shape>
                    <v:shape id="Прямая со стрелкой 47" o:spid="_x0000_s1073" type="#_x0000_t32" style="position:absolute;top:3296;width:2853;height:602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">
                      <v:stroke endarrow="block" endarrowlength="long"/>
                    </v:shape>
                  </v:group>
                  <v:group id="Группа 71" o:spid="_x0000_s1074" style="position:absolute;left:31153;top:3827;width:21471;height:11558" coordsize="21471,11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">
                    <v:shape id="Поле 204" o:spid="_x0000_s1075" type="#_x0000_t202" style="position:absolute;left:4040;width:17431;height:3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" filled="f" strokeweight=".5pt">
                      <v:textbox>
                        <w:txbxContent>
                          <w:p w14:paraId="44A35610" w14:textId="77777777" w:rsidR="00D5417B" w:rsidRPr="005A7B1D" w:rsidRDefault="00D5417B" w:rsidP="00D5417B">
                            <w:proofErr w:type="spellStart"/>
                            <w:r w:rsidRPr="005A7B1D">
                              <w:t>Зона</w:t>
                            </w:r>
                            <w:proofErr w:type="spellEnd"/>
                            <w:r w:rsidRPr="005A7B1D">
                              <w:t xml:space="preserve"> </w:t>
                            </w:r>
                            <w:proofErr w:type="spellStart"/>
                            <w:r w:rsidRPr="005A7B1D">
                              <w:t>ураження</w:t>
                            </w:r>
                            <w:proofErr w:type="spellEnd"/>
                            <w:r w:rsidRPr="005A7B1D">
                              <w:t xml:space="preserve"> № 1</w:t>
                            </w:r>
                          </w:p>
                        </w:txbxContent>
                      </v:textbox>
                    </v:shape>
                    <v:shape id="Прямая со стрелкой 205" o:spid="_x0000_s1076" type="#_x0000_t32" style="position:absolute;top:3296;width:4108;height:826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">
                      <v:stroke endarrow="block" endarrowlength="long"/>
                    </v:shape>
                  </v:group>
                  <v:group id="Группа 74" o:spid="_x0000_s1077" style="position:absolute;left:31153;top:7549;width:21474;height:11451" coordsize="21474,1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">
                    <v:shape id="Поле 206" o:spid="_x0000_s1078" type="#_x0000_t202" style="position:absolute;left:4253;width:17221;height:3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" filled="f" strokeweight=".5pt">
                      <v:textbox>
                        <w:txbxContent>
                          <w:p w14:paraId="563F52ED" w14:textId="77777777" w:rsidR="00D5417B" w:rsidRPr="005A7B1D" w:rsidRDefault="00D5417B" w:rsidP="00D5417B">
                            <w:proofErr w:type="spellStart"/>
                            <w:r w:rsidRPr="005A7B1D">
                              <w:t>Зона</w:t>
                            </w:r>
                            <w:proofErr w:type="spellEnd"/>
                            <w:r w:rsidRPr="005A7B1D">
                              <w:t xml:space="preserve"> </w:t>
                            </w:r>
                            <w:proofErr w:type="spellStart"/>
                            <w:r w:rsidRPr="005A7B1D">
                              <w:t>ураження</w:t>
                            </w:r>
                            <w:proofErr w:type="spellEnd"/>
                            <w:r w:rsidRPr="005A7B1D">
                              <w:t xml:space="preserve"> № 2</w:t>
                            </w:r>
                          </w:p>
                        </w:txbxContent>
                      </v:textbox>
                    </v:shape>
                    <v:shape id="Прямая со стрелкой 207" o:spid="_x0000_s1079" type="#_x0000_t32" style="position:absolute;top:3189;width:4400;height:826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">
                      <v:stroke endarrow="block" endarrowlength="long"/>
                    </v:shape>
                  </v:group>
                </v:group>
                <w10:wrap type="topAndBottom"/>
              </v:group>
            </w:pict>
          </mc:Fallback>
        </mc:AlternateContent>
      </w:r>
    </w:p>
    <w:p w14:paraId="2594716E" w14:textId="77777777" w:rsidR="00D5417B" w:rsidRPr="00501BEA" w:rsidRDefault="00D5417B" w:rsidP="00D541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Cs w:val="28"/>
          <w:lang w:val="uk-UA" w:eastAsia="uk-UA"/>
        </w:rPr>
      </w:pPr>
      <w:r w:rsidRPr="00501BEA">
        <w:rPr>
          <w:b/>
          <w:szCs w:val="28"/>
          <w:lang w:val="uk-UA" w:eastAsia="uk-UA"/>
        </w:rPr>
        <w:t xml:space="preserve">Рисунок 3 – </w:t>
      </w:r>
      <w:r w:rsidRPr="00501BEA">
        <w:rPr>
          <w:szCs w:val="28"/>
          <w:lang w:val="uk-UA" w:eastAsia="uk-UA"/>
        </w:rPr>
        <w:t>вразливі місця броньованої техніки</w:t>
      </w:r>
      <w:r>
        <w:rPr>
          <w:szCs w:val="28"/>
          <w:lang w:val="uk-UA" w:eastAsia="uk-UA"/>
        </w:rPr>
        <w:t>.</w:t>
      </w:r>
    </w:p>
    <w:p w14:paraId="4AD04F51" w14:textId="77777777" w:rsidR="00D5417B" w:rsidRPr="00501BEA" w:rsidRDefault="00D5417B" w:rsidP="00D541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Cs w:val="28"/>
          <w:lang w:val="uk-UA" w:eastAsia="uk-UA"/>
        </w:rPr>
      </w:pPr>
    </w:p>
    <w:p w14:paraId="4A6A308E" w14:textId="77777777" w:rsidR="007731DF" w:rsidRPr="007731DF" w:rsidRDefault="007731DF" w:rsidP="007731DF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lang w:val="uk-UA"/>
        </w:rPr>
      </w:pPr>
      <w:r w:rsidRPr="007731DF">
        <w:rPr>
          <w:rFonts w:ascii="Times New Roman" w:hAnsi="Times New Roman" w:cs="Times New Roman"/>
          <w:i w:val="0"/>
          <w:iCs w:val="0"/>
          <w:color w:val="auto"/>
          <w:lang w:val="uk-UA"/>
        </w:rPr>
        <w:t>Імітаційні засоби:</w:t>
      </w:r>
    </w:p>
    <w:p w14:paraId="66D59CBD" w14:textId="77777777" w:rsidR="007731DF" w:rsidRPr="007731DF" w:rsidRDefault="007731DF" w:rsidP="007731DF">
      <w:pPr>
        <w:spacing w:before="100" w:beforeAutospacing="1" w:after="100" w:afterAutospacing="1"/>
        <w:rPr>
          <w:rFonts w:cs="Times New Roman"/>
          <w:lang w:val="uk-UA"/>
        </w:rPr>
      </w:pPr>
      <w:r w:rsidRPr="007731DF">
        <w:rPr>
          <w:rFonts w:cs="Times New Roman"/>
          <w:lang w:val="uk-UA"/>
        </w:rPr>
        <w:t>Використовуються звукові імітатори стрільби, вибухів, інфрачервоні прожектори та спалахи пострілів для наближення навчань до реальних бойових умов, включно вночі.</w:t>
      </w:r>
    </w:p>
    <w:p w14:paraId="24D2ED43" w14:textId="77777777" w:rsidR="00D5417B" w:rsidRPr="00501BEA" w:rsidRDefault="00D5417B" w:rsidP="00D54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8"/>
          <w:lang w:val="uk-UA" w:eastAsia="uk-UA"/>
        </w:rPr>
      </w:pPr>
      <w:r w:rsidRPr="00501BEA">
        <w:rPr>
          <w:noProof/>
          <w:sz w:val="20"/>
          <w:lang w:val="uk-UA"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BCC95D2" wp14:editId="529C70CE">
                <wp:simplePos x="0" y="0"/>
                <wp:positionH relativeFrom="column">
                  <wp:posOffset>3799840</wp:posOffset>
                </wp:positionH>
                <wp:positionV relativeFrom="paragraph">
                  <wp:posOffset>6523355</wp:posOffset>
                </wp:positionV>
                <wp:extent cx="508635" cy="393700"/>
                <wp:effectExtent l="18415" t="0" r="44450" b="0"/>
                <wp:wrapNone/>
                <wp:docPr id="77036" name="Групувати 77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635" cy="393700"/>
                          <a:chOff x="0" y="0"/>
                          <a:chExt cx="508708" cy="393700"/>
                        </a:xfrm>
                      </wpg:grpSpPr>
                      <wps:wsp>
                        <wps:cNvPr id="77037" name="Пятиугольник 189"/>
                        <wps:cNvSpPr>
                          <a:spLocks noChangeAspect="1"/>
                        </wps:cNvSpPr>
                        <wps:spPr bwMode="auto">
                          <a:xfrm>
                            <a:off x="0" y="122384"/>
                            <a:ext cx="395605" cy="153035"/>
                          </a:xfrm>
                          <a:prstGeom prst="homePlate">
                            <a:avLst>
                              <a:gd name="adj" fmla="val 50002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77038" name="Группа 193"/>
                        <wpg:cNvGrpSpPr>
                          <a:grpSpLocks/>
                        </wpg:cNvGrpSpPr>
                        <wpg:grpSpPr bwMode="auto">
                          <a:xfrm rot="3054217">
                            <a:off x="136281" y="21272"/>
                            <a:ext cx="393700" cy="351155"/>
                            <a:chOff x="0" y="0"/>
                            <a:chExt cx="521883" cy="515774"/>
                          </a:xfrm>
                        </wpg:grpSpPr>
                        <wps:wsp>
                          <wps:cNvPr id="77039" name="Дуга 194"/>
                          <wps:cNvSpPr>
                            <a:spLocks/>
                          </wps:cNvSpPr>
                          <wps:spPr bwMode="auto">
                            <a:xfrm>
                              <a:off x="0" y="12219"/>
                              <a:ext cx="503555" cy="503555"/>
                            </a:xfrm>
                            <a:custGeom>
                              <a:avLst/>
                              <a:gdLst>
                                <a:gd name="T0" fmla="*/ 259315 w 503555"/>
                                <a:gd name="T1" fmla="*/ 113 h 503555"/>
                                <a:gd name="T2" fmla="*/ 502330 w 503555"/>
                                <a:gd name="T3" fmla="*/ 226959 h 503555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03555" h="503555" stroke="0">
                                  <a:moveTo>
                                    <a:pt x="259315" y="113"/>
                                  </a:moveTo>
                                  <a:cubicBezTo>
                                    <a:pt x="385821" y="3902"/>
                                    <a:pt x="489853" y="101012"/>
                                    <a:pt x="502330" y="226959"/>
                                  </a:cubicBezTo>
                                  <a:lnTo>
                                    <a:pt x="251778" y="251778"/>
                                  </a:lnTo>
                                  <a:lnTo>
                                    <a:pt x="259315" y="113"/>
                                  </a:lnTo>
                                  <a:close/>
                                </a:path>
                                <a:path w="503555" h="503555" fill="none">
                                  <a:moveTo>
                                    <a:pt x="259315" y="113"/>
                                  </a:moveTo>
                                  <a:cubicBezTo>
                                    <a:pt x="385821" y="3902"/>
                                    <a:pt x="489853" y="101012"/>
                                    <a:pt x="502330" y="226959"/>
                                  </a:cubicBezTo>
                                </a:path>
                              </a:pathLst>
                            </a:custGeom>
                            <a:noFill/>
                            <a:ln w="2857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7040" name="Дуга 195"/>
                          <wps:cNvSpPr>
                            <a:spLocks/>
                          </wps:cNvSpPr>
                          <wps:spPr bwMode="auto">
                            <a:xfrm>
                              <a:off x="18328" y="0"/>
                              <a:ext cx="503555" cy="503555"/>
                            </a:xfrm>
                            <a:custGeom>
                              <a:avLst/>
                              <a:gdLst>
                                <a:gd name="T0" fmla="*/ 240461 w 503555"/>
                                <a:gd name="T1" fmla="*/ 254 h 503555"/>
                                <a:gd name="T2" fmla="*/ 425765 w 503555"/>
                                <a:gd name="T3" fmla="*/ 69786 h 503555"/>
                                <a:gd name="T4" fmla="*/ 503556 w 503555"/>
                                <a:gd name="T5" fmla="*/ 251777 h 503555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03555" h="503555" stroke="0">
                                  <a:moveTo>
                                    <a:pt x="240461" y="254"/>
                                  </a:moveTo>
                                  <a:cubicBezTo>
                                    <a:pt x="309131" y="-2836"/>
                                    <a:pt x="376078" y="22285"/>
                                    <a:pt x="425765" y="69786"/>
                                  </a:cubicBezTo>
                                  <a:cubicBezTo>
                                    <a:pt x="475451" y="117287"/>
                                    <a:pt x="503556" y="183038"/>
                                    <a:pt x="503556" y="251777"/>
                                  </a:cubicBezTo>
                                  <a:lnTo>
                                    <a:pt x="251778" y="251778"/>
                                  </a:lnTo>
                                  <a:lnTo>
                                    <a:pt x="240461" y="254"/>
                                  </a:lnTo>
                                  <a:close/>
                                </a:path>
                                <a:path w="503555" h="503555" fill="none">
                                  <a:moveTo>
                                    <a:pt x="240461" y="254"/>
                                  </a:moveTo>
                                  <a:cubicBezTo>
                                    <a:pt x="309131" y="-2836"/>
                                    <a:pt x="376078" y="22285"/>
                                    <a:pt x="425765" y="69786"/>
                                  </a:cubicBezTo>
                                  <a:cubicBezTo>
                                    <a:pt x="475451" y="117287"/>
                                    <a:pt x="503556" y="183038"/>
                                    <a:pt x="503556" y="251777"/>
                                  </a:cubicBezTo>
                                </a:path>
                              </a:pathLst>
                            </a:custGeom>
                            <a:noFill/>
                            <a:ln w="57150">
                              <a:solidFill>
                                <a:srgbClr val="FF000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EEF281" id="Групувати 77036" o:spid="_x0000_s1026" style="position:absolute;margin-left:299.2pt;margin-top:513.65pt;width:40.05pt;height:31pt;z-index:251659264" coordsize="508708,393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Пятиугольник 189" o:spid="_x0000_s1027" type="#_x0000_t15" style="position:absolute;top:122384;width:395605;height:1530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" adj="17422" strokecolor="red" strokeweight="2.25pt">
                  <v:path arrowok="t"/>
                  <o:lock v:ext="edit" aspectratio="t"/>
                </v:shape>
                <v:group id="Группа 193" o:spid="_x0000_s1028" style="position:absolute;left:136281;top:21272;width:393700;height:351155;rotation:3336019fd" coordsize="521883,515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">
                  <v:shape id="Дуга 194" o:spid="_x0000_s1029" style="position:absolute;top:12219;width:503555;height:503555;visibility:visible;mso-wrap-style:square;v-text-anchor:middle" coordsize="503555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" path="m259315,113nsc385821,3902,489853,101012,502330,226959l251778,251778,259315,113xem259315,113nfc385821,3902,489853,101012,502330,226959e" filled="f" strokecolor="red" strokeweight="2.25pt">
                    <v:path arrowok="t" o:connecttype="custom" o:connectlocs="259315,113;502330,226959" o:connectangles="0,0"/>
                  </v:shape>
                  <v:shape id="Дуга 195" o:spid="_x0000_s1030" style="position:absolute;left:18328;width:503555;height:503555;visibility:visible;mso-wrap-style:square;v-text-anchor:middle" coordsize="503555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" path="m240461,254nsc309131,-2836,376078,22285,425765,69786v49686,47501,77791,113252,77791,181991l251778,251778,240461,254xem240461,254nfc309131,-2836,376078,22285,425765,69786v49686,47501,77791,113252,77791,181991e" filled="f" strokecolor="red" strokeweight="4.5pt">
                    <v:stroke dashstyle="1 1"/>
                    <v:path arrowok="t" o:connecttype="custom" o:connectlocs="240461,254;425765,69786;503556,251777" o:connectangles="0,0,0"/>
                  </v:shape>
                </v:group>
              </v:group>
            </w:pict>
          </mc:Fallback>
        </mc:AlternateContent>
      </w:r>
      <w:r w:rsidRPr="00501BEA">
        <w:rPr>
          <w:noProof/>
          <w:sz w:val="20"/>
          <w:lang w:val="uk-UA" w:eastAsia="uk-U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6A06EAB" wp14:editId="63C27C2C">
                <wp:simplePos x="0" y="0"/>
                <wp:positionH relativeFrom="column">
                  <wp:posOffset>2533650</wp:posOffset>
                </wp:positionH>
                <wp:positionV relativeFrom="paragraph">
                  <wp:posOffset>6522720</wp:posOffset>
                </wp:positionV>
                <wp:extent cx="393700" cy="500380"/>
                <wp:effectExtent l="0" t="17145" r="0" b="44450"/>
                <wp:wrapNone/>
                <wp:docPr id="77029" name="Групувати 77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3700" cy="500380"/>
                          <a:chOff x="0" y="0"/>
                          <a:chExt cx="393700" cy="500624"/>
                        </a:xfrm>
                      </wpg:grpSpPr>
                      <wpg:grpSp>
                        <wpg:cNvPr id="77030" name="Группа 196"/>
                        <wpg:cNvGrpSpPr>
                          <a:grpSpLocks/>
                        </wpg:cNvGrpSpPr>
                        <wpg:grpSpPr bwMode="auto">
                          <a:xfrm rot="8449236">
                            <a:off x="0" y="149469"/>
                            <a:ext cx="393700" cy="351155"/>
                            <a:chOff x="0" y="0"/>
                            <a:chExt cx="521883" cy="515774"/>
                          </a:xfrm>
                        </wpg:grpSpPr>
                        <wps:wsp>
                          <wps:cNvPr id="77031" name="Дуга 197"/>
                          <wps:cNvSpPr>
                            <a:spLocks/>
                          </wps:cNvSpPr>
                          <wps:spPr bwMode="auto">
                            <a:xfrm>
                              <a:off x="0" y="12219"/>
                              <a:ext cx="503555" cy="503555"/>
                            </a:xfrm>
                            <a:custGeom>
                              <a:avLst/>
                              <a:gdLst>
                                <a:gd name="T0" fmla="*/ 259315 w 503555"/>
                                <a:gd name="T1" fmla="*/ 113 h 503555"/>
                                <a:gd name="T2" fmla="*/ 502330 w 503555"/>
                                <a:gd name="T3" fmla="*/ 226959 h 503555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03555" h="503555" stroke="0">
                                  <a:moveTo>
                                    <a:pt x="259315" y="113"/>
                                  </a:moveTo>
                                  <a:cubicBezTo>
                                    <a:pt x="385821" y="3902"/>
                                    <a:pt x="489853" y="101012"/>
                                    <a:pt x="502330" y="226959"/>
                                  </a:cubicBezTo>
                                  <a:lnTo>
                                    <a:pt x="251778" y="251778"/>
                                  </a:lnTo>
                                  <a:lnTo>
                                    <a:pt x="259315" y="113"/>
                                  </a:lnTo>
                                  <a:close/>
                                </a:path>
                                <a:path w="503555" h="503555" fill="none">
                                  <a:moveTo>
                                    <a:pt x="259315" y="113"/>
                                  </a:moveTo>
                                  <a:cubicBezTo>
                                    <a:pt x="385821" y="3902"/>
                                    <a:pt x="489853" y="101012"/>
                                    <a:pt x="502330" y="226959"/>
                                  </a:cubicBezTo>
                                </a:path>
                              </a:pathLst>
                            </a:custGeom>
                            <a:noFill/>
                            <a:ln w="2857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7032" name="Дуга 198"/>
                          <wps:cNvSpPr>
                            <a:spLocks/>
                          </wps:cNvSpPr>
                          <wps:spPr bwMode="auto">
                            <a:xfrm>
                              <a:off x="18328" y="0"/>
                              <a:ext cx="503555" cy="503555"/>
                            </a:xfrm>
                            <a:custGeom>
                              <a:avLst/>
                              <a:gdLst>
                                <a:gd name="T0" fmla="*/ 240461 w 503555"/>
                                <a:gd name="T1" fmla="*/ 254 h 503555"/>
                                <a:gd name="T2" fmla="*/ 425765 w 503555"/>
                                <a:gd name="T3" fmla="*/ 69786 h 503555"/>
                                <a:gd name="T4" fmla="*/ 503556 w 503555"/>
                                <a:gd name="T5" fmla="*/ 251777 h 503555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03555" h="503555" stroke="0">
                                  <a:moveTo>
                                    <a:pt x="240461" y="254"/>
                                  </a:moveTo>
                                  <a:cubicBezTo>
                                    <a:pt x="309131" y="-2836"/>
                                    <a:pt x="376078" y="22285"/>
                                    <a:pt x="425765" y="69786"/>
                                  </a:cubicBezTo>
                                  <a:cubicBezTo>
                                    <a:pt x="475451" y="117287"/>
                                    <a:pt x="503556" y="183038"/>
                                    <a:pt x="503556" y="251777"/>
                                  </a:cubicBezTo>
                                  <a:lnTo>
                                    <a:pt x="251778" y="251778"/>
                                  </a:lnTo>
                                  <a:lnTo>
                                    <a:pt x="240461" y="254"/>
                                  </a:lnTo>
                                  <a:close/>
                                </a:path>
                                <a:path w="503555" h="503555" fill="none">
                                  <a:moveTo>
                                    <a:pt x="240461" y="254"/>
                                  </a:moveTo>
                                  <a:cubicBezTo>
                                    <a:pt x="309131" y="-2836"/>
                                    <a:pt x="376078" y="22285"/>
                                    <a:pt x="425765" y="69786"/>
                                  </a:cubicBezTo>
                                  <a:cubicBezTo>
                                    <a:pt x="475451" y="117287"/>
                                    <a:pt x="503556" y="183038"/>
                                    <a:pt x="503556" y="251777"/>
                                  </a:cubicBezTo>
                                </a:path>
                              </a:pathLst>
                            </a:custGeom>
                            <a:noFill/>
                            <a:ln w="57150">
                              <a:solidFill>
                                <a:srgbClr val="FF000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g:grpSp>
                        <wpg:cNvPr id="77033" name="Группа 200"/>
                        <wpg:cNvGrpSpPr>
                          <a:grpSpLocks/>
                        </wpg:cNvGrpSpPr>
                        <wpg:grpSpPr bwMode="auto">
                          <a:xfrm>
                            <a:off x="96716" y="0"/>
                            <a:ext cx="154842" cy="395605"/>
                            <a:chOff x="0" y="0"/>
                            <a:chExt cx="154842" cy="395605"/>
                          </a:xfrm>
                        </wpg:grpSpPr>
                        <wps:wsp>
                          <wps:cNvPr id="77034" name="Пятиугольник 188"/>
                          <wps:cNvSpPr>
                            <a:spLocks noChangeAspect="1"/>
                          </wps:cNvSpPr>
                          <wps:spPr bwMode="auto">
                            <a:xfrm rot="5400000">
                              <a:off x="-121285" y="121285"/>
                              <a:ext cx="395605" cy="153035"/>
                            </a:xfrm>
                            <a:prstGeom prst="homePlate">
                              <a:avLst>
                                <a:gd name="adj" fmla="val 50002"/>
                              </a:avLst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7035" name="Прямая соединительная линия 1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7" y="68531"/>
                              <a:ext cx="15303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CCA715" id="Групувати 77029" o:spid="_x0000_s1026" style="position:absolute;margin-left:199.5pt;margin-top:513.6pt;width:31pt;height:39.4pt;z-index:251660288" coordsize="393700,500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">
                <v:group id="Группа 196" o:spid="_x0000_s1027" style="position:absolute;top:149469;width:393700;height:351155;rotation:9228819fd" coordsize="521883,515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">
                  <v:shape id="Дуга 197" o:spid="_x0000_s1028" style="position:absolute;top:12219;width:503555;height:503555;visibility:visible;mso-wrap-style:square;v-text-anchor:middle" coordsize="503555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" path="m259315,113nsc385821,3902,489853,101012,502330,226959l251778,251778,259315,113xem259315,113nfc385821,3902,489853,101012,502330,226959e" filled="f" strokecolor="red" strokeweight="2.25pt">
                    <v:path arrowok="t" o:connecttype="custom" o:connectlocs="259315,113;502330,226959" o:connectangles="0,0"/>
                  </v:shape>
                  <v:shape id="Дуга 198" o:spid="_x0000_s1029" style="position:absolute;left:18328;width:503555;height:503555;visibility:visible;mso-wrap-style:square;v-text-anchor:middle" coordsize="503555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" path="m240461,254nsc309131,-2836,376078,22285,425765,69786v49686,47501,77791,113252,77791,181991l251778,251778,240461,254xem240461,254nfc309131,-2836,376078,22285,425765,69786v49686,47501,77791,113252,77791,181991e" filled="f" strokecolor="red" strokeweight="4.5pt">
                    <v:stroke dashstyle="1 1"/>
                    <v:path arrowok="t" o:connecttype="custom" o:connectlocs="240461,254;425765,69786;503556,251777" o:connectangles="0,0,0"/>
                  </v:shape>
                </v:group>
                <v:group id="Группа 200" o:spid="_x0000_s1030" style="position:absolute;left:96716;width:154842;height:395605" coordsize="154842,395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">
                  <v:shape id="Пятиугольник 188" o:spid="_x0000_s1031" type="#_x0000_t15" style="position:absolute;left:-121285;top:121285;width:395605;height:153035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" adj="17422" strokecolor="red" strokeweight="2.25pt">
                    <v:path arrowok="t"/>
                    <o:lock v:ext="edit" aspectratio="t"/>
                  </v:shape>
                  <v:line id="Прямая соединительная линия 199" o:spid="_x0000_s1032" style="position:absolute;visibility:visible;mso-wrap-style:square" from="1807,68531" to="154842,68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" strokecolor="red" strokeweight="2.25pt"/>
                </v:group>
              </v:group>
            </w:pict>
          </mc:Fallback>
        </mc:AlternateContent>
      </w:r>
    </w:p>
    <w:p w14:paraId="4AE4DCE2" w14:textId="77777777" w:rsidR="00D5417B" w:rsidRDefault="00D5417B" w:rsidP="00D541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Cs w:val="28"/>
          <w:lang w:val="uk-UA" w:eastAsia="uk-UA"/>
        </w:rPr>
      </w:pPr>
    </w:p>
    <w:p w14:paraId="48FAB71F" w14:textId="77777777" w:rsidR="00D5417B" w:rsidRDefault="00D5417B" w:rsidP="00D541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Cs w:val="28"/>
          <w:lang w:val="uk-UA" w:eastAsia="uk-UA"/>
        </w:rPr>
      </w:pPr>
      <w:r>
        <w:rPr>
          <w:b/>
          <w:bCs/>
          <w:szCs w:val="28"/>
          <w:lang w:val="uk-UA" w:eastAsia="uk-UA"/>
        </w:rPr>
        <w:br w:type="page"/>
      </w:r>
    </w:p>
    <w:p w14:paraId="73F379F1" w14:textId="4A504210" w:rsidR="00033C9D" w:rsidRPr="007731DF" w:rsidRDefault="00033C9D" w:rsidP="00D5417B">
      <w:pPr>
        <w:rPr>
          <w:lang w:val="uk-UA"/>
        </w:rPr>
      </w:pPr>
    </w:p>
    <w:sectPr w:rsidR="00033C9D" w:rsidRPr="007731D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CD0B51"/>
    <w:multiLevelType w:val="multilevel"/>
    <w:tmpl w:val="C164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900FB1"/>
    <w:multiLevelType w:val="multilevel"/>
    <w:tmpl w:val="66AC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C9D"/>
    <w:rsid w:val="00034616"/>
    <w:rsid w:val="0006063C"/>
    <w:rsid w:val="0015074B"/>
    <w:rsid w:val="0029639D"/>
    <w:rsid w:val="00326F90"/>
    <w:rsid w:val="007731DF"/>
    <w:rsid w:val="00A2029B"/>
    <w:rsid w:val="00AA1D8D"/>
    <w:rsid w:val="00B47730"/>
    <w:rsid w:val="00CB0664"/>
    <w:rsid w:val="00D5417B"/>
    <w:rsid w:val="00E675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AF1C3"/>
  <w14:defaultImageDpi w14:val="300"/>
  <w15:docId w15:val="{D65FDC2B-3696-4B84-BC46-A23781FC5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9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1319</Words>
  <Characters>753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2025-04-26T10:16:00Z</dcterms:created>
  <dcterms:modified xsi:type="dcterms:W3CDTF">2025-04-26T10:16:00Z</dcterms:modified>
  <cp:category/>
</cp:coreProperties>
</file>