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18C49" w14:textId="77777777" w:rsidR="00D5417B" w:rsidRPr="00501BEA" w:rsidRDefault="00D5417B" w:rsidP="00D5417B">
      <w:pPr>
        <w:widowControl w:val="0"/>
        <w:autoSpaceDE w:val="0"/>
        <w:autoSpaceDN w:val="0"/>
        <w:adjustRightInd w:val="0"/>
        <w:spacing w:after="0" w:line="240" w:lineRule="auto"/>
        <w:ind w:firstLine="709"/>
        <w:jc w:val="both"/>
        <w:rPr>
          <w:b/>
          <w:bCs/>
          <w:szCs w:val="28"/>
          <w:lang w:val="uk-UA" w:eastAsia="uk-UA"/>
        </w:rPr>
      </w:pPr>
      <w:r w:rsidRPr="00501BEA">
        <w:rPr>
          <w:b/>
          <w:bCs/>
          <w:szCs w:val="28"/>
          <w:lang w:val="uk-UA" w:eastAsia="uk-UA"/>
        </w:rPr>
        <w:t>Тема 3. Стрес-щеплення контролю психологічних станів в умовах протидії важкій броньованій техніці</w:t>
      </w:r>
    </w:p>
    <w:p w14:paraId="37AFAADB" w14:textId="77777777" w:rsidR="00D5417B" w:rsidRPr="00501BEA" w:rsidRDefault="00D5417B" w:rsidP="00D5417B">
      <w:pPr>
        <w:widowControl w:val="0"/>
        <w:autoSpaceDE w:val="0"/>
        <w:autoSpaceDN w:val="0"/>
        <w:adjustRightInd w:val="0"/>
        <w:spacing w:after="0" w:line="240" w:lineRule="auto"/>
        <w:ind w:firstLine="709"/>
        <w:jc w:val="both"/>
        <w:rPr>
          <w:bCs/>
          <w:szCs w:val="28"/>
          <w:lang w:val="uk-UA" w:eastAsia="uk-UA"/>
        </w:rPr>
      </w:pPr>
      <w:r w:rsidRPr="00501BEA">
        <w:rPr>
          <w:b/>
          <w:bCs/>
          <w:szCs w:val="28"/>
          <w:lang w:val="uk-UA" w:eastAsia="uk-UA"/>
        </w:rPr>
        <w:t xml:space="preserve">Заняття 1. </w:t>
      </w:r>
      <w:r w:rsidRPr="00501BEA">
        <w:rPr>
          <w:bCs/>
          <w:szCs w:val="28"/>
          <w:lang w:val="uk-UA" w:eastAsia="uk-UA"/>
        </w:rPr>
        <w:t>Проведення обкатки особового складу важкою броньованою технікою. Дії військовослужбовця під час боротьби з броньованою технікою противника.</w:t>
      </w:r>
    </w:p>
    <w:p w14:paraId="693A6155" w14:textId="77777777" w:rsidR="00D5417B" w:rsidRPr="00501BEA" w:rsidRDefault="00D5417B" w:rsidP="00D5417B">
      <w:pPr>
        <w:widowControl w:val="0"/>
        <w:autoSpaceDE w:val="0"/>
        <w:autoSpaceDN w:val="0"/>
        <w:adjustRightInd w:val="0"/>
        <w:spacing w:after="0" w:line="240" w:lineRule="auto"/>
        <w:ind w:firstLine="709"/>
        <w:jc w:val="both"/>
        <w:rPr>
          <w:sz w:val="24"/>
          <w:szCs w:val="24"/>
          <w:lang w:val="uk-UA" w:eastAsia="uk-UA"/>
        </w:rPr>
      </w:pPr>
    </w:p>
    <w:p w14:paraId="7FB4E88B" w14:textId="77777777" w:rsidR="00D5417B" w:rsidRPr="00501BEA" w:rsidRDefault="00D5417B" w:rsidP="00D5417B">
      <w:pPr>
        <w:widowControl w:val="0"/>
        <w:autoSpaceDE w:val="0"/>
        <w:autoSpaceDN w:val="0"/>
        <w:adjustRightInd w:val="0"/>
        <w:spacing w:after="0" w:line="218" w:lineRule="auto"/>
        <w:ind w:firstLine="709"/>
        <w:jc w:val="both"/>
        <w:rPr>
          <w:szCs w:val="28"/>
          <w:lang w:val="uk-UA" w:eastAsia="uk-UA"/>
        </w:rPr>
      </w:pPr>
      <w:r w:rsidRPr="00501BEA">
        <w:rPr>
          <w:szCs w:val="28"/>
          <w:lang w:val="uk-UA" w:eastAsia="uk-UA"/>
        </w:rPr>
        <w:t>З огляду на досвід ведення бойових (спеціальних) дій в</w:t>
      </w:r>
      <w:r>
        <w:rPr>
          <w:szCs w:val="28"/>
          <w:lang w:val="uk-UA" w:eastAsia="uk-UA"/>
        </w:rPr>
        <w:br/>
      </w:r>
      <w:r w:rsidRPr="00501BEA">
        <w:rPr>
          <w:szCs w:val="28"/>
          <w:lang w:val="uk-UA" w:eastAsia="uk-UA"/>
        </w:rPr>
        <w:t>районі проведення Операції об’єднаних сил (антитерористичної</w:t>
      </w:r>
      <w:r>
        <w:rPr>
          <w:szCs w:val="28"/>
          <w:lang w:val="uk-UA" w:eastAsia="uk-UA"/>
        </w:rPr>
        <w:br/>
      </w:r>
      <w:r w:rsidRPr="00501BEA">
        <w:rPr>
          <w:szCs w:val="28"/>
          <w:lang w:val="uk-UA" w:eastAsia="uk-UA"/>
        </w:rPr>
        <w:t>операції (дал</w:t>
      </w:r>
      <w:r>
        <w:rPr>
          <w:szCs w:val="28"/>
          <w:lang w:val="uk-UA" w:eastAsia="uk-UA"/>
        </w:rPr>
        <w:t>і</w:t>
      </w:r>
      <w:r w:rsidRPr="00501BEA">
        <w:rPr>
          <w:szCs w:val="28"/>
          <w:lang w:val="uk-UA" w:eastAsia="uk-UA"/>
        </w:rPr>
        <w:t xml:space="preserve"> – АТО) на території Донецької та Луганської областей) можна зробити висновок, що багато втрат особового складу та техніки трапляються внаслідок низької психологічної стійкості та моральної неготовності особового складу до дій під час застосування противником танків та артилерії. </w:t>
      </w:r>
    </w:p>
    <w:p w14:paraId="5A4A2790" w14:textId="77777777" w:rsidR="00D5417B" w:rsidRPr="00501BEA" w:rsidRDefault="00D5417B" w:rsidP="00D5417B">
      <w:pPr>
        <w:widowControl w:val="0"/>
        <w:autoSpaceDE w:val="0"/>
        <w:autoSpaceDN w:val="0"/>
        <w:adjustRightInd w:val="0"/>
        <w:spacing w:after="0" w:line="218" w:lineRule="auto"/>
        <w:ind w:firstLine="709"/>
        <w:jc w:val="both"/>
        <w:rPr>
          <w:szCs w:val="28"/>
          <w:lang w:val="uk-UA" w:eastAsia="uk-UA"/>
        </w:rPr>
      </w:pPr>
      <w:r w:rsidRPr="00501BEA">
        <w:rPr>
          <w:szCs w:val="28"/>
          <w:lang w:val="uk-UA" w:eastAsia="uk-UA"/>
        </w:rPr>
        <w:t>Під час навчання особового складу необхідно довести вразливі місця броньованої техніки,</w:t>
      </w:r>
      <w:r w:rsidRPr="00501BEA">
        <w:rPr>
          <w:lang w:val="uk-UA" w:eastAsia="uk-UA"/>
        </w:rPr>
        <w:t xml:space="preserve"> на “мертвих” ділянках, що не уражаються, при стрільбі з гармат і кулемета (рисунки 1, 2 </w:t>
      </w:r>
      <w:r w:rsidRPr="00501BEA">
        <w:rPr>
          <w:szCs w:val="28"/>
          <w:lang w:val="uk-UA" w:eastAsia="uk-UA"/>
        </w:rPr>
        <w:t>та порядок нанесення ураження по ним ручними протитанковими гранатами (рисунок 3).</w:t>
      </w:r>
    </w:p>
    <w:p w14:paraId="69DC9DF2" w14:textId="77777777" w:rsidR="00D5417B" w:rsidRPr="00501BEA" w:rsidRDefault="00D5417B" w:rsidP="00D5417B">
      <w:pPr>
        <w:widowControl w:val="0"/>
        <w:tabs>
          <w:tab w:val="left" w:pos="900"/>
          <w:tab w:val="left" w:pos="1134"/>
        </w:tabs>
        <w:autoSpaceDE w:val="0"/>
        <w:autoSpaceDN w:val="0"/>
        <w:adjustRightInd w:val="0"/>
        <w:spacing w:after="0" w:line="218" w:lineRule="auto"/>
        <w:ind w:firstLine="709"/>
        <w:jc w:val="both"/>
        <w:rPr>
          <w:b/>
          <w:szCs w:val="24"/>
          <w:lang w:val="uk-UA"/>
        </w:rPr>
      </w:pPr>
      <w:r w:rsidRPr="00501BEA">
        <w:rPr>
          <w:b/>
          <w:szCs w:val="24"/>
          <w:lang w:val="uk-UA"/>
        </w:rPr>
        <w:t>Підготовчі заходи</w:t>
      </w:r>
    </w:p>
    <w:p w14:paraId="4FA43690" w14:textId="77777777" w:rsidR="00D5417B" w:rsidRPr="00501BEA" w:rsidRDefault="00D5417B" w:rsidP="00D5417B">
      <w:pPr>
        <w:widowControl w:val="0"/>
        <w:tabs>
          <w:tab w:val="left" w:pos="900"/>
          <w:tab w:val="left" w:pos="1134"/>
        </w:tabs>
        <w:autoSpaceDE w:val="0"/>
        <w:autoSpaceDN w:val="0"/>
        <w:adjustRightInd w:val="0"/>
        <w:spacing w:after="0" w:line="218" w:lineRule="auto"/>
        <w:ind w:firstLine="709"/>
        <w:jc w:val="both"/>
        <w:rPr>
          <w:szCs w:val="24"/>
          <w:lang w:val="uk-UA"/>
        </w:rPr>
      </w:pPr>
      <w:r w:rsidRPr="00501BEA">
        <w:rPr>
          <w:szCs w:val="24"/>
          <w:lang w:val="uk-UA"/>
        </w:rPr>
        <w:t>З початком заняття керівник здійснює:</w:t>
      </w:r>
    </w:p>
    <w:p w14:paraId="69CE107F" w14:textId="77777777" w:rsidR="00D5417B" w:rsidRPr="00501BEA" w:rsidRDefault="00D5417B" w:rsidP="00D5417B">
      <w:pPr>
        <w:widowControl w:val="0"/>
        <w:tabs>
          <w:tab w:val="left" w:pos="480"/>
        </w:tabs>
        <w:autoSpaceDE w:val="0"/>
        <w:autoSpaceDN w:val="0"/>
        <w:adjustRightInd w:val="0"/>
        <w:spacing w:after="0" w:line="218" w:lineRule="auto"/>
        <w:ind w:firstLine="709"/>
        <w:jc w:val="both"/>
        <w:rPr>
          <w:szCs w:val="24"/>
          <w:lang w:val="uk-UA"/>
        </w:rPr>
      </w:pPr>
      <w:r w:rsidRPr="00501BEA">
        <w:rPr>
          <w:szCs w:val="24"/>
          <w:lang w:val="uk-UA"/>
        </w:rPr>
        <w:t>показ вразливих місць танка та проводить контрольне опитування особового складу щодо засвоєння інформації;</w:t>
      </w:r>
    </w:p>
    <w:p w14:paraId="215BBE57" w14:textId="77777777" w:rsidR="00D5417B" w:rsidRPr="00501BEA" w:rsidRDefault="00D5417B" w:rsidP="00D5417B">
      <w:pPr>
        <w:tabs>
          <w:tab w:val="left" w:pos="480"/>
        </w:tabs>
        <w:spacing w:after="0" w:line="218" w:lineRule="auto"/>
        <w:ind w:firstLine="709"/>
        <w:jc w:val="both"/>
        <w:rPr>
          <w:rFonts w:eastAsia="Calibri"/>
          <w:szCs w:val="28"/>
          <w:lang w:val="uk-UA"/>
        </w:rPr>
      </w:pPr>
      <w:r w:rsidRPr="00501BEA">
        <w:rPr>
          <w:rFonts w:eastAsia="Calibri"/>
          <w:szCs w:val="28"/>
          <w:lang w:val="uk-UA"/>
        </w:rPr>
        <w:t>практичний показ підготовленим військовослужбовцем переповзання під танком;</w:t>
      </w:r>
    </w:p>
    <w:p w14:paraId="57A1E027" w14:textId="77777777" w:rsidR="00D5417B" w:rsidRPr="00501BEA" w:rsidRDefault="00D5417B" w:rsidP="00D5417B">
      <w:pPr>
        <w:tabs>
          <w:tab w:val="left" w:pos="480"/>
        </w:tabs>
        <w:spacing w:after="0" w:line="218" w:lineRule="auto"/>
        <w:ind w:firstLine="709"/>
        <w:jc w:val="both"/>
        <w:rPr>
          <w:rFonts w:eastAsia="Calibri"/>
          <w:szCs w:val="28"/>
          <w:lang w:val="uk-UA"/>
        </w:rPr>
      </w:pPr>
      <w:r w:rsidRPr="00501BEA">
        <w:rPr>
          <w:rFonts w:eastAsia="Calibri"/>
          <w:szCs w:val="28"/>
          <w:lang w:val="uk-UA"/>
        </w:rPr>
        <w:t>переповзання особового складу під танком, який стоїть нерухомо;</w:t>
      </w:r>
    </w:p>
    <w:p w14:paraId="78211C1F" w14:textId="77777777" w:rsidR="00D5417B" w:rsidRPr="00501BEA" w:rsidRDefault="00D5417B" w:rsidP="00D5417B">
      <w:pPr>
        <w:tabs>
          <w:tab w:val="left" w:pos="480"/>
        </w:tabs>
        <w:spacing w:after="0" w:line="218" w:lineRule="auto"/>
        <w:ind w:firstLine="709"/>
        <w:jc w:val="both"/>
        <w:rPr>
          <w:rFonts w:eastAsia="Calibri"/>
          <w:szCs w:val="28"/>
          <w:lang w:val="uk-UA"/>
        </w:rPr>
      </w:pPr>
      <w:r w:rsidRPr="00501BEA">
        <w:rPr>
          <w:rFonts w:eastAsia="Calibri"/>
          <w:szCs w:val="28"/>
          <w:lang w:val="uk-UA"/>
        </w:rPr>
        <w:t>переповзання особового складу під танком, у якого запущено двигун;</w:t>
      </w:r>
    </w:p>
    <w:p w14:paraId="2940B6F1" w14:textId="77777777" w:rsidR="00D5417B" w:rsidRPr="00501BEA" w:rsidRDefault="00D5417B" w:rsidP="00D5417B">
      <w:pPr>
        <w:tabs>
          <w:tab w:val="left" w:pos="480"/>
        </w:tabs>
        <w:spacing w:after="0" w:line="218" w:lineRule="auto"/>
        <w:ind w:firstLine="709"/>
        <w:jc w:val="both"/>
        <w:rPr>
          <w:rFonts w:eastAsia="Calibri"/>
          <w:szCs w:val="28"/>
          <w:lang w:val="uk-UA"/>
        </w:rPr>
      </w:pPr>
      <w:r w:rsidRPr="00501BEA">
        <w:rPr>
          <w:rFonts w:eastAsia="Calibri"/>
          <w:szCs w:val="28"/>
          <w:lang w:val="uk-UA"/>
        </w:rPr>
        <w:t>практичний показ підготовленим військовослужбовцем алгоритму дій щодо знищення танку, який наближається до позиції (ведення вогню по приладах спостереження, з підходом танку на дистанцію 10-15 м – кидання протитанкової гранати під гусеницю, присідання в окопі під час подолання танком окопу);</w:t>
      </w:r>
    </w:p>
    <w:p w14:paraId="32B701C2" w14:textId="77777777" w:rsidR="00D5417B" w:rsidRPr="00501BEA" w:rsidRDefault="00D5417B" w:rsidP="00D5417B">
      <w:pPr>
        <w:tabs>
          <w:tab w:val="left" w:pos="480"/>
        </w:tabs>
        <w:spacing w:after="0" w:line="218" w:lineRule="auto"/>
        <w:ind w:firstLine="709"/>
        <w:jc w:val="both"/>
        <w:rPr>
          <w:rFonts w:eastAsia="Calibri"/>
          <w:szCs w:val="28"/>
          <w:lang w:val="uk-UA"/>
        </w:rPr>
      </w:pPr>
      <w:r w:rsidRPr="00501BEA">
        <w:rPr>
          <w:rFonts w:eastAsia="Calibri"/>
          <w:szCs w:val="28"/>
          <w:lang w:val="uk-UA"/>
        </w:rPr>
        <w:t xml:space="preserve">практичний показ підготовленим військовослужбовцем алгоритму дій щодо знищення танку при віддаленні його від позиції (повторне ураження танку протитанковою </w:t>
      </w:r>
      <w:proofErr w:type="spellStart"/>
      <w:r w:rsidRPr="00501BEA">
        <w:rPr>
          <w:rFonts w:eastAsia="Calibri"/>
          <w:szCs w:val="28"/>
          <w:lang w:val="uk-UA"/>
        </w:rPr>
        <w:t>гранатою</w:t>
      </w:r>
      <w:proofErr w:type="spellEnd"/>
      <w:r w:rsidRPr="00501BEA">
        <w:rPr>
          <w:rFonts w:eastAsia="Calibri"/>
          <w:szCs w:val="28"/>
          <w:lang w:val="uk-UA"/>
        </w:rPr>
        <w:t xml:space="preserve"> та подальше ведення вогню по піхоті, що рухається за танками).</w:t>
      </w:r>
    </w:p>
    <w:p w14:paraId="31CB50E2" w14:textId="77777777" w:rsidR="00D5417B" w:rsidRDefault="00D5417B" w:rsidP="00D5417B">
      <w:pPr>
        <w:tabs>
          <w:tab w:val="left" w:pos="480"/>
        </w:tabs>
        <w:spacing w:after="0" w:line="240" w:lineRule="auto"/>
        <w:ind w:firstLine="709"/>
        <w:jc w:val="both"/>
        <w:rPr>
          <w:rFonts w:eastAsia="Calibri"/>
          <w:szCs w:val="28"/>
          <w:lang w:val="uk-UA"/>
        </w:rPr>
      </w:pPr>
      <w:r>
        <w:rPr>
          <w:noProof/>
          <w:lang w:val="uk-UA" w:eastAsia="uk-UA"/>
        </w:rPr>
        <w:drawing>
          <wp:anchor distT="0" distB="0" distL="114300" distR="114300" simplePos="0" relativeHeight="251665408" behindDoc="0" locked="0" layoutInCell="1" allowOverlap="1" wp14:anchorId="5550051D" wp14:editId="79E1161A">
            <wp:simplePos x="0" y="0"/>
            <wp:positionH relativeFrom="margin">
              <wp:align>center</wp:align>
            </wp:positionH>
            <wp:positionV relativeFrom="paragraph">
              <wp:posOffset>33682</wp:posOffset>
            </wp:positionV>
            <wp:extent cx="5629523" cy="1320165"/>
            <wp:effectExtent l="0" t="0" r="9525"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5793" t="26835" r="34796" b="57396"/>
                    <a:stretch/>
                  </pic:blipFill>
                  <pic:spPr bwMode="auto">
                    <a:xfrm>
                      <a:off x="0" y="0"/>
                      <a:ext cx="5629523" cy="1320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EACD09" w14:textId="77777777" w:rsidR="00D5417B" w:rsidRPr="00501BEA" w:rsidRDefault="00D5417B" w:rsidP="00D5417B">
      <w:pPr>
        <w:tabs>
          <w:tab w:val="left" w:pos="480"/>
        </w:tabs>
        <w:spacing w:after="0" w:line="240" w:lineRule="auto"/>
        <w:ind w:firstLine="709"/>
        <w:jc w:val="both"/>
        <w:rPr>
          <w:rFonts w:eastAsia="Calibri"/>
          <w:szCs w:val="28"/>
          <w:lang w:val="uk-UA"/>
        </w:rPr>
      </w:pPr>
    </w:p>
    <w:p w14:paraId="4DC8B16E" w14:textId="77777777" w:rsidR="00D5417B" w:rsidRPr="00501BEA" w:rsidRDefault="00D5417B" w:rsidP="00D5417B">
      <w:pPr>
        <w:tabs>
          <w:tab w:val="left" w:pos="480"/>
        </w:tabs>
        <w:spacing w:after="0" w:line="240" w:lineRule="auto"/>
        <w:ind w:firstLine="709"/>
        <w:jc w:val="both"/>
        <w:rPr>
          <w:rFonts w:eastAsia="Calibri"/>
          <w:szCs w:val="28"/>
          <w:lang w:val="uk-UA"/>
        </w:rPr>
      </w:pPr>
    </w:p>
    <w:p w14:paraId="274B96AA" w14:textId="77777777" w:rsidR="00D5417B" w:rsidRPr="00501BEA" w:rsidRDefault="00D5417B" w:rsidP="00D5417B">
      <w:pPr>
        <w:tabs>
          <w:tab w:val="left" w:pos="480"/>
        </w:tabs>
        <w:spacing w:after="0" w:line="240" w:lineRule="auto"/>
        <w:ind w:firstLine="709"/>
        <w:jc w:val="both"/>
        <w:rPr>
          <w:rFonts w:eastAsia="Calibri"/>
          <w:szCs w:val="28"/>
          <w:lang w:val="uk-UA"/>
        </w:rPr>
      </w:pPr>
    </w:p>
    <w:p w14:paraId="19DFB919" w14:textId="77777777" w:rsidR="00D5417B" w:rsidRPr="00501BEA" w:rsidRDefault="00D5417B" w:rsidP="00D5417B">
      <w:pPr>
        <w:tabs>
          <w:tab w:val="left" w:pos="480"/>
        </w:tabs>
        <w:spacing w:after="0" w:line="240" w:lineRule="auto"/>
        <w:ind w:firstLine="709"/>
        <w:jc w:val="both"/>
        <w:rPr>
          <w:rFonts w:eastAsia="Calibri"/>
          <w:szCs w:val="28"/>
          <w:lang w:val="uk-UA"/>
        </w:rPr>
      </w:pPr>
    </w:p>
    <w:p w14:paraId="36CCB68B" w14:textId="77777777" w:rsidR="00D5417B" w:rsidRPr="00501BEA" w:rsidRDefault="00D5417B" w:rsidP="00D5417B">
      <w:pPr>
        <w:tabs>
          <w:tab w:val="left" w:pos="480"/>
        </w:tabs>
        <w:spacing w:after="0" w:line="240" w:lineRule="auto"/>
        <w:ind w:firstLine="709"/>
        <w:jc w:val="both"/>
        <w:rPr>
          <w:rFonts w:eastAsia="Calibri"/>
          <w:szCs w:val="28"/>
          <w:lang w:val="uk-UA"/>
        </w:rPr>
      </w:pPr>
    </w:p>
    <w:p w14:paraId="6683D0C1" w14:textId="77777777" w:rsidR="00D5417B" w:rsidRPr="00501BEA" w:rsidRDefault="00D5417B" w:rsidP="00D5417B">
      <w:pPr>
        <w:tabs>
          <w:tab w:val="left" w:pos="670"/>
          <w:tab w:val="left" w:pos="1723"/>
        </w:tabs>
        <w:suppressAutoHyphens/>
        <w:overflowPunct w:val="0"/>
        <w:autoSpaceDE w:val="0"/>
        <w:autoSpaceDN w:val="0"/>
        <w:adjustRightInd w:val="0"/>
        <w:spacing w:after="0" w:line="240" w:lineRule="auto"/>
        <w:ind w:firstLine="709"/>
        <w:jc w:val="both"/>
        <w:textAlignment w:val="baseline"/>
        <w:rPr>
          <w:b/>
          <w:kern w:val="1"/>
          <w:szCs w:val="24"/>
          <w:lang w:val="uk-UA"/>
        </w:rPr>
      </w:pPr>
    </w:p>
    <w:p w14:paraId="69EC6948" w14:textId="77777777" w:rsidR="00D5417B" w:rsidRPr="005A7B1D" w:rsidRDefault="00D5417B" w:rsidP="00D5417B">
      <w:pPr>
        <w:tabs>
          <w:tab w:val="left" w:pos="8364"/>
        </w:tabs>
        <w:spacing w:after="0" w:line="240" w:lineRule="auto"/>
        <w:ind w:right="-2"/>
        <w:jc w:val="center"/>
        <w:rPr>
          <w:bCs/>
          <w:i/>
          <w:lang w:val="uk-UA"/>
        </w:rPr>
      </w:pPr>
      <w:r w:rsidRPr="005A7B1D">
        <w:rPr>
          <w:bCs/>
          <w:i/>
          <w:lang w:val="uk-UA"/>
        </w:rPr>
        <w:t>Умовні познаки:</w:t>
      </w:r>
    </w:p>
    <w:p w14:paraId="2D8FE1F3" w14:textId="77777777" w:rsidR="00D5417B" w:rsidRDefault="00D5417B" w:rsidP="00D5417B">
      <w:pPr>
        <w:tabs>
          <w:tab w:val="left" w:pos="8364"/>
        </w:tabs>
        <w:spacing w:after="0" w:line="240" w:lineRule="auto"/>
        <w:ind w:right="-2"/>
        <w:jc w:val="center"/>
        <w:rPr>
          <w:bCs/>
          <w:lang w:val="uk-UA"/>
        </w:rPr>
      </w:pPr>
      <w:r w:rsidRPr="00501BEA">
        <w:rPr>
          <w:bCs/>
          <w:lang w:val="uk-UA"/>
        </w:rPr>
        <w:lastRenderedPageBreak/>
        <w:t xml:space="preserve">1 </w:t>
      </w:r>
      <w:r>
        <w:rPr>
          <w:bCs/>
          <w:lang w:val="uk-UA"/>
        </w:rPr>
        <w:t>–</w:t>
      </w:r>
      <w:r w:rsidRPr="00501BEA">
        <w:rPr>
          <w:bCs/>
          <w:lang w:val="uk-UA"/>
        </w:rPr>
        <w:t xml:space="preserve"> мертва зона видимості;</w:t>
      </w:r>
    </w:p>
    <w:p w14:paraId="03DBE53F" w14:textId="77777777" w:rsidR="00D5417B" w:rsidRPr="00501BEA" w:rsidRDefault="00D5417B" w:rsidP="00D5417B">
      <w:pPr>
        <w:tabs>
          <w:tab w:val="left" w:pos="8364"/>
        </w:tabs>
        <w:spacing w:after="0" w:line="240" w:lineRule="auto"/>
        <w:ind w:right="-2"/>
        <w:jc w:val="center"/>
        <w:rPr>
          <w:lang w:val="uk-UA"/>
        </w:rPr>
      </w:pPr>
      <w:r w:rsidRPr="00501BEA">
        <w:rPr>
          <w:bCs/>
          <w:lang w:val="uk-UA"/>
        </w:rPr>
        <w:t xml:space="preserve">2 </w:t>
      </w:r>
      <w:r>
        <w:rPr>
          <w:bCs/>
          <w:lang w:val="uk-UA"/>
        </w:rPr>
        <w:t>–</w:t>
      </w:r>
      <w:r w:rsidRPr="00501BEA">
        <w:rPr>
          <w:bCs/>
          <w:lang w:val="uk-UA"/>
        </w:rPr>
        <w:t xml:space="preserve"> мертва зона для стрільби</w:t>
      </w:r>
      <w:r w:rsidRPr="00501BEA">
        <w:rPr>
          <w:lang w:val="uk-UA"/>
        </w:rPr>
        <w:t xml:space="preserve"> </w:t>
      </w:r>
      <w:r w:rsidRPr="00501BEA">
        <w:rPr>
          <w:bCs/>
          <w:lang w:val="uk-UA"/>
        </w:rPr>
        <w:t>з головної гармати</w:t>
      </w:r>
      <w:r>
        <w:rPr>
          <w:bCs/>
          <w:lang w:val="uk-UA"/>
        </w:rPr>
        <w:t>.</w:t>
      </w:r>
    </w:p>
    <w:p w14:paraId="25F65DAE" w14:textId="77777777" w:rsidR="00D5417B" w:rsidRDefault="00D5417B" w:rsidP="00D5417B">
      <w:pPr>
        <w:tabs>
          <w:tab w:val="left" w:pos="670"/>
          <w:tab w:val="left" w:pos="1723"/>
        </w:tabs>
        <w:suppressAutoHyphens/>
        <w:overflowPunct w:val="0"/>
        <w:autoSpaceDE w:val="0"/>
        <w:autoSpaceDN w:val="0"/>
        <w:adjustRightInd w:val="0"/>
        <w:spacing w:after="0" w:line="240" w:lineRule="auto"/>
        <w:ind w:right="140"/>
        <w:jc w:val="center"/>
        <w:textAlignment w:val="baseline"/>
        <w:rPr>
          <w:lang w:val="uk-UA" w:eastAsia="uk-UA"/>
        </w:rPr>
      </w:pPr>
      <w:r w:rsidRPr="00501BEA">
        <w:rPr>
          <w:b/>
          <w:szCs w:val="28"/>
          <w:lang w:val="uk-UA" w:eastAsia="uk-UA"/>
        </w:rPr>
        <w:t xml:space="preserve">Рисунок 1 – </w:t>
      </w:r>
      <w:r w:rsidRPr="00501BEA">
        <w:rPr>
          <w:szCs w:val="28"/>
          <w:lang w:val="uk-UA" w:eastAsia="uk-UA"/>
        </w:rPr>
        <w:t xml:space="preserve">“мертві” ділянки, </w:t>
      </w:r>
      <w:r w:rsidRPr="00501BEA">
        <w:rPr>
          <w:lang w:val="uk-UA" w:eastAsia="uk-UA"/>
        </w:rPr>
        <w:t xml:space="preserve">що не уражаються, при стрільбі з </w:t>
      </w:r>
    </w:p>
    <w:p w14:paraId="7774B419" w14:textId="77777777" w:rsidR="00D5417B" w:rsidRPr="00501BEA" w:rsidRDefault="00D5417B" w:rsidP="00D5417B">
      <w:pPr>
        <w:tabs>
          <w:tab w:val="left" w:pos="670"/>
          <w:tab w:val="left" w:pos="1723"/>
        </w:tabs>
        <w:suppressAutoHyphens/>
        <w:overflowPunct w:val="0"/>
        <w:autoSpaceDE w:val="0"/>
        <w:autoSpaceDN w:val="0"/>
        <w:adjustRightInd w:val="0"/>
        <w:spacing w:after="0" w:line="240" w:lineRule="auto"/>
        <w:ind w:right="140"/>
        <w:jc w:val="center"/>
        <w:textAlignment w:val="baseline"/>
        <w:rPr>
          <w:b/>
          <w:kern w:val="1"/>
          <w:szCs w:val="24"/>
          <w:lang w:val="uk-UA"/>
        </w:rPr>
      </w:pPr>
      <w:r w:rsidRPr="00501BEA">
        <w:rPr>
          <w:lang w:val="uk-UA" w:eastAsia="uk-UA"/>
        </w:rPr>
        <w:t>гармат і кулемета та взаємодія військовослужбовців при ураженні бойової техніки</w:t>
      </w:r>
      <w:r>
        <w:rPr>
          <w:lang w:val="uk-UA" w:eastAsia="uk-UA"/>
        </w:rPr>
        <w:t>.</w:t>
      </w:r>
    </w:p>
    <w:p w14:paraId="532E25C2" w14:textId="77777777" w:rsidR="00D5417B" w:rsidRPr="00501BEA" w:rsidRDefault="00D5417B" w:rsidP="00D5417B">
      <w:pPr>
        <w:spacing w:after="0" w:line="240" w:lineRule="auto"/>
        <w:ind w:left="840"/>
        <w:jc w:val="both"/>
        <w:rPr>
          <w:lang w:val="uk-UA" w:eastAsia="uk-UA"/>
        </w:rPr>
      </w:pPr>
      <w:r>
        <w:rPr>
          <w:noProof/>
          <w:lang w:val="uk-UA" w:eastAsia="uk-UA"/>
        </w:rPr>
        <mc:AlternateContent>
          <mc:Choice Requires="wps">
            <w:drawing>
              <wp:anchor distT="0" distB="0" distL="114300" distR="114300" simplePos="0" relativeHeight="251664384" behindDoc="0" locked="0" layoutInCell="1" allowOverlap="1" wp14:anchorId="4B19EB37" wp14:editId="3C617BEA">
                <wp:simplePos x="0" y="0"/>
                <wp:positionH relativeFrom="column">
                  <wp:posOffset>4644473</wp:posOffset>
                </wp:positionH>
                <wp:positionV relativeFrom="paragraph">
                  <wp:posOffset>2561535</wp:posOffset>
                </wp:positionV>
                <wp:extent cx="362585" cy="353695"/>
                <wp:effectExtent l="0" t="0" r="18415" b="27305"/>
                <wp:wrapNone/>
                <wp:docPr id="77673" name="Auto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353695"/>
                        </a:xfrm>
                        <a:prstGeom prst="flowChartConnector">
                          <a:avLst/>
                        </a:prstGeom>
                        <a:solidFill>
                          <a:srgbClr val="FFFFFF"/>
                        </a:solidFill>
                        <a:ln w="9525">
                          <a:solidFill>
                            <a:srgbClr val="FFFFFF"/>
                          </a:solidFill>
                          <a:round/>
                          <a:headEnd/>
                          <a:tailEnd/>
                        </a:ln>
                      </wps:spPr>
                      <wps:txbx>
                        <w:txbxContent>
                          <w:p w14:paraId="5A810067" w14:textId="77777777" w:rsidR="00D5417B" w:rsidRDefault="00D5417B" w:rsidP="00D5417B">
                            <w:pPr>
                              <w:ind w:left="-210" w:right="-162"/>
                              <w:jc w:val="center"/>
                            </w:pPr>
                            <w:r>
                              <w:t>2</w:t>
                            </w:r>
                          </w:p>
                        </w:txbxContent>
                      </wps:txbx>
                      <wps:bodyPr rot="0" vert="horz" wrap="square" lIns="91440" tIns="45720" rIns="91440" bIns="45720" anchor="t" anchorCtr="0" upright="1">
                        <a:noAutofit/>
                      </wps:bodyPr>
                    </wps:wsp>
                  </a:graphicData>
                </a:graphic>
              </wp:anchor>
            </w:drawing>
          </mc:Choice>
          <mc:Fallback>
            <w:pict>
              <v:shapetype w14:anchorId="4B19EB37" id="_x0000_t120" coordsize="21600,21600" o:spt="120" path="m10800,qx,10800,10800,21600,21600,10800,10800,xe">
                <v:path gradientshapeok="t" o:connecttype="custom" o:connectlocs="10800,0;3163,3163;0,10800;3163,18437;10800,21600;18437,18437;21600,10800;18437,3163" textboxrect="3163,3163,18437,18437"/>
              </v:shapetype>
              <v:shape id="AutoShape 173" o:spid="_x0000_s1026" type="#_x0000_t120" style="position:absolute;left:0;text-align:left;margin-left:365.7pt;margin-top:201.7pt;width:28.55pt;height:27.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" strokecolor="white">
                <v:textbox>
                  <w:txbxContent>
                    <w:p w14:paraId="5A810067" w14:textId="77777777" w:rsidR="00D5417B" w:rsidRDefault="00D5417B" w:rsidP="00D5417B">
                      <w:pPr>
                        <w:ind w:left="-210" w:right="-162"/>
                        <w:jc w:val="center"/>
                      </w:pPr>
                      <w:r>
                        <w:t>2</w:t>
                      </w:r>
                    </w:p>
                  </w:txbxContent>
                </v:textbox>
              </v:shape>
            </w:pict>
          </mc:Fallback>
        </mc:AlternateContent>
      </w:r>
      <w:r w:rsidRPr="00501BEA">
        <w:rPr>
          <w:noProof/>
          <w:lang w:val="uk-UA" w:eastAsia="uk-UA"/>
        </w:rPr>
        <mc:AlternateContent>
          <mc:Choice Requires="wps">
            <w:drawing>
              <wp:anchor distT="0" distB="0" distL="114300" distR="114300" simplePos="0" relativeHeight="251663360" behindDoc="0" locked="0" layoutInCell="1" allowOverlap="1" wp14:anchorId="02DB9F2C" wp14:editId="3E760252">
                <wp:simplePos x="0" y="0"/>
                <wp:positionH relativeFrom="column">
                  <wp:posOffset>2076450</wp:posOffset>
                </wp:positionH>
                <wp:positionV relativeFrom="paragraph">
                  <wp:posOffset>43180</wp:posOffset>
                </wp:positionV>
                <wp:extent cx="3409315" cy="521970"/>
                <wp:effectExtent l="0" t="0" r="635" b="0"/>
                <wp:wrapNone/>
                <wp:docPr id="77670" name="Прямокутник 77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315" cy="521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34325E" w14:textId="77777777" w:rsidR="00D5417B" w:rsidRPr="00557D69" w:rsidRDefault="00D5417B" w:rsidP="00D5417B">
                            <w:pPr>
                              <w:jc w:val="cente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B9F2C" id="Прямокутник 77670" o:spid="_x0000_s1027" style="position:absolute;left:0;text-align:left;margin-left:163.5pt;margin-top:3.4pt;width:268.45pt;height:4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" stroked="f">
                <v:textbox>
                  <w:txbxContent>
                    <w:p w14:paraId="7434325E" w14:textId="77777777" w:rsidR="00D5417B" w:rsidRPr="00557D69" w:rsidRDefault="00D5417B" w:rsidP="00D5417B">
                      <w:pPr>
                        <w:jc w:val="center"/>
                        <w:rPr>
                          <w:bCs/>
                        </w:rPr>
                      </w:pPr>
                    </w:p>
                  </w:txbxContent>
                </v:textbox>
              </v:rect>
            </w:pict>
          </mc:Fallback>
        </mc:AlternateContent>
      </w:r>
      <w:r w:rsidRPr="00501BEA">
        <w:rPr>
          <w:noProof/>
          <w:lang w:val="uk-UA" w:eastAsia="uk-UA"/>
        </w:rPr>
        <mc:AlternateContent>
          <mc:Choice Requires="wps">
            <w:drawing>
              <wp:anchor distT="0" distB="0" distL="114300" distR="114300" simplePos="0" relativeHeight="251662336" behindDoc="0" locked="0" layoutInCell="1" allowOverlap="1" wp14:anchorId="5043EB7E" wp14:editId="58AE1A3D">
                <wp:simplePos x="0" y="0"/>
                <wp:positionH relativeFrom="column">
                  <wp:posOffset>3629025</wp:posOffset>
                </wp:positionH>
                <wp:positionV relativeFrom="paragraph">
                  <wp:posOffset>2740025</wp:posOffset>
                </wp:positionV>
                <wp:extent cx="2438400" cy="525780"/>
                <wp:effectExtent l="0" t="0" r="0" b="1270"/>
                <wp:wrapNone/>
                <wp:docPr id="77669" name="Прямокутник 77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C146F2" w14:textId="77777777" w:rsidR="00D5417B" w:rsidRPr="00557D69" w:rsidRDefault="00D5417B" w:rsidP="00D5417B">
                            <w:pPr>
                              <w:jc w:val="cente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3EB7E" id="Прямокутник 77669" o:spid="_x0000_s1028" style="position:absolute;left:0;text-align:left;margin-left:285.75pt;margin-top:215.75pt;width:192pt;height:4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" stroked="f">
                <v:textbox>
                  <w:txbxContent>
                    <w:p w14:paraId="0DC146F2" w14:textId="77777777" w:rsidR="00D5417B" w:rsidRPr="00557D69" w:rsidRDefault="00D5417B" w:rsidP="00D5417B">
                      <w:pPr>
                        <w:jc w:val="center"/>
                        <w:rPr>
                          <w:bCs/>
                        </w:rPr>
                      </w:pPr>
                    </w:p>
                  </w:txbxContent>
                </v:textbox>
              </v:rect>
            </w:pict>
          </mc:Fallback>
        </mc:AlternateContent>
      </w:r>
    </w:p>
    <w:p w14:paraId="2C6B54ED" w14:textId="77777777" w:rsidR="00D5417B" w:rsidRDefault="00D5417B" w:rsidP="00D5417B">
      <w:pPr>
        <w:spacing w:after="0" w:line="240" w:lineRule="auto"/>
        <w:ind w:left="840"/>
        <w:jc w:val="both"/>
        <w:rPr>
          <w:lang w:val="uk-UA" w:eastAsia="uk-UA"/>
        </w:rPr>
      </w:pPr>
      <w:r>
        <w:rPr>
          <w:noProof/>
          <w:lang w:val="uk-UA" w:eastAsia="uk-UA"/>
        </w:rPr>
        <w:drawing>
          <wp:anchor distT="0" distB="0" distL="114300" distR="114300" simplePos="0" relativeHeight="251666432" behindDoc="0" locked="0" layoutInCell="1" allowOverlap="1" wp14:anchorId="2A316B5B" wp14:editId="44F049B1">
            <wp:simplePos x="0" y="0"/>
            <wp:positionH relativeFrom="margin">
              <wp:align>center</wp:align>
            </wp:positionH>
            <wp:positionV relativeFrom="paragraph">
              <wp:posOffset>6985</wp:posOffset>
            </wp:positionV>
            <wp:extent cx="4198289" cy="2756535"/>
            <wp:effectExtent l="0" t="0" r="0" b="571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8282" t="32921" r="33988" b="34711"/>
                    <a:stretch/>
                  </pic:blipFill>
                  <pic:spPr bwMode="auto">
                    <a:xfrm>
                      <a:off x="0" y="0"/>
                      <a:ext cx="4198289" cy="2756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A5CC95" w14:textId="77777777" w:rsidR="00D5417B" w:rsidRDefault="00D5417B" w:rsidP="00D5417B">
      <w:pPr>
        <w:spacing w:after="0" w:line="240" w:lineRule="auto"/>
        <w:ind w:left="840"/>
        <w:jc w:val="both"/>
        <w:rPr>
          <w:lang w:val="uk-UA" w:eastAsia="uk-UA"/>
        </w:rPr>
      </w:pPr>
    </w:p>
    <w:p w14:paraId="6FA64AB7" w14:textId="77777777" w:rsidR="00D5417B" w:rsidRDefault="00D5417B" w:rsidP="00D5417B">
      <w:pPr>
        <w:spacing w:after="0" w:line="240" w:lineRule="auto"/>
        <w:ind w:left="840"/>
        <w:jc w:val="both"/>
        <w:rPr>
          <w:lang w:val="uk-UA" w:eastAsia="uk-UA"/>
        </w:rPr>
      </w:pPr>
    </w:p>
    <w:p w14:paraId="598D3F79" w14:textId="77777777" w:rsidR="00D5417B" w:rsidRDefault="00D5417B" w:rsidP="00D5417B">
      <w:pPr>
        <w:spacing w:after="0" w:line="240" w:lineRule="auto"/>
        <w:ind w:left="840"/>
        <w:jc w:val="both"/>
        <w:rPr>
          <w:lang w:val="uk-UA" w:eastAsia="uk-UA"/>
        </w:rPr>
      </w:pPr>
    </w:p>
    <w:p w14:paraId="1AC8DB80" w14:textId="77777777" w:rsidR="00D5417B" w:rsidRDefault="00D5417B" w:rsidP="00D5417B">
      <w:pPr>
        <w:spacing w:after="0" w:line="240" w:lineRule="auto"/>
        <w:ind w:left="840"/>
        <w:jc w:val="both"/>
        <w:rPr>
          <w:lang w:val="uk-UA" w:eastAsia="uk-UA"/>
        </w:rPr>
      </w:pPr>
    </w:p>
    <w:p w14:paraId="26998F79" w14:textId="77777777" w:rsidR="00D5417B" w:rsidRDefault="00D5417B" w:rsidP="00D5417B">
      <w:pPr>
        <w:spacing w:after="0" w:line="240" w:lineRule="auto"/>
        <w:ind w:left="840"/>
        <w:jc w:val="both"/>
        <w:rPr>
          <w:lang w:val="uk-UA" w:eastAsia="uk-UA"/>
        </w:rPr>
      </w:pPr>
    </w:p>
    <w:p w14:paraId="6C21E3DB" w14:textId="77777777" w:rsidR="00D5417B" w:rsidRDefault="00D5417B" w:rsidP="00D5417B">
      <w:pPr>
        <w:spacing w:after="0" w:line="240" w:lineRule="auto"/>
        <w:ind w:left="840"/>
        <w:jc w:val="both"/>
        <w:rPr>
          <w:lang w:val="uk-UA" w:eastAsia="uk-UA"/>
        </w:rPr>
      </w:pPr>
    </w:p>
    <w:p w14:paraId="6B2F2CA9" w14:textId="77777777" w:rsidR="00D5417B" w:rsidRDefault="00D5417B" w:rsidP="00D5417B">
      <w:pPr>
        <w:spacing w:after="0" w:line="240" w:lineRule="auto"/>
        <w:ind w:left="840"/>
        <w:jc w:val="both"/>
        <w:rPr>
          <w:lang w:val="uk-UA" w:eastAsia="uk-UA"/>
        </w:rPr>
      </w:pPr>
    </w:p>
    <w:p w14:paraId="0BD14303" w14:textId="77777777" w:rsidR="00D5417B" w:rsidRDefault="00D5417B" w:rsidP="00D5417B">
      <w:pPr>
        <w:spacing w:after="0" w:line="240" w:lineRule="auto"/>
        <w:ind w:left="840"/>
        <w:jc w:val="both"/>
        <w:rPr>
          <w:lang w:val="uk-UA" w:eastAsia="uk-UA"/>
        </w:rPr>
      </w:pPr>
    </w:p>
    <w:p w14:paraId="7604880D" w14:textId="77777777" w:rsidR="00D5417B" w:rsidRDefault="00D5417B" w:rsidP="00D5417B">
      <w:pPr>
        <w:spacing w:after="0" w:line="240" w:lineRule="auto"/>
        <w:ind w:left="840"/>
        <w:jc w:val="both"/>
        <w:rPr>
          <w:lang w:val="uk-UA" w:eastAsia="uk-UA"/>
        </w:rPr>
      </w:pPr>
    </w:p>
    <w:p w14:paraId="26E4633E" w14:textId="77777777" w:rsidR="00D5417B" w:rsidRDefault="00D5417B" w:rsidP="00D5417B">
      <w:pPr>
        <w:spacing w:after="0" w:line="240" w:lineRule="auto"/>
        <w:ind w:left="840"/>
        <w:jc w:val="both"/>
        <w:rPr>
          <w:lang w:val="uk-UA" w:eastAsia="uk-UA"/>
        </w:rPr>
      </w:pPr>
    </w:p>
    <w:p w14:paraId="22C01991" w14:textId="77777777" w:rsidR="00D5417B" w:rsidRDefault="00D5417B" w:rsidP="00D5417B">
      <w:pPr>
        <w:spacing w:after="0" w:line="240" w:lineRule="auto"/>
        <w:ind w:left="840"/>
        <w:jc w:val="both"/>
        <w:rPr>
          <w:lang w:val="uk-UA" w:eastAsia="uk-UA"/>
        </w:rPr>
      </w:pPr>
    </w:p>
    <w:p w14:paraId="3EA19390" w14:textId="77777777" w:rsidR="00D5417B" w:rsidRDefault="00D5417B" w:rsidP="00D5417B">
      <w:pPr>
        <w:spacing w:after="0" w:line="240" w:lineRule="auto"/>
        <w:ind w:left="840"/>
        <w:jc w:val="both"/>
        <w:rPr>
          <w:lang w:val="uk-UA" w:eastAsia="uk-UA"/>
        </w:rPr>
      </w:pPr>
    </w:p>
    <w:p w14:paraId="57A6C484" w14:textId="77777777" w:rsidR="00D5417B" w:rsidRDefault="00D5417B" w:rsidP="00D5417B">
      <w:pPr>
        <w:spacing w:after="0" w:line="240" w:lineRule="auto"/>
        <w:ind w:left="840"/>
        <w:jc w:val="both"/>
        <w:rPr>
          <w:lang w:val="uk-UA" w:eastAsia="uk-UA"/>
        </w:rPr>
      </w:pPr>
    </w:p>
    <w:p w14:paraId="33CDE78D" w14:textId="77777777" w:rsidR="00D5417B" w:rsidRPr="005A7B1D" w:rsidRDefault="00D5417B" w:rsidP="00D5417B">
      <w:pPr>
        <w:spacing w:after="0" w:line="240" w:lineRule="auto"/>
        <w:jc w:val="center"/>
        <w:rPr>
          <w:i/>
          <w:lang w:val="uk-UA" w:eastAsia="uk-UA"/>
        </w:rPr>
      </w:pPr>
      <w:r w:rsidRPr="005A7B1D">
        <w:rPr>
          <w:i/>
          <w:lang w:val="uk-UA" w:eastAsia="uk-UA"/>
        </w:rPr>
        <w:t>Умовні познаки:</w:t>
      </w:r>
    </w:p>
    <w:p w14:paraId="7D38DFC4" w14:textId="77777777" w:rsidR="00D5417B" w:rsidRDefault="00D5417B" w:rsidP="00D5417B">
      <w:pPr>
        <w:widowControl w:val="0"/>
        <w:autoSpaceDE w:val="0"/>
        <w:autoSpaceDN w:val="0"/>
        <w:adjustRightInd w:val="0"/>
        <w:spacing w:after="0" w:line="240" w:lineRule="auto"/>
        <w:jc w:val="center"/>
        <w:rPr>
          <w:bCs/>
          <w:szCs w:val="20"/>
          <w:lang w:val="uk-UA" w:eastAsia="uk-UA"/>
        </w:rPr>
      </w:pPr>
      <w:r w:rsidRPr="00501BEA">
        <w:rPr>
          <w:lang w:val="uk-UA"/>
        </w:rPr>
        <w:t xml:space="preserve">1 </w:t>
      </w:r>
      <w:r>
        <w:rPr>
          <w:lang w:val="uk-UA"/>
        </w:rPr>
        <w:t>–</w:t>
      </w:r>
      <w:r w:rsidRPr="00501BEA">
        <w:rPr>
          <w:lang w:val="uk-UA"/>
        </w:rPr>
        <w:t xml:space="preserve"> </w:t>
      </w:r>
      <w:r w:rsidRPr="00501BEA">
        <w:rPr>
          <w:bCs/>
          <w:szCs w:val="20"/>
          <w:lang w:val="uk-UA" w:eastAsia="uk-UA"/>
        </w:rPr>
        <w:t xml:space="preserve">мертва зона для стрільби з головної гармати; </w:t>
      </w:r>
    </w:p>
    <w:p w14:paraId="09ED505A" w14:textId="77777777" w:rsidR="00D5417B" w:rsidRPr="00501BEA" w:rsidRDefault="00D5417B" w:rsidP="00D5417B">
      <w:pPr>
        <w:widowControl w:val="0"/>
        <w:autoSpaceDE w:val="0"/>
        <w:autoSpaceDN w:val="0"/>
        <w:adjustRightInd w:val="0"/>
        <w:spacing w:after="0" w:line="240" w:lineRule="auto"/>
        <w:jc w:val="center"/>
        <w:rPr>
          <w:bCs/>
          <w:szCs w:val="20"/>
          <w:lang w:val="uk-UA" w:eastAsia="uk-UA"/>
        </w:rPr>
      </w:pPr>
      <w:r w:rsidRPr="00501BEA">
        <w:rPr>
          <w:bCs/>
          <w:szCs w:val="20"/>
          <w:lang w:val="uk-UA" w:eastAsia="uk-UA"/>
        </w:rPr>
        <w:t xml:space="preserve">2 </w:t>
      </w:r>
      <w:r>
        <w:rPr>
          <w:bCs/>
          <w:szCs w:val="20"/>
          <w:lang w:val="uk-UA" w:eastAsia="uk-UA"/>
        </w:rPr>
        <w:t>–</w:t>
      </w:r>
      <w:r w:rsidRPr="00501BEA">
        <w:rPr>
          <w:bCs/>
          <w:szCs w:val="20"/>
          <w:lang w:val="uk-UA" w:eastAsia="uk-UA"/>
        </w:rPr>
        <w:t xml:space="preserve"> мертва зона видимості</w:t>
      </w:r>
      <w:r>
        <w:rPr>
          <w:bCs/>
          <w:szCs w:val="20"/>
          <w:lang w:val="uk-UA" w:eastAsia="uk-UA"/>
        </w:rPr>
        <w:t>.</w:t>
      </w:r>
    </w:p>
    <w:p w14:paraId="703040C5" w14:textId="77777777" w:rsidR="00D5417B" w:rsidRPr="00501BEA" w:rsidRDefault="00D5417B" w:rsidP="00D5417B">
      <w:pPr>
        <w:spacing w:after="0" w:line="240" w:lineRule="auto"/>
        <w:jc w:val="center"/>
        <w:rPr>
          <w:lang w:val="uk-UA" w:eastAsia="uk-UA"/>
        </w:rPr>
      </w:pPr>
      <w:r w:rsidRPr="00501BEA">
        <w:rPr>
          <w:b/>
          <w:lang w:val="uk-UA"/>
        </w:rPr>
        <w:t>Рисунок 2</w:t>
      </w:r>
      <w:r w:rsidRPr="00501BEA">
        <w:rPr>
          <w:lang w:val="uk-UA"/>
        </w:rPr>
        <w:t xml:space="preserve"> – мертві зони видимості танка</w:t>
      </w:r>
      <w:r>
        <w:rPr>
          <w:lang w:val="uk-UA"/>
        </w:rPr>
        <w:t>.</w:t>
      </w:r>
    </w:p>
    <w:p w14:paraId="0631A8A0" w14:textId="77777777" w:rsidR="00D5417B" w:rsidRPr="005A7B1D" w:rsidRDefault="00D5417B" w:rsidP="00D5417B">
      <w:pPr>
        <w:spacing w:after="0" w:line="240" w:lineRule="auto"/>
        <w:ind w:left="840"/>
        <w:jc w:val="both"/>
        <w:rPr>
          <w:sz w:val="12"/>
          <w:lang w:val="uk-UA" w:eastAsia="uk-UA"/>
        </w:rPr>
      </w:pPr>
    </w:p>
    <w:p w14:paraId="3A1EBAB2" w14:textId="77777777" w:rsidR="00D5417B" w:rsidRPr="00501BEA" w:rsidRDefault="00D5417B" w:rsidP="00D5417B">
      <w:pPr>
        <w:tabs>
          <w:tab w:val="left" w:pos="670"/>
          <w:tab w:val="left" w:pos="1723"/>
        </w:tabs>
        <w:suppressAutoHyphens/>
        <w:overflowPunct w:val="0"/>
        <w:autoSpaceDE w:val="0"/>
        <w:autoSpaceDN w:val="0"/>
        <w:adjustRightInd w:val="0"/>
        <w:spacing w:after="0" w:line="240" w:lineRule="auto"/>
        <w:ind w:firstLine="709"/>
        <w:jc w:val="both"/>
        <w:textAlignment w:val="baseline"/>
        <w:rPr>
          <w:b/>
          <w:kern w:val="1"/>
          <w:szCs w:val="24"/>
          <w:lang w:val="uk-UA"/>
        </w:rPr>
      </w:pPr>
      <w:r w:rsidRPr="00501BEA">
        <w:rPr>
          <w:b/>
          <w:kern w:val="1"/>
          <w:szCs w:val="24"/>
          <w:lang w:val="uk-UA"/>
        </w:rPr>
        <w:t>Практична обкатка особового складу танками</w:t>
      </w:r>
    </w:p>
    <w:p w14:paraId="47ED1DD3" w14:textId="77777777" w:rsidR="00D5417B" w:rsidRPr="00501BEA" w:rsidRDefault="00D5417B" w:rsidP="00D5417B">
      <w:pPr>
        <w:tabs>
          <w:tab w:val="left" w:pos="670"/>
          <w:tab w:val="left" w:pos="1723"/>
        </w:tabs>
        <w:suppressAutoHyphens/>
        <w:overflowPunct w:val="0"/>
        <w:autoSpaceDE w:val="0"/>
        <w:autoSpaceDN w:val="0"/>
        <w:adjustRightInd w:val="0"/>
        <w:spacing w:after="0" w:line="240" w:lineRule="auto"/>
        <w:ind w:firstLine="709"/>
        <w:jc w:val="both"/>
        <w:textAlignment w:val="baseline"/>
        <w:rPr>
          <w:kern w:val="1"/>
          <w:szCs w:val="24"/>
          <w:lang w:val="uk-UA"/>
        </w:rPr>
      </w:pPr>
      <w:r w:rsidRPr="00501BEA">
        <w:rPr>
          <w:kern w:val="1"/>
          <w:szCs w:val="24"/>
          <w:lang w:val="uk-UA"/>
        </w:rPr>
        <w:t>1-2 танки рухаються по колу через завчасно відриті та обладнані окопи, у яких розміщуються військовослужбовці.</w:t>
      </w:r>
    </w:p>
    <w:p w14:paraId="6E9DF55A" w14:textId="77777777" w:rsidR="00D5417B" w:rsidRPr="00501BEA" w:rsidRDefault="00D5417B" w:rsidP="00D5417B">
      <w:pPr>
        <w:tabs>
          <w:tab w:val="left" w:pos="670"/>
          <w:tab w:val="left" w:pos="1723"/>
        </w:tabs>
        <w:suppressAutoHyphens/>
        <w:overflowPunct w:val="0"/>
        <w:autoSpaceDE w:val="0"/>
        <w:autoSpaceDN w:val="0"/>
        <w:adjustRightInd w:val="0"/>
        <w:spacing w:after="0" w:line="240" w:lineRule="auto"/>
        <w:ind w:firstLine="709"/>
        <w:jc w:val="both"/>
        <w:textAlignment w:val="baseline"/>
        <w:rPr>
          <w:kern w:val="1"/>
          <w:szCs w:val="24"/>
          <w:lang w:val="uk-UA"/>
        </w:rPr>
      </w:pPr>
      <w:r w:rsidRPr="00501BEA">
        <w:rPr>
          <w:kern w:val="1"/>
          <w:szCs w:val="24"/>
          <w:lang w:val="uk-UA"/>
        </w:rPr>
        <w:t>Під час виконання вправи керівник спостерігає за діями тих, хто навчається, контролює дотримання правил безпеки особовим складом.</w:t>
      </w:r>
    </w:p>
    <w:p w14:paraId="3CDA6566" w14:textId="77777777" w:rsidR="00D5417B" w:rsidRPr="00501BEA" w:rsidRDefault="00D5417B" w:rsidP="00D5417B">
      <w:pPr>
        <w:tabs>
          <w:tab w:val="left" w:pos="3975"/>
        </w:tabs>
        <w:spacing w:after="0" w:line="240" w:lineRule="auto"/>
        <w:ind w:firstLine="709"/>
        <w:jc w:val="both"/>
        <w:rPr>
          <w:rFonts w:eastAsia="Calibri"/>
          <w:szCs w:val="24"/>
          <w:lang w:val="uk-UA"/>
        </w:rPr>
      </w:pPr>
      <w:r w:rsidRPr="00501BEA">
        <w:rPr>
          <w:rFonts w:eastAsia="Calibri"/>
          <w:szCs w:val="24"/>
          <w:lang w:val="uk-UA"/>
        </w:rPr>
        <w:t>В окопі поряд із військовослужбовцями, які виявляють острах розміщується підготовлений інструктор.</w:t>
      </w:r>
    </w:p>
    <w:p w14:paraId="2170BC85" w14:textId="77777777" w:rsidR="00D5417B" w:rsidRPr="00501BEA" w:rsidRDefault="00D5417B" w:rsidP="00D5417B">
      <w:pPr>
        <w:widowControl w:val="0"/>
        <w:autoSpaceDE w:val="0"/>
        <w:autoSpaceDN w:val="0"/>
        <w:adjustRightInd w:val="0"/>
        <w:spacing w:after="0" w:line="240" w:lineRule="auto"/>
        <w:ind w:firstLine="709"/>
        <w:jc w:val="both"/>
        <w:rPr>
          <w:szCs w:val="28"/>
          <w:lang w:val="uk-UA" w:eastAsia="uk-UA"/>
        </w:rPr>
      </w:pPr>
      <w:r w:rsidRPr="00501BEA">
        <w:rPr>
          <w:szCs w:val="28"/>
          <w:lang w:val="uk-UA" w:eastAsia="uk-UA"/>
        </w:rPr>
        <w:t xml:space="preserve">Під час обкатки танками для їх ураження доцільно використовувати макети ручних протитанкових гранат, які необхідно застосовувати два рази – один кидок в лобову частину, інший в кормову частину (бойове (десантне) відділення) бойової машини. При цьому, особовий склад під час здійснення кидку повинен знаходитися в окопах для стрільби стоячи, з коліна та лежачи. Після кидка макету гранати стріляючий повинен вести вогонь зі штатної зброї холостими набоями в напрямку </w:t>
      </w:r>
      <w:proofErr w:type="spellStart"/>
      <w:r w:rsidRPr="00501BEA">
        <w:rPr>
          <w:szCs w:val="28"/>
          <w:lang w:val="uk-UA" w:eastAsia="uk-UA"/>
        </w:rPr>
        <w:t>бронеоб’єкту</w:t>
      </w:r>
      <w:proofErr w:type="spellEnd"/>
      <w:r w:rsidRPr="00501BEA">
        <w:rPr>
          <w:szCs w:val="28"/>
          <w:lang w:val="uk-UA" w:eastAsia="uk-UA"/>
        </w:rPr>
        <w:t xml:space="preserve"> з метою ураження екіпажу бойової машини, </w:t>
      </w:r>
      <w:r w:rsidRPr="00501BEA">
        <w:rPr>
          <w:szCs w:val="28"/>
          <w:lang w:val="uk-UA" w:eastAsia="uk-UA"/>
        </w:rPr>
        <w:lastRenderedPageBreak/>
        <w:t>який буде намагатися покинути палаючу бойову машину. З метою створення димової завіси та сповільнення руху бойової машини з її підходом до окопу особовий склад застосовує засоби задимлення (ручні димові гранати, шашки).</w:t>
      </w:r>
    </w:p>
    <w:p w14:paraId="7CFCF236" w14:textId="77777777" w:rsidR="00D5417B" w:rsidRPr="00D5417B" w:rsidRDefault="00D5417B" w:rsidP="00D5417B">
      <w:pPr>
        <w:spacing w:after="0" w:line="240" w:lineRule="auto"/>
        <w:ind w:firstLine="709"/>
        <w:jc w:val="both"/>
        <w:rPr>
          <w:lang w:val="ru-RU" w:eastAsia="uk-UA"/>
        </w:rPr>
      </w:pPr>
      <w:r w:rsidRPr="00501BEA">
        <w:rPr>
          <w:lang w:val="uk-UA" w:eastAsia="uk-UA"/>
        </w:rPr>
        <w:t xml:space="preserve">У процесі польового виходу відпрацювати комплексне використання всіх засобів загальної психологічної підготовки, що застосовувались на попередніх заняттях (створення моделі сучасного бою, наявність реального активно протидіючого супротивника; створення вогнищ пожеж тощо). </w:t>
      </w:r>
    </w:p>
    <w:p w14:paraId="0EE4EECB" w14:textId="77777777" w:rsidR="00D5417B" w:rsidRPr="00501BEA" w:rsidRDefault="00D5417B" w:rsidP="00D5417B">
      <w:pPr>
        <w:widowControl w:val="0"/>
        <w:autoSpaceDE w:val="0"/>
        <w:autoSpaceDN w:val="0"/>
        <w:adjustRightInd w:val="0"/>
        <w:spacing w:after="0" w:line="240" w:lineRule="auto"/>
        <w:ind w:firstLine="709"/>
        <w:jc w:val="both"/>
        <w:rPr>
          <w:szCs w:val="28"/>
          <w:lang w:val="uk-UA" w:eastAsia="uk-UA"/>
        </w:rPr>
      </w:pPr>
      <w:r w:rsidRPr="00501BEA">
        <w:rPr>
          <w:szCs w:val="28"/>
          <w:lang w:val="uk-UA" w:eastAsia="uk-UA"/>
        </w:rPr>
        <w:t>Результати пропонується оцінювати по місцях влучення гранати в три зони ураження (рисунок 3):</w:t>
      </w:r>
    </w:p>
    <w:p w14:paraId="7FA987E2" w14:textId="77777777" w:rsidR="00D5417B" w:rsidRPr="00501BEA" w:rsidRDefault="00D5417B" w:rsidP="00D5417B">
      <w:pPr>
        <w:widowControl w:val="0"/>
        <w:autoSpaceDE w:val="0"/>
        <w:autoSpaceDN w:val="0"/>
        <w:adjustRightInd w:val="0"/>
        <w:spacing w:after="0" w:line="240" w:lineRule="auto"/>
        <w:ind w:firstLine="709"/>
        <w:jc w:val="both"/>
        <w:rPr>
          <w:szCs w:val="28"/>
          <w:lang w:val="uk-UA" w:eastAsia="uk-UA"/>
        </w:rPr>
      </w:pPr>
      <w:r w:rsidRPr="00501BEA">
        <w:rPr>
          <w:szCs w:val="28"/>
          <w:lang w:val="uk-UA" w:eastAsia="uk-UA"/>
        </w:rPr>
        <w:t xml:space="preserve">“відмінно” – якщо </w:t>
      </w:r>
      <w:proofErr w:type="spellStart"/>
      <w:r w:rsidRPr="00501BEA">
        <w:rPr>
          <w:szCs w:val="28"/>
          <w:lang w:val="uk-UA" w:eastAsia="uk-UA"/>
        </w:rPr>
        <w:t>бронеоб’єкт</w:t>
      </w:r>
      <w:proofErr w:type="spellEnd"/>
      <w:r w:rsidRPr="00501BEA">
        <w:rPr>
          <w:szCs w:val="28"/>
          <w:lang w:val="uk-UA" w:eastAsia="uk-UA"/>
        </w:rPr>
        <w:t xml:space="preserve"> уражений в зону № 1;</w:t>
      </w:r>
    </w:p>
    <w:p w14:paraId="25CED467" w14:textId="77777777" w:rsidR="00D5417B" w:rsidRPr="00501BEA" w:rsidRDefault="00D5417B" w:rsidP="00D5417B">
      <w:pPr>
        <w:widowControl w:val="0"/>
        <w:autoSpaceDE w:val="0"/>
        <w:autoSpaceDN w:val="0"/>
        <w:adjustRightInd w:val="0"/>
        <w:spacing w:after="0" w:line="240" w:lineRule="auto"/>
        <w:ind w:firstLine="709"/>
        <w:jc w:val="both"/>
        <w:rPr>
          <w:szCs w:val="28"/>
          <w:lang w:val="uk-UA" w:eastAsia="uk-UA"/>
        </w:rPr>
      </w:pPr>
      <w:r w:rsidRPr="00501BEA">
        <w:rPr>
          <w:szCs w:val="28"/>
          <w:lang w:val="uk-UA" w:eastAsia="uk-UA"/>
        </w:rPr>
        <w:t xml:space="preserve">“добре” – якщо </w:t>
      </w:r>
      <w:proofErr w:type="spellStart"/>
      <w:r w:rsidRPr="00501BEA">
        <w:rPr>
          <w:szCs w:val="28"/>
          <w:lang w:val="uk-UA" w:eastAsia="uk-UA"/>
        </w:rPr>
        <w:t>бронеоб’єкт</w:t>
      </w:r>
      <w:proofErr w:type="spellEnd"/>
      <w:r w:rsidRPr="00501BEA">
        <w:rPr>
          <w:szCs w:val="28"/>
          <w:lang w:val="uk-UA" w:eastAsia="uk-UA"/>
        </w:rPr>
        <w:t xml:space="preserve"> уражений в зону № 2;</w:t>
      </w:r>
    </w:p>
    <w:p w14:paraId="0AB72B18" w14:textId="77777777" w:rsidR="00D5417B" w:rsidRPr="00501BEA" w:rsidRDefault="00D5417B" w:rsidP="00D5417B">
      <w:pPr>
        <w:widowControl w:val="0"/>
        <w:autoSpaceDE w:val="0"/>
        <w:autoSpaceDN w:val="0"/>
        <w:adjustRightInd w:val="0"/>
        <w:spacing w:after="0" w:line="240" w:lineRule="auto"/>
        <w:ind w:firstLine="709"/>
        <w:jc w:val="both"/>
        <w:rPr>
          <w:szCs w:val="28"/>
          <w:lang w:val="uk-UA" w:eastAsia="uk-UA"/>
        </w:rPr>
      </w:pPr>
      <w:r w:rsidRPr="00501BEA">
        <w:rPr>
          <w:szCs w:val="28"/>
          <w:lang w:val="uk-UA" w:eastAsia="uk-UA"/>
        </w:rPr>
        <w:t xml:space="preserve">“задовільно” – якщо </w:t>
      </w:r>
      <w:proofErr w:type="spellStart"/>
      <w:r w:rsidRPr="00501BEA">
        <w:rPr>
          <w:szCs w:val="28"/>
          <w:lang w:val="uk-UA" w:eastAsia="uk-UA"/>
        </w:rPr>
        <w:t>бронеоб’єкт</w:t>
      </w:r>
      <w:proofErr w:type="spellEnd"/>
      <w:r w:rsidRPr="00501BEA">
        <w:rPr>
          <w:szCs w:val="28"/>
          <w:lang w:val="uk-UA" w:eastAsia="uk-UA"/>
        </w:rPr>
        <w:t xml:space="preserve"> уражений в зону № 3;</w:t>
      </w:r>
    </w:p>
    <w:p w14:paraId="2FFCE99F" w14:textId="77777777" w:rsidR="00D5417B" w:rsidRPr="00501BEA" w:rsidRDefault="00D5417B" w:rsidP="00D5417B">
      <w:pPr>
        <w:widowControl w:val="0"/>
        <w:autoSpaceDE w:val="0"/>
        <w:autoSpaceDN w:val="0"/>
        <w:adjustRightInd w:val="0"/>
        <w:spacing w:after="0" w:line="240" w:lineRule="auto"/>
        <w:ind w:firstLine="709"/>
        <w:jc w:val="both"/>
        <w:rPr>
          <w:szCs w:val="28"/>
          <w:lang w:val="uk-UA" w:eastAsia="uk-UA"/>
        </w:rPr>
      </w:pPr>
      <w:r w:rsidRPr="00501BEA">
        <w:rPr>
          <w:szCs w:val="28"/>
          <w:lang w:val="uk-UA" w:eastAsia="uk-UA"/>
        </w:rPr>
        <w:t xml:space="preserve">“незадовільно” – якщо </w:t>
      </w:r>
      <w:proofErr w:type="spellStart"/>
      <w:r w:rsidRPr="00501BEA">
        <w:rPr>
          <w:szCs w:val="28"/>
          <w:lang w:val="uk-UA" w:eastAsia="uk-UA"/>
        </w:rPr>
        <w:t>бронеоб’єкт</w:t>
      </w:r>
      <w:proofErr w:type="spellEnd"/>
      <w:r w:rsidRPr="00501BEA">
        <w:rPr>
          <w:szCs w:val="28"/>
          <w:lang w:val="uk-UA" w:eastAsia="uk-UA"/>
        </w:rPr>
        <w:t xml:space="preserve"> не уражений.</w:t>
      </w:r>
    </w:p>
    <w:p w14:paraId="149B518E" w14:textId="77777777" w:rsidR="00D5417B" w:rsidRPr="00501BEA" w:rsidRDefault="00D5417B" w:rsidP="00D5417B">
      <w:pPr>
        <w:widowControl w:val="0"/>
        <w:autoSpaceDE w:val="0"/>
        <w:autoSpaceDN w:val="0"/>
        <w:adjustRightInd w:val="0"/>
        <w:spacing w:after="0" w:line="240" w:lineRule="auto"/>
        <w:ind w:firstLine="709"/>
        <w:jc w:val="both"/>
        <w:rPr>
          <w:szCs w:val="28"/>
          <w:lang w:val="uk-UA" w:eastAsia="uk-UA"/>
        </w:rPr>
      </w:pPr>
      <w:r w:rsidRPr="00501BEA">
        <w:rPr>
          <w:b/>
          <w:noProof/>
          <w:szCs w:val="28"/>
          <w:lang w:val="uk-UA" w:eastAsia="uk-UA"/>
        </w:rPr>
        <mc:AlternateContent>
          <mc:Choice Requires="wpg">
            <w:drawing>
              <wp:anchor distT="0" distB="0" distL="114300" distR="114300" simplePos="0" relativeHeight="251661312" behindDoc="0" locked="0" layoutInCell="1" allowOverlap="1" wp14:anchorId="5147D7A7" wp14:editId="4C28FF07">
                <wp:simplePos x="0" y="0"/>
                <wp:positionH relativeFrom="column">
                  <wp:posOffset>37465</wp:posOffset>
                </wp:positionH>
                <wp:positionV relativeFrom="paragraph">
                  <wp:posOffset>301625</wp:posOffset>
                </wp:positionV>
                <wp:extent cx="5688330" cy="2532380"/>
                <wp:effectExtent l="0" t="0" r="26670" b="0"/>
                <wp:wrapTopAndBottom/>
                <wp:docPr id="77041" name="Групувати 77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8330" cy="2532380"/>
                          <a:chOff x="0" y="0"/>
                          <a:chExt cx="52627" cy="23326"/>
                        </a:xfrm>
                      </wpg:grpSpPr>
                      <wpg:grpSp>
                        <wpg:cNvPr id="77042" name="Группа 44"/>
                        <wpg:cNvGrpSpPr>
                          <a:grpSpLocks/>
                        </wpg:cNvGrpSpPr>
                        <wpg:grpSpPr bwMode="auto">
                          <a:xfrm>
                            <a:off x="13609" y="8718"/>
                            <a:ext cx="37461" cy="14608"/>
                            <a:chOff x="0" y="0"/>
                            <a:chExt cx="37470" cy="14610"/>
                          </a:xfrm>
                        </wpg:grpSpPr>
                        <wps:wsp>
                          <wps:cNvPr id="77043" name="Солнце 38"/>
                          <wps:cNvSpPr>
                            <a:spLocks noChangeArrowheads="1"/>
                          </wps:cNvSpPr>
                          <wps:spPr bwMode="auto">
                            <a:xfrm>
                              <a:off x="695" y="6261"/>
                              <a:ext cx="2730" cy="2601"/>
                            </a:xfrm>
                            <a:prstGeom prst="sun">
                              <a:avLst>
                                <a:gd name="adj" fmla="val 2162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g:cNvPr id="77044" name="Группа 43"/>
                          <wpg:cNvGrpSpPr>
                            <a:grpSpLocks/>
                          </wpg:cNvGrpSpPr>
                          <wpg:grpSpPr bwMode="auto">
                            <a:xfrm>
                              <a:off x="0" y="0"/>
                              <a:ext cx="37470" cy="14610"/>
                              <a:chOff x="0" y="0"/>
                              <a:chExt cx="37470" cy="14610"/>
                            </a:xfrm>
                          </wpg:grpSpPr>
                          <wpg:grpSp>
                            <wpg:cNvPr id="77045" name="Группа 9"/>
                            <wpg:cNvGrpSpPr>
                              <a:grpSpLocks noChangeAspect="1"/>
                            </wpg:cNvGrpSpPr>
                            <wpg:grpSpPr bwMode="auto">
                              <a:xfrm>
                                <a:off x="3081" y="6062"/>
                                <a:ext cx="23618" cy="5332"/>
                                <a:chOff x="0" y="0"/>
                                <a:chExt cx="36736" cy="6753"/>
                              </a:xfrm>
                            </wpg:grpSpPr>
                            <wps:wsp>
                              <wps:cNvPr id="77046" name="Овал 3"/>
                              <wps:cNvSpPr>
                                <a:spLocks noChangeArrowheads="1"/>
                              </wps:cNvSpPr>
                              <wps:spPr bwMode="auto">
                                <a:xfrm>
                                  <a:off x="0" y="0"/>
                                  <a:ext cx="6120" cy="612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7" name="Овал 4"/>
                              <wps:cNvSpPr>
                                <a:spLocks noChangeArrowheads="1"/>
                              </wps:cNvSpPr>
                              <wps:spPr bwMode="auto">
                                <a:xfrm>
                                  <a:off x="6060" y="318"/>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8" name="Овал 5"/>
                              <wps:cNvSpPr>
                                <a:spLocks noChangeArrowheads="1"/>
                              </wps:cNvSpPr>
                              <wps:spPr bwMode="auto">
                                <a:xfrm>
                                  <a:off x="12121" y="318"/>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9" name="Овал 6"/>
                              <wps:cNvSpPr>
                                <a:spLocks noChangeArrowheads="1"/>
                              </wps:cNvSpPr>
                              <wps:spPr bwMode="auto">
                                <a:xfrm>
                                  <a:off x="18181" y="637"/>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0" name="Овал 7"/>
                              <wps:cNvSpPr>
                                <a:spLocks noChangeArrowheads="1"/>
                              </wps:cNvSpPr>
                              <wps:spPr bwMode="auto">
                                <a:xfrm>
                                  <a:off x="24454" y="637"/>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1" name="Овал 8"/>
                              <wps:cNvSpPr>
                                <a:spLocks noChangeArrowheads="1"/>
                              </wps:cNvSpPr>
                              <wps:spPr bwMode="auto">
                                <a:xfrm>
                                  <a:off x="30621" y="0"/>
                                  <a:ext cx="6115" cy="611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7052" name="Группа 42"/>
                            <wpg:cNvGrpSpPr>
                              <a:grpSpLocks/>
                            </wpg:cNvGrpSpPr>
                            <wpg:grpSpPr bwMode="auto">
                              <a:xfrm>
                                <a:off x="0" y="0"/>
                                <a:ext cx="37470" cy="14610"/>
                                <a:chOff x="0" y="0"/>
                                <a:chExt cx="37470" cy="14610"/>
                              </a:xfrm>
                            </wpg:grpSpPr>
                            <wpg:grpSp>
                              <wpg:cNvPr id="77053" name="Группа 37"/>
                              <wpg:cNvGrpSpPr>
                                <a:grpSpLocks/>
                              </wpg:cNvGrpSpPr>
                              <wpg:grpSpPr bwMode="auto">
                                <a:xfrm>
                                  <a:off x="4273" y="7653"/>
                                  <a:ext cx="21309" cy="2597"/>
                                  <a:chOff x="0" y="0"/>
                                  <a:chExt cx="27928" cy="2778"/>
                                </a:xfrm>
                              </wpg:grpSpPr>
                              <wps:wsp>
                                <wps:cNvPr id="77054" name="Овал 36"/>
                                <wps:cNvSpPr>
                                  <a:spLocks noChangeArrowheads="1"/>
                                </wps:cNvSpPr>
                                <wps:spPr bwMode="auto">
                                  <a:xfrm>
                                    <a:off x="25841" y="0"/>
                                    <a:ext cx="2087" cy="2087"/>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5" name="Овал 34"/>
                                <wps:cNvSpPr>
                                  <a:spLocks noChangeArrowheads="1"/>
                                </wps:cNvSpPr>
                                <wps:spPr bwMode="auto">
                                  <a:xfrm>
                                    <a:off x="15206" y="496"/>
                                    <a:ext cx="2083"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2" name="Овал 33"/>
                                <wps:cNvSpPr>
                                  <a:spLocks noChangeArrowheads="1"/>
                                </wps:cNvSpPr>
                                <wps:spPr bwMode="auto">
                                  <a:xfrm>
                                    <a:off x="10336" y="496"/>
                                    <a:ext cx="2083"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3" name="Овал 32"/>
                                <wps:cNvSpPr>
                                  <a:spLocks noChangeArrowheads="1"/>
                                </wps:cNvSpPr>
                                <wps:spPr bwMode="auto">
                                  <a:xfrm>
                                    <a:off x="4969" y="298"/>
                                    <a:ext cx="2083" cy="2082"/>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4" name="Овал 31"/>
                                <wps:cNvSpPr>
                                  <a:spLocks noChangeArrowheads="1"/>
                                </wps:cNvSpPr>
                                <wps:spPr bwMode="auto">
                                  <a:xfrm>
                                    <a:off x="0" y="99"/>
                                    <a:ext cx="2087" cy="2087"/>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5" name="Овал 35"/>
                                <wps:cNvSpPr>
                                  <a:spLocks noChangeArrowheads="1"/>
                                </wps:cNvSpPr>
                                <wps:spPr bwMode="auto">
                                  <a:xfrm>
                                    <a:off x="20574" y="695"/>
                                    <a:ext cx="2082"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7636" name="Группа 30"/>
                              <wpg:cNvGrpSpPr>
                                <a:grpSpLocks/>
                              </wpg:cNvGrpSpPr>
                              <wpg:grpSpPr bwMode="auto">
                                <a:xfrm>
                                  <a:off x="0" y="0"/>
                                  <a:ext cx="37470" cy="14610"/>
                                  <a:chOff x="0" y="0"/>
                                  <a:chExt cx="49112" cy="15627"/>
                                </a:xfrm>
                              </wpg:grpSpPr>
                              <wps:wsp>
                                <wps:cNvPr id="77637" name="Овал 1"/>
                                <wps:cNvSpPr>
                                  <a:spLocks/>
                                </wps:cNvSpPr>
                                <wps:spPr bwMode="auto">
                                  <a:xfrm>
                                    <a:off x="0" y="6062"/>
                                    <a:ext cx="39655" cy="6376"/>
                                  </a:xfrm>
                                  <a:custGeom>
                                    <a:avLst/>
                                    <a:gdLst>
                                      <a:gd name="T0" fmla="*/ 62857 w 3829311"/>
                                      <a:gd name="T1" fmla="*/ 49325 h 694785"/>
                                      <a:gd name="T2" fmla="*/ 2132727 w 3829311"/>
                                      <a:gd name="T3" fmla="*/ 15965 h 694785"/>
                                      <a:gd name="T4" fmla="*/ 3937209 w 3829311"/>
                                      <a:gd name="T5" fmla="*/ 96422 h 694785"/>
                                      <a:gd name="T6" fmla="*/ 3708587 w 3829311"/>
                                      <a:gd name="T7" fmla="*/ 373063 h 694785"/>
                                      <a:gd name="T8" fmla="*/ 3103073 w 3829311"/>
                                      <a:gd name="T9" fmla="*/ 614754 h 694785"/>
                                      <a:gd name="T10" fmla="*/ 1945454 w 3829311"/>
                                      <a:gd name="T11" fmla="*/ 613413 h 694785"/>
                                      <a:gd name="T12" fmla="*/ 747238 w 3829311"/>
                                      <a:gd name="T13" fmla="*/ 587963 h 694785"/>
                                      <a:gd name="T14" fmla="*/ 293898 w 3829311"/>
                                      <a:gd name="T15" fmla="*/ 432437 h 694785"/>
                                      <a:gd name="T16" fmla="*/ 62857 w 3829311"/>
                                      <a:gd name="T17" fmla="*/ 49325 h 69478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829311" h="694785">
                                        <a:moveTo>
                                          <a:pt x="60697" y="53754"/>
                                        </a:moveTo>
                                        <a:cubicBezTo>
                                          <a:pt x="207781" y="-32497"/>
                                          <a:pt x="1435906" y="8844"/>
                                          <a:pt x="2059443" y="17398"/>
                                        </a:cubicBezTo>
                                        <a:cubicBezTo>
                                          <a:pt x="2682980" y="25952"/>
                                          <a:pt x="3697347" y="-23531"/>
                                          <a:pt x="3801920" y="105080"/>
                                        </a:cubicBezTo>
                                        <a:cubicBezTo>
                                          <a:pt x="3906493" y="233691"/>
                                          <a:pt x="3685249" y="301366"/>
                                          <a:pt x="3581154" y="406561"/>
                                        </a:cubicBezTo>
                                        <a:cubicBezTo>
                                          <a:pt x="3466291" y="458576"/>
                                          <a:pt x="3271435" y="615689"/>
                                          <a:pt x="2996446" y="669953"/>
                                        </a:cubicBezTo>
                                        <a:cubicBezTo>
                                          <a:pt x="2721457" y="724217"/>
                                          <a:pt x="2257752" y="673358"/>
                                          <a:pt x="1878605" y="668492"/>
                                        </a:cubicBezTo>
                                        <a:cubicBezTo>
                                          <a:pt x="1499458" y="663626"/>
                                          <a:pt x="1181625" y="671285"/>
                                          <a:pt x="721562" y="640757"/>
                                        </a:cubicBezTo>
                                        <a:cubicBezTo>
                                          <a:pt x="453989" y="597262"/>
                                          <a:pt x="393948" y="555196"/>
                                          <a:pt x="283799" y="471266"/>
                                        </a:cubicBezTo>
                                        <a:cubicBezTo>
                                          <a:pt x="51678" y="279885"/>
                                          <a:pt x="-86387" y="140005"/>
                                          <a:pt x="60697" y="53754"/>
                                        </a:cubicBez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8" name="Дуга 12"/>
                                <wps:cNvSpPr>
                                  <a:spLocks/>
                                </wps:cNvSpPr>
                                <wps:spPr bwMode="auto">
                                  <a:xfrm>
                                    <a:off x="13020" y="0"/>
                                    <a:ext cx="15094" cy="15627"/>
                                  </a:xfrm>
                                  <a:custGeom>
                                    <a:avLst/>
                                    <a:gdLst>
                                      <a:gd name="T0" fmla="*/ 17627 w 1509395"/>
                                      <a:gd name="T1" fmla="*/ 613480 h 1562735"/>
                                      <a:gd name="T2" fmla="*/ 760232 w 1509395"/>
                                      <a:gd name="T3" fmla="*/ 21 h 1562735"/>
                                      <a:gd name="T4" fmla="*/ 1493925 w 1509395"/>
                                      <a:gd name="T5" fmla="*/ 623968 h 1562735"/>
                                      <a:gd name="T6" fmla="*/ 0 60000 65536"/>
                                      <a:gd name="T7" fmla="*/ 0 60000 65536"/>
                                      <a:gd name="T8" fmla="*/ 0 60000 65536"/>
                                    </a:gdLst>
                                    <a:ahLst/>
                                    <a:cxnLst>
                                      <a:cxn ang="T6">
                                        <a:pos x="T0" y="T1"/>
                                      </a:cxn>
                                      <a:cxn ang="T7">
                                        <a:pos x="T2" y="T3"/>
                                      </a:cxn>
                                      <a:cxn ang="T8">
                                        <a:pos x="T4" y="T5"/>
                                      </a:cxn>
                                    </a:cxnLst>
                                    <a:rect l="0" t="0" r="r" b="b"/>
                                    <a:pathLst>
                                      <a:path w="1509395" h="1562735" stroke="0">
                                        <a:moveTo>
                                          <a:pt x="17627" y="613480"/>
                                        </a:moveTo>
                                        <a:cubicBezTo>
                                          <a:pt x="94204" y="253105"/>
                                          <a:pt x="403843" y="-2685"/>
                                          <a:pt x="760232" y="21"/>
                                        </a:cubicBezTo>
                                        <a:cubicBezTo>
                                          <a:pt x="1116355" y="2725"/>
                                          <a:pt x="1422186" y="262809"/>
                                          <a:pt x="1493925" y="623968"/>
                                        </a:cubicBezTo>
                                        <a:lnTo>
                                          <a:pt x="754698" y="781368"/>
                                        </a:lnTo>
                                        <a:lnTo>
                                          <a:pt x="17627" y="613480"/>
                                        </a:lnTo>
                                        <a:close/>
                                      </a:path>
                                      <a:path w="1509395" h="1562735" fill="none">
                                        <a:moveTo>
                                          <a:pt x="17627" y="613480"/>
                                        </a:moveTo>
                                        <a:cubicBezTo>
                                          <a:pt x="94204" y="253105"/>
                                          <a:pt x="403843" y="-2685"/>
                                          <a:pt x="760232" y="21"/>
                                        </a:cubicBezTo>
                                        <a:cubicBezTo>
                                          <a:pt x="1116355" y="2725"/>
                                          <a:pt x="1422186" y="262809"/>
                                          <a:pt x="1493925" y="623968"/>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77639" name="Группа 29"/>
                                <wpg:cNvGrpSpPr>
                                  <a:grpSpLocks/>
                                </wpg:cNvGrpSpPr>
                                <wpg:grpSpPr bwMode="auto">
                                  <a:xfrm>
                                    <a:off x="26935" y="1391"/>
                                    <a:ext cx="22177" cy="3372"/>
                                    <a:chOff x="0" y="0"/>
                                    <a:chExt cx="22177" cy="3371"/>
                                  </a:xfrm>
                                </wpg:grpSpPr>
                                <wps:wsp>
                                  <wps:cNvPr id="77640" name="Прямоугольник 14"/>
                                  <wps:cNvSpPr>
                                    <a:spLocks/>
                                  </wps:cNvSpPr>
                                  <wps:spPr bwMode="auto">
                                    <a:xfrm rot="-351353">
                                      <a:off x="0" y="952"/>
                                      <a:ext cx="22177" cy="1348"/>
                                    </a:xfrm>
                                    <a:custGeom>
                                      <a:avLst/>
                                      <a:gdLst>
                                        <a:gd name="T0" fmla="*/ 0 w 2217221"/>
                                        <a:gd name="T1" fmla="*/ 15475 h 307975"/>
                                        <a:gd name="T2" fmla="*/ 2217748 w 2217221"/>
                                        <a:gd name="T3" fmla="*/ 0 h 307975"/>
                                        <a:gd name="T4" fmla="*/ 2217748 w 2217221"/>
                                        <a:gd name="T5" fmla="*/ 55861 h 307975"/>
                                        <a:gd name="T6" fmla="*/ 48708 w 2217221"/>
                                        <a:gd name="T7" fmla="*/ 134837 h 307975"/>
                                        <a:gd name="T8" fmla="*/ 0 w 2217221"/>
                                        <a:gd name="T9" fmla="*/ 15475 h 3079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17221" h="307975">
                                          <a:moveTo>
                                            <a:pt x="0" y="35345"/>
                                          </a:moveTo>
                                          <a:lnTo>
                                            <a:pt x="2217221" y="0"/>
                                          </a:lnTo>
                                          <a:lnTo>
                                            <a:pt x="2217221" y="127590"/>
                                          </a:lnTo>
                                          <a:lnTo>
                                            <a:pt x="48696" y="307975"/>
                                          </a:lnTo>
                                          <a:lnTo>
                                            <a:pt x="0" y="3534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77641" name="Группа 26"/>
                                  <wpg:cNvGrpSpPr>
                                    <a:grpSpLocks/>
                                  </wpg:cNvGrpSpPr>
                                  <wpg:grpSpPr bwMode="auto">
                                    <a:xfrm>
                                      <a:off x="13087" y="0"/>
                                      <a:ext cx="4273" cy="1917"/>
                                      <a:chOff x="0" y="0"/>
                                      <a:chExt cx="427355" cy="191770"/>
                                    </a:xfrm>
                                  </wpg:grpSpPr>
                                  <wps:wsp>
                                    <wps:cNvPr id="77642" name="Полилиния 23"/>
                                    <wps:cNvSpPr>
                                      <a:spLocks/>
                                    </wps:cNvSpPr>
                                    <wps:spPr bwMode="auto">
                                      <a:xfrm>
                                        <a:off x="57150" y="0"/>
                                        <a:ext cx="370205" cy="190500"/>
                                      </a:xfrm>
                                      <a:custGeom>
                                        <a:avLst/>
                                        <a:gdLst>
                                          <a:gd name="T0" fmla="*/ 0 w 376177"/>
                                          <a:gd name="T1" fmla="*/ 41723 h 198447"/>
                                          <a:gd name="T2" fmla="*/ 0 w 376177"/>
                                          <a:gd name="T3" fmla="*/ 41723 h 198447"/>
                                          <a:gd name="T4" fmla="*/ 15252 w 376177"/>
                                          <a:gd name="T5" fmla="*/ 47303 h 198447"/>
                                          <a:gd name="T6" fmla="*/ 26691 w 376177"/>
                                          <a:gd name="T7" fmla="*/ 52882 h 198447"/>
                                          <a:gd name="T8" fmla="*/ 32411 w 376177"/>
                                          <a:gd name="T9" fmla="*/ 58460 h 198447"/>
                                          <a:gd name="T10" fmla="*/ 40037 w 376177"/>
                                          <a:gd name="T11" fmla="*/ 69619 h 198447"/>
                                          <a:gd name="T12" fmla="*/ 45757 w 376177"/>
                                          <a:gd name="T13" fmla="*/ 88216 h 198447"/>
                                          <a:gd name="T14" fmla="*/ 47663 w 376177"/>
                                          <a:gd name="T15" fmla="*/ 101234 h 198447"/>
                                          <a:gd name="T16" fmla="*/ 51477 w 376177"/>
                                          <a:gd name="T17" fmla="*/ 116111 h 198447"/>
                                          <a:gd name="T18" fmla="*/ 49569 w 376177"/>
                                          <a:gd name="T19" fmla="*/ 144008 h 198447"/>
                                          <a:gd name="T20" fmla="*/ 47663 w 376177"/>
                                          <a:gd name="T21" fmla="*/ 151446 h 198447"/>
                                          <a:gd name="T22" fmla="*/ 41943 w 376177"/>
                                          <a:gd name="T23" fmla="*/ 168183 h 198447"/>
                                          <a:gd name="T24" fmla="*/ 28598 w 376177"/>
                                          <a:gd name="T25" fmla="*/ 184921 h 198447"/>
                                          <a:gd name="T26" fmla="*/ 22878 w 376177"/>
                                          <a:gd name="T27" fmla="*/ 188641 h 198447"/>
                                          <a:gd name="T28" fmla="*/ 17159 w 376177"/>
                                          <a:gd name="T29" fmla="*/ 190500 h 198447"/>
                                          <a:gd name="T30" fmla="*/ 327923 w 376177"/>
                                          <a:gd name="T31" fmla="*/ 147726 h 198447"/>
                                          <a:gd name="T32" fmla="*/ 335550 w 376177"/>
                                          <a:gd name="T33" fmla="*/ 144008 h 198447"/>
                                          <a:gd name="T34" fmla="*/ 354615 w 376177"/>
                                          <a:gd name="T35" fmla="*/ 129129 h 198447"/>
                                          <a:gd name="T36" fmla="*/ 358428 w 376177"/>
                                          <a:gd name="T37" fmla="*/ 117972 h 198447"/>
                                          <a:gd name="T38" fmla="*/ 366054 w 376177"/>
                                          <a:gd name="T39" fmla="*/ 106813 h 198447"/>
                                          <a:gd name="T40" fmla="*/ 367961 w 376177"/>
                                          <a:gd name="T41" fmla="*/ 101234 h 198447"/>
                                          <a:gd name="T42" fmla="*/ 367961 w 376177"/>
                                          <a:gd name="T43" fmla="*/ 45442 h 198447"/>
                                          <a:gd name="T44" fmla="*/ 364148 w 376177"/>
                                          <a:gd name="T45" fmla="*/ 39864 h 198447"/>
                                          <a:gd name="T46" fmla="*/ 360334 w 376177"/>
                                          <a:gd name="T47" fmla="*/ 28706 h 198447"/>
                                          <a:gd name="T48" fmla="*/ 358428 w 376177"/>
                                          <a:gd name="T49" fmla="*/ 23126 h 198447"/>
                                          <a:gd name="T50" fmla="*/ 352708 w 376177"/>
                                          <a:gd name="T51" fmla="*/ 17547 h 198447"/>
                                          <a:gd name="T52" fmla="*/ 348896 w 376177"/>
                                          <a:gd name="T53" fmla="*/ 11968 h 198447"/>
                                          <a:gd name="T54" fmla="*/ 337456 w 376177"/>
                                          <a:gd name="T55" fmla="*/ 6388 h 198447"/>
                                          <a:gd name="T56" fmla="*/ 314577 w 376177"/>
                                          <a:gd name="T57" fmla="*/ 809 h 198447"/>
                                          <a:gd name="T58" fmla="*/ 0 w 376177"/>
                                          <a:gd name="T59" fmla="*/ 41723 h 198447"/>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w 376177"/>
                                          <a:gd name="T91" fmla="*/ 0 h 198447"/>
                                          <a:gd name="T92" fmla="*/ 376177 w 376177"/>
                                          <a:gd name="T93" fmla="*/ 198447 h 198447"/>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T90" t="T91" r="T92" b="T93"/>
                                        <a:pathLst>
                                          <a:path w="376177" h="198447">
                                            <a:moveTo>
                                              <a:pt x="0" y="43464"/>
                                            </a:moveTo>
                                            <a:lnTo>
                                              <a:pt x="0" y="43464"/>
                                            </a:lnTo>
                                            <a:lnTo>
                                              <a:pt x="15498" y="49276"/>
                                            </a:lnTo>
                                            <a:cubicBezTo>
                                              <a:pt x="21701" y="51532"/>
                                              <a:pt x="21683" y="50556"/>
                                              <a:pt x="27122" y="55088"/>
                                            </a:cubicBezTo>
                                            <a:cubicBezTo>
                                              <a:pt x="29227" y="56842"/>
                                              <a:pt x="31252" y="58737"/>
                                              <a:pt x="32934" y="60899"/>
                                            </a:cubicBezTo>
                                            <a:cubicBezTo>
                                              <a:pt x="35793" y="64575"/>
                                              <a:pt x="40683" y="72523"/>
                                              <a:pt x="40683" y="72523"/>
                                            </a:cubicBezTo>
                                            <a:cubicBezTo>
                                              <a:pt x="42706" y="78592"/>
                                              <a:pt x="45324" y="85452"/>
                                              <a:pt x="46495" y="91896"/>
                                            </a:cubicBezTo>
                                            <a:cubicBezTo>
                                              <a:pt x="47312" y="96389"/>
                                              <a:pt x="47536" y="100979"/>
                                              <a:pt x="48432" y="105457"/>
                                            </a:cubicBezTo>
                                            <a:cubicBezTo>
                                              <a:pt x="49476" y="110679"/>
                                              <a:pt x="52307" y="120955"/>
                                              <a:pt x="52307" y="120955"/>
                                            </a:cubicBezTo>
                                            <a:cubicBezTo>
                                              <a:pt x="51661" y="130642"/>
                                              <a:pt x="51385" y="140360"/>
                                              <a:pt x="50369" y="150015"/>
                                            </a:cubicBezTo>
                                            <a:cubicBezTo>
                                              <a:pt x="50090" y="152663"/>
                                              <a:pt x="49197" y="155214"/>
                                              <a:pt x="48432" y="157764"/>
                                            </a:cubicBezTo>
                                            <a:cubicBezTo>
                                              <a:pt x="48404" y="157857"/>
                                              <a:pt x="43604" y="172247"/>
                                              <a:pt x="42620" y="175199"/>
                                            </a:cubicBezTo>
                                            <a:cubicBezTo>
                                              <a:pt x="40957" y="180186"/>
                                              <a:pt x="33689" y="188777"/>
                                              <a:pt x="29059" y="192635"/>
                                            </a:cubicBezTo>
                                            <a:cubicBezTo>
                                              <a:pt x="27270" y="194126"/>
                                              <a:pt x="25330" y="195469"/>
                                              <a:pt x="23247" y="196510"/>
                                            </a:cubicBezTo>
                                            <a:cubicBezTo>
                                              <a:pt x="21421" y="197423"/>
                                              <a:pt x="17436" y="198447"/>
                                              <a:pt x="17436" y="198447"/>
                                            </a:cubicBezTo>
                                            <a:lnTo>
                                              <a:pt x="333213" y="153889"/>
                                            </a:lnTo>
                                            <a:lnTo>
                                              <a:pt x="340963" y="150015"/>
                                            </a:lnTo>
                                            <a:cubicBezTo>
                                              <a:pt x="342201" y="149131"/>
                                              <a:pt x="357773" y="139129"/>
                                              <a:pt x="360336" y="134516"/>
                                            </a:cubicBezTo>
                                            <a:cubicBezTo>
                                              <a:pt x="362319" y="130946"/>
                                              <a:pt x="362919" y="126767"/>
                                              <a:pt x="364210" y="122893"/>
                                            </a:cubicBezTo>
                                            <a:cubicBezTo>
                                              <a:pt x="365682" y="118475"/>
                                              <a:pt x="370486" y="115687"/>
                                              <a:pt x="371959" y="111269"/>
                                            </a:cubicBezTo>
                                            <a:lnTo>
                                              <a:pt x="373897" y="105457"/>
                                            </a:lnTo>
                                            <a:cubicBezTo>
                                              <a:pt x="376092" y="81309"/>
                                              <a:pt x="377680" y="75081"/>
                                              <a:pt x="373897" y="47338"/>
                                            </a:cubicBezTo>
                                            <a:cubicBezTo>
                                              <a:pt x="373582" y="45031"/>
                                              <a:pt x="371314" y="43464"/>
                                              <a:pt x="370022" y="41527"/>
                                            </a:cubicBezTo>
                                            <a:lnTo>
                                              <a:pt x="366147" y="29903"/>
                                            </a:lnTo>
                                            <a:cubicBezTo>
                                              <a:pt x="365501" y="27966"/>
                                              <a:pt x="365654" y="25535"/>
                                              <a:pt x="364210" y="24091"/>
                                            </a:cubicBezTo>
                                            <a:cubicBezTo>
                                              <a:pt x="362273" y="22154"/>
                                              <a:pt x="360152" y="20384"/>
                                              <a:pt x="358398" y="18279"/>
                                            </a:cubicBezTo>
                                            <a:cubicBezTo>
                                              <a:pt x="356908" y="16490"/>
                                              <a:pt x="356170" y="14113"/>
                                              <a:pt x="354524" y="12467"/>
                                            </a:cubicBezTo>
                                            <a:cubicBezTo>
                                              <a:pt x="350770" y="8713"/>
                                              <a:pt x="347625" y="8230"/>
                                              <a:pt x="342900" y="6655"/>
                                            </a:cubicBezTo>
                                            <a:cubicBezTo>
                                              <a:pt x="332978" y="-3267"/>
                                              <a:pt x="339828" y="843"/>
                                              <a:pt x="319652" y="843"/>
                                            </a:cubicBezTo>
                                            <a:lnTo>
                                              <a:pt x="0" y="43464"/>
                                            </a:lnTo>
                                            <a:close/>
                                          </a:path>
                                        </a:pathLst>
                                      </a:custGeom>
                                      <a:solidFill>
                                        <a:srgbClr val="FFFFFF"/>
                                      </a:solidFill>
                                      <a:ln w="9525">
                                        <a:solidFill>
                                          <a:srgbClr val="000000"/>
                                        </a:solidFill>
                                        <a:miter lim="800000"/>
                                        <a:headEnd/>
                                        <a:tailEnd/>
                                      </a:ln>
                                    </wps:spPr>
                                    <wps:txbx>
                                      <w:txbxContent>
                                        <w:p w14:paraId="77A46302" w14:textId="77777777" w:rsidR="00D5417B" w:rsidRDefault="00D5417B" w:rsidP="00D5417B">
                                          <w:pPr>
                                            <w:jc w:val="center"/>
                                          </w:pPr>
                                        </w:p>
                                      </w:txbxContent>
                                    </wps:txbx>
                                    <wps:bodyPr rot="0" vert="horz" wrap="square" lIns="91440" tIns="45720" rIns="91440" bIns="45720" anchor="ctr" anchorCtr="0" upright="1">
                                      <a:noAutofit/>
                                    </wps:bodyPr>
                                  </wps:wsp>
                                  <wps:wsp>
                                    <wps:cNvPr id="77643" name="Овал 24"/>
                                    <wps:cNvSpPr>
                                      <a:spLocks noChangeArrowheads="1"/>
                                    </wps:cNvSpPr>
                                    <wps:spPr bwMode="auto">
                                      <a:xfrm>
                                        <a:off x="0" y="40005"/>
                                        <a:ext cx="105410" cy="151765"/>
                                      </a:xfrm>
                                      <a:prstGeom prst="ellipse">
                                        <a:avLst/>
                                      </a:prstGeom>
                                      <a:solidFill>
                                        <a:srgbClr val="FFFFFF"/>
                                      </a:solidFill>
                                      <a:ln w="9525">
                                        <a:solidFill>
                                          <a:srgbClr val="000000"/>
                                        </a:solidFill>
                                        <a:round/>
                                        <a:headEnd/>
                                        <a:tailEnd/>
                                      </a:ln>
                                    </wps:spPr>
                                    <wps:bodyPr rot="0" vert="horz" wrap="square" lIns="91440" tIns="45720" rIns="91440" bIns="45720" anchor="ctr" anchorCtr="0" upright="1">
                                      <a:noAutofit/>
                                    </wps:bodyPr>
                                  </wps:wsp>
                                </wpg:grpSp>
                                <wps:wsp>
                                  <wps:cNvPr id="77644" name="Полилиния 28"/>
                                  <wps:cNvSpPr>
                                    <a:spLocks/>
                                  </wps:cNvSpPr>
                                  <wps:spPr bwMode="auto">
                                    <a:xfrm>
                                      <a:off x="114" y="666"/>
                                      <a:ext cx="13830" cy="2705"/>
                                    </a:xfrm>
                                    <a:custGeom>
                                      <a:avLst/>
                                      <a:gdLst>
                                        <a:gd name="T0" fmla="*/ 0 w 1383030"/>
                                        <a:gd name="T1" fmla="*/ 154305 h 270510"/>
                                        <a:gd name="T2" fmla="*/ 60960 w 1383030"/>
                                        <a:gd name="T3" fmla="*/ 270510 h 270510"/>
                                        <a:gd name="T4" fmla="*/ 1360170 w 1383030"/>
                                        <a:gd name="T5" fmla="*/ 87630 h 270510"/>
                                        <a:gd name="T6" fmla="*/ 1363980 w 1383030"/>
                                        <a:gd name="T7" fmla="*/ 83820 h 270510"/>
                                        <a:gd name="T8" fmla="*/ 1377315 w 1383030"/>
                                        <a:gd name="T9" fmla="*/ 72390 h 270510"/>
                                        <a:gd name="T10" fmla="*/ 1379220 w 1383030"/>
                                        <a:gd name="T11" fmla="*/ 66675 h 270510"/>
                                        <a:gd name="T12" fmla="*/ 1383030 w 1383030"/>
                                        <a:gd name="T13" fmla="*/ 49530 h 270510"/>
                                        <a:gd name="T14" fmla="*/ 1379220 w 1383030"/>
                                        <a:gd name="T15" fmla="*/ 30480 h 270510"/>
                                        <a:gd name="T16" fmla="*/ 1375410 w 1383030"/>
                                        <a:gd name="T17" fmla="*/ 17145 h 270510"/>
                                        <a:gd name="T18" fmla="*/ 1362075 w 1383030"/>
                                        <a:gd name="T19" fmla="*/ 0 h 270510"/>
                                        <a:gd name="T20" fmla="*/ 1356360 w 1383030"/>
                                        <a:gd name="T21" fmla="*/ 3810 h 270510"/>
                                        <a:gd name="T22" fmla="*/ 0 w 1383030"/>
                                        <a:gd name="T23" fmla="*/ 154305 h 27051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383030" h="270510">
                                          <a:moveTo>
                                            <a:pt x="0" y="154305"/>
                                          </a:moveTo>
                                          <a:lnTo>
                                            <a:pt x="60960" y="270510"/>
                                          </a:lnTo>
                                          <a:lnTo>
                                            <a:pt x="1360170" y="87630"/>
                                          </a:lnTo>
                                          <a:lnTo>
                                            <a:pt x="1363980" y="83820"/>
                                          </a:lnTo>
                                          <a:cubicBezTo>
                                            <a:pt x="1368425" y="80010"/>
                                            <a:pt x="1373426" y="76766"/>
                                            <a:pt x="1377315" y="72390"/>
                                          </a:cubicBezTo>
                                          <a:cubicBezTo>
                                            <a:pt x="1378649" y="70889"/>
                                            <a:pt x="1378668" y="68606"/>
                                            <a:pt x="1379220" y="66675"/>
                                          </a:cubicBezTo>
                                          <a:cubicBezTo>
                                            <a:pt x="1381014" y="60398"/>
                                            <a:pt x="1381721" y="56077"/>
                                            <a:pt x="1383030" y="49530"/>
                                          </a:cubicBezTo>
                                          <a:cubicBezTo>
                                            <a:pt x="1379779" y="26772"/>
                                            <a:pt x="1383020" y="43780"/>
                                            <a:pt x="1379220" y="30480"/>
                                          </a:cubicBezTo>
                                          <a:cubicBezTo>
                                            <a:pt x="1378640" y="28449"/>
                                            <a:pt x="1376753" y="19563"/>
                                            <a:pt x="1375410" y="17145"/>
                                          </a:cubicBezTo>
                                          <a:cubicBezTo>
                                            <a:pt x="1369713" y="6891"/>
                                            <a:pt x="1369017" y="6942"/>
                                            <a:pt x="1362075" y="0"/>
                                          </a:cubicBezTo>
                                          <a:lnTo>
                                            <a:pt x="1356360" y="3810"/>
                                          </a:lnTo>
                                          <a:lnTo>
                                            <a:pt x="0" y="154305"/>
                                          </a:lnTo>
                                          <a:close/>
                                        </a:path>
                                      </a:pathLst>
                                    </a:custGeom>
                                    <a:solidFill>
                                      <a:srgbClr val="FFFFFF"/>
                                    </a:solidFill>
                                    <a:ln w="12700">
                                      <a:solidFill>
                                        <a:srgbClr val="000000"/>
                                      </a:solidFill>
                                      <a:round/>
                                      <a:headEnd/>
                                      <a:tailEnd/>
                                    </a:ln>
                                  </wps:spPr>
                                  <wps:bodyPr rot="0" vert="horz" wrap="square" lIns="91440" tIns="45720" rIns="91440" bIns="45720" anchor="ctr" anchorCtr="0" upright="1">
                                    <a:noAutofit/>
                                  </wps:bodyPr>
                                </wps:wsp>
                              </wpg:grpSp>
                              <wps:wsp>
                                <wps:cNvPr id="77645" name="Овал 1"/>
                                <wps:cNvSpPr>
                                  <a:spLocks/>
                                </wps:cNvSpPr>
                                <wps:spPr bwMode="auto">
                                  <a:xfrm>
                                    <a:off x="0" y="6162"/>
                                    <a:ext cx="39655" cy="2654"/>
                                  </a:xfrm>
                                  <a:custGeom>
                                    <a:avLst/>
                                    <a:gdLst>
                                      <a:gd name="T0" fmla="*/ 62857 w 3829311"/>
                                      <a:gd name="T1" fmla="*/ 20536 h 694785"/>
                                      <a:gd name="T2" fmla="*/ 2132727 w 3829311"/>
                                      <a:gd name="T3" fmla="*/ 6647 h 694785"/>
                                      <a:gd name="T4" fmla="*/ 3937209 w 3829311"/>
                                      <a:gd name="T5" fmla="*/ 40144 h 694785"/>
                                      <a:gd name="T6" fmla="*/ 3708587 w 3829311"/>
                                      <a:gd name="T7" fmla="*/ 155319 h 694785"/>
                                      <a:gd name="T8" fmla="*/ 3103073 w 3829311"/>
                                      <a:gd name="T9" fmla="*/ 255943 h 694785"/>
                                      <a:gd name="T10" fmla="*/ 1945454 w 3829311"/>
                                      <a:gd name="T11" fmla="*/ 255385 h 694785"/>
                                      <a:gd name="T12" fmla="*/ 747238 w 3829311"/>
                                      <a:gd name="T13" fmla="*/ 244790 h 694785"/>
                                      <a:gd name="T14" fmla="*/ 293898 w 3829311"/>
                                      <a:gd name="T15" fmla="*/ 180039 h 694785"/>
                                      <a:gd name="T16" fmla="*/ 62857 w 3829311"/>
                                      <a:gd name="T17" fmla="*/ 20536 h 69478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829311" h="694785">
                                        <a:moveTo>
                                          <a:pt x="60697" y="53754"/>
                                        </a:moveTo>
                                        <a:cubicBezTo>
                                          <a:pt x="207781" y="-32497"/>
                                          <a:pt x="1435906" y="8844"/>
                                          <a:pt x="2059443" y="17398"/>
                                        </a:cubicBezTo>
                                        <a:cubicBezTo>
                                          <a:pt x="2682980" y="25952"/>
                                          <a:pt x="3697347" y="-23531"/>
                                          <a:pt x="3801920" y="105080"/>
                                        </a:cubicBezTo>
                                        <a:cubicBezTo>
                                          <a:pt x="3906493" y="233691"/>
                                          <a:pt x="3685249" y="301366"/>
                                          <a:pt x="3581154" y="406561"/>
                                        </a:cubicBezTo>
                                        <a:cubicBezTo>
                                          <a:pt x="3466291" y="458576"/>
                                          <a:pt x="3271435" y="615689"/>
                                          <a:pt x="2996446" y="669953"/>
                                        </a:cubicBezTo>
                                        <a:cubicBezTo>
                                          <a:pt x="2721457" y="724217"/>
                                          <a:pt x="2257752" y="673358"/>
                                          <a:pt x="1878605" y="668492"/>
                                        </a:cubicBezTo>
                                        <a:cubicBezTo>
                                          <a:pt x="1499458" y="663626"/>
                                          <a:pt x="1181625" y="671285"/>
                                          <a:pt x="721562" y="640757"/>
                                        </a:cubicBezTo>
                                        <a:cubicBezTo>
                                          <a:pt x="453989" y="597262"/>
                                          <a:pt x="393948" y="555196"/>
                                          <a:pt x="283799" y="471266"/>
                                        </a:cubicBezTo>
                                        <a:cubicBezTo>
                                          <a:pt x="51678" y="279885"/>
                                          <a:pt x="-86387" y="140005"/>
                                          <a:pt x="60697" y="53754"/>
                                        </a:cubicBezTo>
                                        <a:close/>
                                      </a:path>
                                    </a:pathLst>
                                  </a:custGeom>
                                  <a:solidFill>
                                    <a:srgbClr val="FFFFFF"/>
                                  </a:solidFill>
                                  <a:ln w="25400">
                                    <a:solidFill>
                                      <a:srgbClr val="000000"/>
                                    </a:solidFill>
                                    <a:round/>
                                    <a:headEnd/>
                                    <a:tailEnd/>
                                  </a:ln>
                                </wps:spPr>
                                <wps:bodyPr rot="0" vert="horz" wrap="square" lIns="91440" tIns="45720" rIns="91440" bIns="45720" anchor="ctr" anchorCtr="0" upright="1">
                                  <a:noAutofit/>
                                </wps:bodyPr>
                              </wps:wsp>
                            </wpg:grpSp>
                          </wpg:grpSp>
                        </wpg:grpSp>
                      </wpg:grpSp>
                      <wps:wsp>
                        <wps:cNvPr id="77646" name="Прямоугольник 45"/>
                        <wps:cNvSpPr>
                          <a:spLocks noChangeArrowheads="1"/>
                        </wps:cNvSpPr>
                        <wps:spPr bwMode="auto">
                          <a:xfrm>
                            <a:off x="12971" y="13716"/>
                            <a:ext cx="31555" cy="3147"/>
                          </a:xfrm>
                          <a:prstGeom prst="rect">
                            <a:avLst/>
                          </a:prstGeom>
                          <a:solidFill>
                            <a:srgbClr val="FFCCFF">
                              <a:alpha val="38823"/>
                            </a:srgbClr>
                          </a:solidFill>
                          <a:ln w="25400">
                            <a:solidFill>
                              <a:srgbClr val="FF0000"/>
                            </a:solidFill>
                            <a:miter lim="800000"/>
                            <a:headEnd/>
                            <a:tailEnd/>
                          </a:ln>
                        </wps:spPr>
                        <wps:bodyPr rot="0" vert="horz" wrap="square" lIns="91440" tIns="45720" rIns="91440" bIns="45720" anchor="ctr" anchorCtr="0" upright="1">
                          <a:noAutofit/>
                        </wps:bodyPr>
                      </wps:wsp>
                      <wps:wsp>
                        <wps:cNvPr id="77647" name="Прямоугольник 39"/>
                        <wps:cNvSpPr>
                          <a:spLocks/>
                        </wps:cNvSpPr>
                        <wps:spPr bwMode="auto">
                          <a:xfrm>
                            <a:off x="12971" y="17012"/>
                            <a:ext cx="31553" cy="4321"/>
                          </a:xfrm>
                          <a:custGeom>
                            <a:avLst/>
                            <a:gdLst>
                              <a:gd name="T0" fmla="*/ 0 w 3156011"/>
                              <a:gd name="T1" fmla="*/ 0 h 432211"/>
                              <a:gd name="T2" fmla="*/ 3155234 w 3156011"/>
                              <a:gd name="T3" fmla="*/ 0 h 432211"/>
                              <a:gd name="T4" fmla="*/ 3084463 w 3156011"/>
                              <a:gd name="T5" fmla="*/ 308287 h 432211"/>
                              <a:gd name="T6" fmla="*/ 2707926 w 3156011"/>
                              <a:gd name="T7" fmla="*/ 428217 h 432211"/>
                              <a:gd name="T8" fmla="*/ 348080 w 3156011"/>
                              <a:gd name="T9" fmla="*/ 428217 h 432211"/>
                              <a:gd name="T10" fmla="*/ 59663 w 3156011"/>
                              <a:gd name="T11" fmla="*/ 308287 h 432211"/>
                              <a:gd name="T12" fmla="*/ 0 w 3156011"/>
                              <a:gd name="T13" fmla="*/ 0 h 43221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156011" h="432211">
                                <a:moveTo>
                                  <a:pt x="0" y="0"/>
                                </a:moveTo>
                                <a:lnTo>
                                  <a:pt x="3156011" y="0"/>
                                </a:lnTo>
                                <a:lnTo>
                                  <a:pt x="3085223" y="308353"/>
                                </a:lnTo>
                                <a:cubicBezTo>
                                  <a:pt x="2534437" y="465368"/>
                                  <a:pt x="2834136" y="388323"/>
                                  <a:pt x="2708593" y="428308"/>
                                </a:cubicBezTo>
                                <a:lnTo>
                                  <a:pt x="348166" y="428308"/>
                                </a:lnTo>
                                <a:cubicBezTo>
                                  <a:pt x="252003" y="388323"/>
                                  <a:pt x="549258" y="518538"/>
                                  <a:pt x="59678" y="308353"/>
                                </a:cubicBezTo>
                                <a:cubicBezTo>
                                  <a:pt x="-13378" y="-177230"/>
                                  <a:pt x="19893" y="102784"/>
                                  <a:pt x="0" y="0"/>
                                </a:cubicBezTo>
                                <a:close/>
                              </a:path>
                            </a:pathLst>
                          </a:custGeom>
                          <a:solidFill>
                            <a:srgbClr val="FFCCFF">
                              <a:alpha val="38823"/>
                            </a:srgbClr>
                          </a:solidFill>
                          <a:ln w="25400">
                            <a:solidFill>
                              <a:srgbClr val="FF0000"/>
                            </a:solidFill>
                            <a:round/>
                            <a:headEnd/>
                            <a:tailEnd/>
                          </a:ln>
                        </wps:spPr>
                        <wps:bodyPr rot="0" vert="horz" wrap="square" lIns="91440" tIns="45720" rIns="91440" bIns="45720" anchor="ctr" anchorCtr="0" upright="1">
                          <a:noAutofit/>
                        </wps:bodyPr>
                      </wps:wsp>
                      <wps:wsp>
                        <wps:cNvPr id="77648" name="Прямоугольник 41"/>
                        <wps:cNvSpPr>
                          <a:spLocks noChangeArrowheads="1"/>
                        </wps:cNvSpPr>
                        <wps:spPr bwMode="auto">
                          <a:xfrm>
                            <a:off x="23072" y="8718"/>
                            <a:ext cx="11903" cy="4966"/>
                          </a:xfrm>
                          <a:prstGeom prst="rect">
                            <a:avLst/>
                          </a:prstGeom>
                          <a:solidFill>
                            <a:srgbClr val="FFCCFF">
                              <a:alpha val="38823"/>
                            </a:srgbClr>
                          </a:solidFill>
                          <a:ln w="25400">
                            <a:solidFill>
                              <a:srgbClr val="FF0000"/>
                            </a:solidFill>
                            <a:miter lim="800000"/>
                            <a:headEnd/>
                            <a:tailEnd/>
                          </a:ln>
                        </wps:spPr>
                        <wps:bodyPr rot="0" vert="horz" wrap="square" lIns="91440" tIns="45720" rIns="91440" bIns="45720" anchor="ctr" anchorCtr="0" upright="1">
                          <a:noAutofit/>
                        </wps:bodyPr>
                      </wps:wsp>
                      <wpg:grpSp>
                        <wpg:cNvPr id="77649" name="Группа 75"/>
                        <wpg:cNvGrpSpPr>
                          <a:grpSpLocks/>
                        </wpg:cNvGrpSpPr>
                        <wpg:grpSpPr bwMode="auto">
                          <a:xfrm>
                            <a:off x="0" y="0"/>
                            <a:ext cx="52627" cy="19000"/>
                            <a:chOff x="0" y="0"/>
                            <a:chExt cx="52627" cy="19000"/>
                          </a:xfrm>
                        </wpg:grpSpPr>
                        <wpg:grpSp>
                          <wpg:cNvPr id="77650" name="Группа 15"/>
                          <wpg:cNvGrpSpPr>
                            <a:grpSpLocks/>
                          </wpg:cNvGrpSpPr>
                          <wpg:grpSpPr bwMode="auto">
                            <a:xfrm>
                              <a:off x="0" y="637"/>
                              <a:ext cx="23008" cy="10356"/>
                              <a:chOff x="0" y="0"/>
                              <a:chExt cx="23015" cy="10364"/>
                            </a:xfrm>
                          </wpg:grpSpPr>
                          <wps:wsp>
                            <wps:cNvPr id="77651" name="Поле 2"/>
                            <wps:cNvSpPr txBox="1">
                              <a:spLocks noChangeArrowheads="1"/>
                            </wps:cNvSpPr>
                            <wps:spPr bwMode="auto">
                              <a:xfrm>
                                <a:off x="0" y="0"/>
                                <a:ext cx="12799" cy="4420"/>
                              </a:xfrm>
                              <a:prstGeom prst="rect">
                                <a:avLst/>
                              </a:prstGeom>
                              <a:solidFill>
                                <a:srgbClr val="E2EFD9"/>
                              </a:solidFill>
                              <a:ln w="6350">
                                <a:solidFill>
                                  <a:srgbClr val="000000"/>
                                </a:solidFill>
                                <a:miter lim="800000"/>
                                <a:headEnd/>
                                <a:tailEnd/>
                              </a:ln>
                            </wps:spPr>
                            <wps:txbx>
                              <w:txbxContent>
                                <w:p w14:paraId="0E8AA06C" w14:textId="77777777" w:rsidR="00D5417B" w:rsidRPr="00F55B69" w:rsidRDefault="00D5417B" w:rsidP="00D5417B">
                                  <w:pPr>
                                    <w:ind w:right="-141"/>
                                    <w:jc w:val="center"/>
                                  </w:pPr>
                                  <w:r w:rsidRPr="00F55B69">
                                    <w:t>Оцінка – “задовільно”</w:t>
                                  </w:r>
                                </w:p>
                              </w:txbxContent>
                            </wps:txbx>
                            <wps:bodyPr rot="0" vert="horz" wrap="square" lIns="91440" tIns="45720" rIns="91440" bIns="45720" anchor="t" anchorCtr="0" upright="1">
                              <a:noAutofit/>
                            </wps:bodyPr>
                          </wps:wsp>
                          <wps:wsp>
                            <wps:cNvPr id="77652" name="Прямая со стрелкой 11"/>
                            <wps:cNvCnPr>
                              <a:cxnSpLocks noChangeShapeType="1"/>
                            </wps:cNvCnPr>
                            <wps:spPr bwMode="auto">
                              <a:xfrm>
                                <a:off x="12784" y="3250"/>
                                <a:ext cx="10231" cy="7114"/>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3" name="Группа 16"/>
                          <wpg:cNvGrpSpPr>
                            <a:grpSpLocks/>
                          </wpg:cNvGrpSpPr>
                          <wpg:grpSpPr bwMode="auto">
                            <a:xfrm>
                              <a:off x="0" y="12246"/>
                              <a:ext cx="18647" cy="6657"/>
                              <a:chOff x="0" y="657"/>
                              <a:chExt cx="18653" cy="6663"/>
                            </a:xfrm>
                          </wpg:grpSpPr>
                          <wps:wsp>
                            <wps:cNvPr id="77654" name="Поле 17"/>
                            <wps:cNvSpPr txBox="1">
                              <a:spLocks noChangeArrowheads="1"/>
                            </wps:cNvSpPr>
                            <wps:spPr bwMode="auto">
                              <a:xfrm>
                                <a:off x="0" y="657"/>
                                <a:ext cx="12799" cy="2695"/>
                              </a:xfrm>
                              <a:prstGeom prst="rect">
                                <a:avLst/>
                              </a:prstGeom>
                              <a:solidFill>
                                <a:srgbClr val="E2EFD9"/>
                              </a:solidFill>
                              <a:ln w="6350">
                                <a:solidFill>
                                  <a:srgbClr val="000000"/>
                                </a:solidFill>
                                <a:miter lim="800000"/>
                                <a:headEnd/>
                                <a:tailEnd/>
                              </a:ln>
                            </wps:spPr>
                            <wps:txbx>
                              <w:txbxContent>
                                <w:p w14:paraId="6043DC22" w14:textId="77777777" w:rsidR="00D5417B" w:rsidRPr="00F55B69" w:rsidRDefault="00D5417B" w:rsidP="00D5417B">
                                  <w:r w:rsidRPr="00F55B69">
                                    <w:t>Оцінка – “добре”</w:t>
                                  </w:r>
                                </w:p>
                              </w:txbxContent>
                            </wps:txbx>
                            <wps:bodyPr rot="0" vert="horz" wrap="square" lIns="91440" tIns="45720" rIns="91440" bIns="45720" anchor="t" anchorCtr="0" upright="1">
                              <a:noAutofit/>
                            </wps:bodyPr>
                          </wps:wsp>
                          <wps:wsp>
                            <wps:cNvPr id="77655" name="Прямая со стрелкой 18"/>
                            <wps:cNvCnPr>
                              <a:cxnSpLocks noChangeShapeType="1"/>
                            </wps:cNvCnPr>
                            <wps:spPr bwMode="auto">
                              <a:xfrm>
                                <a:off x="12784" y="3250"/>
                                <a:ext cx="5869" cy="4070"/>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6" name="Группа 19"/>
                          <wpg:cNvGrpSpPr>
                            <a:grpSpLocks/>
                          </wpg:cNvGrpSpPr>
                          <wpg:grpSpPr bwMode="auto">
                            <a:xfrm>
                              <a:off x="0" y="6460"/>
                              <a:ext cx="20838" cy="8313"/>
                              <a:chOff x="0" y="506"/>
                              <a:chExt cx="20848" cy="8320"/>
                            </a:xfrm>
                          </wpg:grpSpPr>
                          <wps:wsp>
                            <wps:cNvPr id="77657" name="Поле 20"/>
                            <wps:cNvSpPr txBox="1">
                              <a:spLocks noChangeArrowheads="1"/>
                            </wps:cNvSpPr>
                            <wps:spPr bwMode="auto">
                              <a:xfrm>
                                <a:off x="0" y="506"/>
                                <a:ext cx="12799" cy="2766"/>
                              </a:xfrm>
                              <a:prstGeom prst="rect">
                                <a:avLst/>
                              </a:prstGeom>
                              <a:solidFill>
                                <a:srgbClr val="E2EFD9"/>
                              </a:solidFill>
                              <a:ln w="6350">
                                <a:solidFill>
                                  <a:srgbClr val="000000"/>
                                </a:solidFill>
                                <a:miter lim="800000"/>
                                <a:headEnd/>
                                <a:tailEnd/>
                              </a:ln>
                            </wps:spPr>
                            <wps:txbx>
                              <w:txbxContent>
                                <w:p w14:paraId="709728AC" w14:textId="77777777" w:rsidR="00D5417B" w:rsidRPr="00F55B69" w:rsidRDefault="00D5417B" w:rsidP="00D5417B">
                                  <w:pPr>
                                    <w:ind w:right="-106"/>
                                    <w:jc w:val="center"/>
                                  </w:pPr>
                                  <w:r w:rsidRPr="00F55B69">
                                    <w:t>Оцінка – “відмінно”</w:t>
                                  </w:r>
                                </w:p>
                              </w:txbxContent>
                            </wps:txbx>
                            <wps:bodyPr rot="0" vert="horz" wrap="square" lIns="91440" tIns="45720" rIns="91440" bIns="45720" anchor="t" anchorCtr="0" upright="1">
                              <a:noAutofit/>
                            </wps:bodyPr>
                          </wps:wsp>
                          <wps:wsp>
                            <wps:cNvPr id="77658" name="Прямая со стрелкой 21"/>
                            <wps:cNvCnPr>
                              <a:cxnSpLocks noChangeShapeType="1"/>
                            </wps:cNvCnPr>
                            <wps:spPr bwMode="auto">
                              <a:xfrm>
                                <a:off x="12784" y="3250"/>
                                <a:ext cx="8064" cy="5576"/>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9" name="Группа 72"/>
                          <wpg:cNvGrpSpPr>
                            <a:grpSpLocks/>
                          </wpg:cNvGrpSpPr>
                          <wpg:grpSpPr bwMode="auto">
                            <a:xfrm>
                              <a:off x="32322" y="0"/>
                              <a:ext cx="20304" cy="9324"/>
                              <a:chOff x="0" y="0"/>
                              <a:chExt cx="20303" cy="9324"/>
                            </a:xfrm>
                          </wpg:grpSpPr>
                          <wps:wsp>
                            <wps:cNvPr id="77660" name="Поле 46"/>
                            <wps:cNvSpPr txBox="1">
                              <a:spLocks noChangeArrowheads="1"/>
                            </wps:cNvSpPr>
                            <wps:spPr bwMode="auto">
                              <a:xfrm>
                                <a:off x="2764" y="0"/>
                                <a:ext cx="17539"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78D777" w14:textId="77777777" w:rsidR="00D5417B" w:rsidRPr="005A7B1D" w:rsidRDefault="00D5417B" w:rsidP="00D5417B">
                                  <w:r w:rsidRPr="005A7B1D">
                                    <w:t>Зона ураження №3</w:t>
                                  </w:r>
                                </w:p>
                              </w:txbxContent>
                            </wps:txbx>
                            <wps:bodyPr rot="0" vert="horz" wrap="square" lIns="91440" tIns="45720" rIns="91440" bIns="45720" anchor="t" anchorCtr="0" upright="1">
                              <a:noAutofit/>
                            </wps:bodyPr>
                          </wps:wsp>
                          <wps:wsp>
                            <wps:cNvPr id="77661" name="Прямая со стрелкой 47"/>
                            <wps:cNvCnPr>
                              <a:cxnSpLocks noChangeShapeType="1"/>
                            </wps:cNvCnPr>
                            <wps:spPr bwMode="auto">
                              <a:xfrm flipH="1">
                                <a:off x="0" y="3296"/>
                                <a:ext cx="2853" cy="6028"/>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62" name="Группа 71"/>
                          <wpg:cNvGrpSpPr>
                            <a:grpSpLocks/>
                          </wpg:cNvGrpSpPr>
                          <wpg:grpSpPr bwMode="auto">
                            <a:xfrm>
                              <a:off x="31153" y="3827"/>
                              <a:ext cx="21471" cy="11558"/>
                              <a:chOff x="0" y="0"/>
                              <a:chExt cx="21471" cy="11557"/>
                            </a:xfrm>
                          </wpg:grpSpPr>
                          <wps:wsp>
                            <wps:cNvPr id="77663" name="Поле 204"/>
                            <wps:cNvSpPr txBox="1">
                              <a:spLocks noChangeArrowheads="1"/>
                            </wps:cNvSpPr>
                            <wps:spPr bwMode="auto">
                              <a:xfrm>
                                <a:off x="4040" y="0"/>
                                <a:ext cx="17431"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A35610" w14:textId="77777777" w:rsidR="00D5417B" w:rsidRPr="005A7B1D" w:rsidRDefault="00D5417B" w:rsidP="00D5417B">
                                  <w:r w:rsidRPr="005A7B1D">
                                    <w:t>Зона ураження № 1</w:t>
                                  </w:r>
                                </w:p>
                              </w:txbxContent>
                            </wps:txbx>
                            <wps:bodyPr rot="0" vert="horz" wrap="square" lIns="91440" tIns="45720" rIns="91440" bIns="45720" anchor="t" anchorCtr="0" upright="1">
                              <a:noAutofit/>
                            </wps:bodyPr>
                          </wps:wsp>
                          <wps:wsp>
                            <wps:cNvPr id="77664" name="Прямая со стрелкой 205"/>
                            <wps:cNvCnPr>
                              <a:cxnSpLocks noChangeShapeType="1"/>
                            </wps:cNvCnPr>
                            <wps:spPr bwMode="auto">
                              <a:xfrm flipH="1">
                                <a:off x="0" y="3296"/>
                                <a:ext cx="4108" cy="8261"/>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65" name="Группа 74"/>
                          <wpg:cNvGrpSpPr>
                            <a:grpSpLocks/>
                          </wpg:cNvGrpSpPr>
                          <wpg:grpSpPr bwMode="auto">
                            <a:xfrm>
                              <a:off x="31153" y="7549"/>
                              <a:ext cx="21474" cy="11451"/>
                              <a:chOff x="0" y="0"/>
                              <a:chExt cx="21474" cy="11451"/>
                            </a:xfrm>
                          </wpg:grpSpPr>
                          <wps:wsp>
                            <wps:cNvPr id="77666" name="Поле 206"/>
                            <wps:cNvSpPr txBox="1">
                              <a:spLocks noChangeArrowheads="1"/>
                            </wps:cNvSpPr>
                            <wps:spPr bwMode="auto">
                              <a:xfrm>
                                <a:off x="4253" y="0"/>
                                <a:ext cx="17221"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3F52ED" w14:textId="77777777" w:rsidR="00D5417B" w:rsidRPr="005A7B1D" w:rsidRDefault="00D5417B" w:rsidP="00D5417B">
                                  <w:r w:rsidRPr="005A7B1D">
                                    <w:t>Зона ураження № 2</w:t>
                                  </w:r>
                                </w:p>
                              </w:txbxContent>
                            </wps:txbx>
                            <wps:bodyPr rot="0" vert="horz" wrap="square" lIns="91440" tIns="45720" rIns="91440" bIns="45720" anchor="t" anchorCtr="0" upright="1">
                              <a:noAutofit/>
                            </wps:bodyPr>
                          </wps:wsp>
                          <wps:wsp>
                            <wps:cNvPr id="77667" name="Прямая со стрелкой 207"/>
                            <wps:cNvCnPr>
                              <a:cxnSpLocks noChangeShapeType="1"/>
                            </wps:cNvCnPr>
                            <wps:spPr bwMode="auto">
                              <a:xfrm flipH="1">
                                <a:off x="0" y="3189"/>
                                <a:ext cx="4400" cy="8262"/>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5147D7A7" id="Групувати 77041" o:spid="_x0000_s1029" style="position:absolute;left:0;text-align:left;margin-left:2.95pt;margin-top:23.75pt;width:447.9pt;height:199.4pt;z-index:251661312" coordsize="52627,23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">
                <v:group id="Группа 44" o:spid="_x0000_s1030" style="position:absolute;left:13609;top:8718;width:37461;height:14608"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">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Солнце 38" o:spid="_x0000_s1031" type="#_x0000_t183" style="position:absolute;left:695;top:6261;width:2730;height:2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" adj="4670" fillcolor="black" strokeweight="2pt"/>
                  <v:group id="Группа 43" o:spid="_x0000_s1032" style="position:absolute;width:37470;height:14610"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">
                    <v:group id="Группа 9" o:spid="_x0000_s1033" style="position:absolute;left:3081;top:6062;width:23618;height:5332" coordsize="36736,6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">
                      <o:lock v:ext="edit" aspectratio="t"/>
                      <v:oval id="Овал 3" o:spid="_x0000_s1034" style="position:absolute;width:6120;height:6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" filled="f" strokeweight="1.5pt"/>
                      <v:oval id="Овал 4" o:spid="_x0000_s1035" style="position:absolute;left:6060;top:318;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" filled="f" strokeweight="1.5pt"/>
                      <v:oval id="Овал 5" o:spid="_x0000_s1036" style="position:absolute;left:12121;top:318;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" filled="f" strokeweight="1.5pt"/>
                      <v:oval id="Овал 6" o:spid="_x0000_s1037" style="position:absolute;left:18181;top:637;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" filled="f" strokeweight="1.5pt"/>
                      <v:oval id="Овал 7" o:spid="_x0000_s1038" style="position:absolute;left:24454;top:637;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" filled="f" strokeweight="1.5pt"/>
                      <v:oval id="Овал 8" o:spid="_x0000_s1039" style="position:absolute;left:30621;width:611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" filled="f" strokeweight="1.5pt"/>
                    </v:group>
                    <v:group id="Группа 42" o:spid="_x0000_s1040" style="position:absolute;width:37470;height:14610"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">
                      <v:group id="Группа 37" o:spid="_x0000_s1041" style="position:absolute;left:4273;top:7653;width:21309;height:2597" coordsize="27928,2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">
                        <v:oval id="Овал 36" o:spid="_x0000_s1042" style="position:absolute;left:25841;width:2087;height:2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" filled="f" strokeweight="1.25pt"/>
                        <v:oval id="Овал 34" o:spid="_x0000_s1043" style="position:absolute;left:15206;top:496;width:2083;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" filled="f" strokeweight="1.25pt"/>
                        <v:oval id="Овал 33" o:spid="_x0000_s1044" style="position:absolute;left:10336;top:496;width:2083;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" filled="f" strokeweight="1.25pt"/>
                        <v:oval id="Овал 32" o:spid="_x0000_s1045" style="position:absolute;left:4969;top:298;width:2083;height:2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" filled="f" strokeweight="1.25pt"/>
                        <v:oval id="Овал 31" o:spid="_x0000_s1046" style="position:absolute;top:99;width:2087;height:2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" filled="f" strokeweight="1.25pt"/>
                        <v:oval id="Овал 35" o:spid="_x0000_s1047" style="position:absolute;left:20574;top:695;width:2082;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" filled="f" strokeweight="1.25pt"/>
                      </v:group>
                      <v:group id="Группа 30" o:spid="_x0000_s1048" style="position:absolute;width:37470;height:14610" coordsize="49112,15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">
                        <v:shape id="Овал 1" o:spid="_x0000_s1049" style="position:absolute;top:6062;width:39655;height:6376;visibility:visible;mso-wrap-style:square;v-text-anchor:middle" coordsize="3829311,69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" path="m60697,53754c207781,-32497,1435906,8844,2059443,17398v623537,8554,1637904,-40929,1742477,87682c3906493,233691,3685249,301366,3581154,406561v-114863,52015,-309719,209128,-584708,263392c2721457,724217,2257752,673358,1878605,668492v-379147,-4866,-696980,2793,-1157043,-27735c453989,597262,393948,555196,283799,471266,51678,279885,-86387,140005,60697,53754xe" filled="f" strokeweight="2pt">
                          <v:path arrowok="t" o:connecttype="custom" o:connectlocs="651,453;22086,147;40772,885;38405,3424;32134,5642;20146,5629;7738,5396;3044,3968;651,453" o:connectangles="0,0,0,0,0,0,0,0,0"/>
                        </v:shape>
                        <v:shape id="Дуга 12" o:spid="_x0000_s1050" style="position:absolute;left:13020;width:15094;height:15627;visibility:visible;mso-wrap-style:square;v-text-anchor:middle" coordsize="1509395,156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" path="m17627,613480nsc94204,253105,403843,-2685,760232,21v356123,2704,661954,262788,733693,623947l754698,781368,17627,613480xem17627,613480nfc94204,253105,403843,-2685,760232,21v356123,2704,661954,262788,733693,623947e" filled="f" strokeweight="1.5pt">
                          <v:path arrowok="t" o:connecttype="custom" o:connectlocs="176,6135;7602,0;14939,6240" o:connectangles="0,0,0"/>
                        </v:shape>
                        <v:group id="Группа 29" o:spid="_x0000_s1051" style="position:absolute;left:26935;top:1391;width:22177;height:3372" coordsize="22177,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">
                          <v:shape id="Прямоугольник 14" o:spid="_x0000_s1052" style="position:absolute;top:952;width:22177;height:1348;rotation:-383771fd;visibility:visible;mso-wrap-style:square;v-text-anchor:middle" coordsize="2217221,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" path="m,35345l2217221,r,127590l48696,307975,,35345xe" filled="f" strokeweight="1.5pt">
                            <v:path arrowok="t" o:connecttype="custom" o:connectlocs="0,68;22182,0;22182,245;487,590;0,68" o:connectangles="0,0,0,0,0"/>
                          </v:shape>
                          <v:group id="Группа 26" o:spid="_x0000_s1053" style="position:absolute;left:13087;width:4273;height:1917" coordsize="42735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">
                            <v:shape id="Полилиния 23" o:spid="_x0000_s1054" style="position:absolute;left:57150;width:370205;height:190500;visibility:visible;mso-wrap-style:square;v-text-anchor:middle" coordsize="376177,1984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" adj="-11796480,,5400" path="m,43464r,l15498,49276v6203,2256,6185,1280,11624,5812c29227,56842,31252,58737,32934,60899v2859,3676,7749,11624,7749,11624c42706,78592,45324,85452,46495,91896v817,4493,1041,9083,1937,13561c49476,110679,52307,120955,52307,120955v-646,9687,-922,19405,-1938,29060c50090,152663,49197,155214,48432,157764v-28,93,-4828,14483,-5812,17435c40957,180186,33689,188777,29059,192635v-1789,1491,-3729,2834,-5812,3875c21421,197423,17436,198447,17436,198447l333213,153889r7750,-3874c342201,149131,357773,139129,360336,134516v1983,-3570,2583,-7749,3874,-11623c365682,118475,370486,115687,371959,111269r1938,-5812c376092,81309,377680,75081,373897,47338v-315,-2307,-2583,-3874,-3875,-5811l366147,29903v-646,-1937,-493,-4368,-1937,-5812c362273,22154,360152,20384,358398,18279v-1490,-1789,-2228,-4166,-3874,-5812c350770,8713,347625,8230,342900,6655,332978,-3267,339828,843,319652,843l,43464xe">
                              <v:stroke joinstyle="miter"/>
                              <v:formulas/>
                              <v:path arrowok="t" o:connecttype="custom" o:connectlocs="0,40052;0,40052;15010,45409;26267,50764;31896,56119;39401,66831;45031,84683;46906,97180;50660,111461;48782,138241;46906,145381;41277,161448;28144,177516;22515,181087;16887,182871;322717,141810;330223,138241;348985,123958;352738,113248;360243,102536;362119,97180;362119,43622;358367,38268;354614,27556;352738,22200;347109,16844;343357,11489;332099,6132;309583,777;0,40052" o:connectangles="0,0,0,0,0,0,0,0,0,0,0,0,0,0,0,0,0,0,0,0,0,0,0,0,0,0,0,0,0,0" textboxrect="0,0,376177,198447"/>
                              <v:textbox>
                                <w:txbxContent>
                                  <w:p w14:paraId="77A46302" w14:textId="77777777" w:rsidR="00D5417B" w:rsidRDefault="00D5417B" w:rsidP="00D5417B">
                                    <w:pPr>
                                      <w:jc w:val="center"/>
                                    </w:pPr>
                                  </w:p>
                                </w:txbxContent>
                              </v:textbox>
                            </v:shape>
                            <v:oval id="Овал 24" o:spid="_x0000_s1055" style="position:absolute;top:40005;width:105410;height:151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"/>
                          </v:group>
                          <v:shape id="Полилиния 28" o:spid="_x0000_s1056" style="position:absolute;left:114;top:666;width:13830;height:2705;visibility:visible;mso-wrap-style:square;v-text-anchor:middle" coordsize="1383030,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" path="m,154305l60960,270510,1360170,87630r3810,-3810c1368425,80010,1373426,76766,1377315,72390v1334,-1501,1353,-3784,1905,-5715c1381014,60398,1381721,56077,1383030,49530v-3251,-22758,-10,-5750,-3810,-19050c1378640,28449,1376753,19563,1375410,17145,1369713,6891,1369017,6942,1362075,r-5715,3810l,154305xe" strokeweight="1pt">
                            <v:path arrowok="t" o:connecttype="custom" o:connectlocs="0,1543;610,2705;13601,876;13640,838;13773,724;13792,667;13830,495;13792,305;13754,171;13620,0;13563,38;0,1543" o:connectangles="0,0,0,0,0,0,0,0,0,0,0,0"/>
                          </v:shape>
                        </v:group>
                        <v:shape id="Овал 1" o:spid="_x0000_s1057" style="position:absolute;top:6162;width:39655;height:2654;visibility:visible;mso-wrap-style:square;v-text-anchor:middle" coordsize="3829311,69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" path="m60697,53754c207781,-32497,1435906,8844,2059443,17398v623537,8554,1637904,-40929,1742477,87682c3906493,233691,3685249,301366,3581154,406561v-114863,52015,-309719,209128,-584708,263392c2721457,724217,2257752,673358,1878605,668492v-379147,-4866,-696980,2793,-1157043,-27735c453989,597262,393948,555196,283799,471266,51678,279885,-86387,140005,60697,53754xe" strokeweight="2pt">
                          <v:path arrowok="t" o:connecttype="custom" o:connectlocs="651,78;22086,25;40772,153;38405,593;32134,978;20146,976;7738,935;3044,688;651,78" o:connectangles="0,0,0,0,0,0,0,0,0"/>
                        </v:shape>
                      </v:group>
                    </v:group>
                  </v:group>
                </v:group>
                <v:rect id="Прямоугольник 45" o:spid="_x0000_s1058" style="position:absolute;left:12971;top:13716;width:31555;height:3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" fillcolor="#fcf" strokecolor="red" strokeweight="2pt">
                  <v:fill opacity="25443f"/>
                </v:rect>
                <v:shape id="Прямоугольник 39" o:spid="_x0000_s1059" style="position:absolute;left:12971;top:17012;width:31553;height:4321;visibility:visible;mso-wrap-style:square;v-text-anchor:middle" coordsize="3156011,43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" path="m,l3156011,r-70788,308353c2534437,465368,2834136,388323,2708593,428308r-2360427,c252003,388323,549258,518538,59678,308353,-13378,-177230,19893,102784,,xe" fillcolor="#fcf" strokecolor="red" strokeweight="2pt">
                  <v:fill opacity="25443f"/>
                  <v:path arrowok="t" o:connecttype="custom" o:connectlocs="0,0;31545,0;30838,3082;27073,4281;3480,4281;596,3082;0,0" o:connectangles="0,0,0,0,0,0,0"/>
                </v:shape>
                <v:rect id="Прямоугольник 41" o:spid="_x0000_s1060" style="position:absolute;left:23072;top:8718;width:11903;height:4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" fillcolor="#fcf" strokecolor="red" strokeweight="2pt">
                  <v:fill opacity="25443f"/>
                </v:rect>
                <v:group id="Группа 75" o:spid="_x0000_s1061" style="position:absolute;width:52627;height:19000" coordsize="52627,1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">
                  <v:group id="Группа 15" o:spid="_x0000_s1062" style="position:absolute;top:637;width:23008;height:10356" coordsize="23015,1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">
                    <v:shapetype id="_x0000_t202" coordsize="21600,21600" o:spt="202" path="m,l,21600r21600,l21600,xe">
                      <v:stroke joinstyle="miter"/>
                      <v:path gradientshapeok="t" o:connecttype="rect"/>
                    </v:shapetype>
                    <v:shape id="Поле 2" o:spid="_x0000_s1063" type="#_x0000_t202" style="position:absolute;width:12799;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" fillcolor="#e2efd9" strokeweight=".5pt">
                      <v:textbox>
                        <w:txbxContent>
                          <w:p w14:paraId="0E8AA06C" w14:textId="77777777" w:rsidR="00D5417B" w:rsidRPr="00F55B69" w:rsidRDefault="00D5417B" w:rsidP="00D5417B">
                            <w:pPr>
                              <w:ind w:right="-141"/>
                              <w:jc w:val="center"/>
                            </w:pPr>
                            <w:r w:rsidRPr="00F55B69">
                              <w:t>Оцінка – “задовільно”</w:t>
                            </w:r>
                          </w:p>
                        </w:txbxContent>
                      </v:textbox>
                    </v:shape>
                    <v:shapetype id="_x0000_t32" coordsize="21600,21600" o:spt="32" o:oned="t" path="m,l21600,21600e" filled="f">
                      <v:path arrowok="t" fillok="f" o:connecttype="none"/>
                      <o:lock v:ext="edit" shapetype="t"/>
                    </v:shapetype>
                    <v:shape id="Прямая со стрелкой 11" o:spid="_x0000_s1064" type="#_x0000_t32" style="position:absolute;left:12784;top:3250;width:10231;height:71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">
                      <v:stroke endarrow="block" endarrowlength="long"/>
                    </v:shape>
                  </v:group>
                  <v:group id="Группа 16" o:spid="_x0000_s1065" style="position:absolute;top:12246;width:18647;height:6657" coordorigin=",657" coordsize="186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">
                    <v:shape id="Поле 17" o:spid="_x0000_s1066" type="#_x0000_t202" style="position:absolute;top:657;width:12799;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" fillcolor="#e2efd9" strokeweight=".5pt">
                      <v:textbox>
                        <w:txbxContent>
                          <w:p w14:paraId="6043DC22" w14:textId="77777777" w:rsidR="00D5417B" w:rsidRPr="00F55B69" w:rsidRDefault="00D5417B" w:rsidP="00D5417B">
                            <w:r w:rsidRPr="00F55B69">
                              <w:t>Оцінка – “добре”</w:t>
                            </w:r>
                          </w:p>
                        </w:txbxContent>
                      </v:textbox>
                    </v:shape>
                    <v:shape id="Прямая со стрелкой 18" o:spid="_x0000_s1067" type="#_x0000_t32" style="position:absolute;left:12784;top:3250;width:5869;height:4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">
                      <v:stroke endarrow="block" endarrowlength="long"/>
                    </v:shape>
                  </v:group>
                  <v:group id="Группа 19" o:spid="_x0000_s1068" style="position:absolute;top:6460;width:20838;height:8313" coordorigin=",506" coordsize="20848,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">
                    <v:shape id="Поле 20" o:spid="_x0000_s1069" type="#_x0000_t202" style="position:absolute;top:506;width:12799;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" fillcolor="#e2efd9" strokeweight=".5pt">
                      <v:textbox>
                        <w:txbxContent>
                          <w:p w14:paraId="709728AC" w14:textId="77777777" w:rsidR="00D5417B" w:rsidRPr="00F55B69" w:rsidRDefault="00D5417B" w:rsidP="00D5417B">
                            <w:pPr>
                              <w:ind w:right="-106"/>
                              <w:jc w:val="center"/>
                            </w:pPr>
                            <w:r w:rsidRPr="00F55B69">
                              <w:t>Оцінка – “відмінно”</w:t>
                            </w:r>
                          </w:p>
                        </w:txbxContent>
                      </v:textbox>
                    </v:shape>
                    <v:shape id="Прямая со стрелкой 21" o:spid="_x0000_s1070" type="#_x0000_t32" style="position:absolute;left:12784;top:3250;width:8064;height:5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">
                      <v:stroke endarrow="block" endarrowlength="long"/>
                    </v:shape>
                  </v:group>
                  <v:group id="Группа 72" o:spid="_x0000_s1071" style="position:absolute;left:32322;width:20304;height:9324" coordsize="20303,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">
                    <v:shape id="Поле 46" o:spid="_x0000_s1072" type="#_x0000_t202" style="position:absolute;left:2764;width:17539;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" filled="f" strokeweight=".5pt">
                      <v:textbox>
                        <w:txbxContent>
                          <w:p w14:paraId="0F78D777" w14:textId="77777777" w:rsidR="00D5417B" w:rsidRPr="005A7B1D" w:rsidRDefault="00D5417B" w:rsidP="00D5417B">
                            <w:r w:rsidRPr="005A7B1D">
                              <w:t>Зона ураження №3</w:t>
                            </w:r>
                          </w:p>
                        </w:txbxContent>
                      </v:textbox>
                    </v:shape>
                    <v:shape id="Прямая со стрелкой 47" o:spid="_x0000_s1073" type="#_x0000_t32" style="position:absolute;top:3296;width:2853;height:60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">
                      <v:stroke endarrow="block" endarrowlength="long"/>
                    </v:shape>
                  </v:group>
                  <v:group id="Группа 71" o:spid="_x0000_s1074" style="position:absolute;left:31153;top:3827;width:21471;height:11558" coordsize="21471,11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">
                    <v:shape id="Поле 204" o:spid="_x0000_s1075" type="#_x0000_t202" style="position:absolute;left:4040;width:17431;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" filled="f" strokeweight=".5pt">
                      <v:textbox>
                        <w:txbxContent>
                          <w:p w14:paraId="44A35610" w14:textId="77777777" w:rsidR="00D5417B" w:rsidRPr="005A7B1D" w:rsidRDefault="00D5417B" w:rsidP="00D5417B">
                            <w:r w:rsidRPr="005A7B1D">
                              <w:t>Зона ураження № 1</w:t>
                            </w:r>
                          </w:p>
                        </w:txbxContent>
                      </v:textbox>
                    </v:shape>
                    <v:shape id="Прямая со стрелкой 205" o:spid="_x0000_s1076" type="#_x0000_t32" style="position:absolute;top:3296;width:4108;height:82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">
                      <v:stroke endarrow="block" endarrowlength="long"/>
                    </v:shape>
                  </v:group>
                  <v:group id="Группа 74" o:spid="_x0000_s1077" style="position:absolute;left:31153;top:7549;width:21474;height:11451" coordsize="21474,1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">
                    <v:shape id="Поле 206" o:spid="_x0000_s1078" type="#_x0000_t202" style="position:absolute;left:4253;width:17221;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" filled="f" strokeweight=".5pt">
                      <v:textbox>
                        <w:txbxContent>
                          <w:p w14:paraId="563F52ED" w14:textId="77777777" w:rsidR="00D5417B" w:rsidRPr="005A7B1D" w:rsidRDefault="00D5417B" w:rsidP="00D5417B">
                            <w:r w:rsidRPr="005A7B1D">
                              <w:t>Зона ураження № 2</w:t>
                            </w:r>
                          </w:p>
                        </w:txbxContent>
                      </v:textbox>
                    </v:shape>
                    <v:shape id="Прямая со стрелкой 207" o:spid="_x0000_s1079" type="#_x0000_t32" style="position:absolute;top:3189;width:4400;height:82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">
                      <v:stroke endarrow="block" endarrowlength="long"/>
                    </v:shape>
                  </v:group>
                </v:group>
                <w10:wrap type="topAndBottom"/>
              </v:group>
            </w:pict>
          </mc:Fallback>
        </mc:AlternateContent>
      </w:r>
    </w:p>
    <w:p w14:paraId="2594716E" w14:textId="77777777" w:rsidR="00D5417B" w:rsidRPr="00501BEA" w:rsidRDefault="00D5417B" w:rsidP="00D5417B">
      <w:pPr>
        <w:widowControl w:val="0"/>
        <w:autoSpaceDE w:val="0"/>
        <w:autoSpaceDN w:val="0"/>
        <w:adjustRightInd w:val="0"/>
        <w:spacing w:after="0" w:line="240" w:lineRule="auto"/>
        <w:jc w:val="center"/>
        <w:rPr>
          <w:b/>
          <w:szCs w:val="28"/>
          <w:lang w:val="uk-UA" w:eastAsia="uk-UA"/>
        </w:rPr>
      </w:pPr>
      <w:r w:rsidRPr="00501BEA">
        <w:rPr>
          <w:b/>
          <w:szCs w:val="28"/>
          <w:lang w:val="uk-UA" w:eastAsia="uk-UA"/>
        </w:rPr>
        <w:t xml:space="preserve">Рисунок 3 – </w:t>
      </w:r>
      <w:r w:rsidRPr="00501BEA">
        <w:rPr>
          <w:szCs w:val="28"/>
          <w:lang w:val="uk-UA" w:eastAsia="uk-UA"/>
        </w:rPr>
        <w:t>вразливі місця броньованої техніки</w:t>
      </w:r>
      <w:r>
        <w:rPr>
          <w:szCs w:val="28"/>
          <w:lang w:val="uk-UA" w:eastAsia="uk-UA"/>
        </w:rPr>
        <w:t>.</w:t>
      </w:r>
    </w:p>
    <w:p w14:paraId="4AD04F51" w14:textId="77777777" w:rsidR="00D5417B" w:rsidRPr="00501BEA" w:rsidRDefault="00D5417B" w:rsidP="00D5417B">
      <w:pPr>
        <w:widowControl w:val="0"/>
        <w:autoSpaceDE w:val="0"/>
        <w:autoSpaceDN w:val="0"/>
        <w:adjustRightInd w:val="0"/>
        <w:spacing w:after="0" w:line="240" w:lineRule="auto"/>
        <w:ind w:firstLine="709"/>
        <w:jc w:val="both"/>
        <w:rPr>
          <w:b/>
          <w:szCs w:val="28"/>
          <w:lang w:val="uk-UA" w:eastAsia="uk-UA"/>
        </w:rPr>
      </w:pPr>
    </w:p>
    <w:p w14:paraId="347FC5C5" w14:textId="77777777" w:rsidR="00D5417B" w:rsidRPr="00501BEA" w:rsidRDefault="00D5417B" w:rsidP="00D5417B">
      <w:pPr>
        <w:spacing w:after="0" w:line="240" w:lineRule="auto"/>
        <w:ind w:firstLine="709"/>
        <w:jc w:val="both"/>
        <w:rPr>
          <w:szCs w:val="28"/>
          <w:lang w:val="uk-UA"/>
        </w:rPr>
      </w:pPr>
      <w:r w:rsidRPr="00501BEA">
        <w:rPr>
          <w:szCs w:val="28"/>
          <w:lang w:val="uk-UA"/>
        </w:rPr>
        <w:t>В ході проведення заняття необхідно широко застосовувати засоби імітації, звукові імітатори стрільби для наближення умов навчання до реальних бойових, а також для навчання діям при обстрілі та виробленню звикання до звуків пострілів та вибухів. В нічний час необхідно використовувати для імітації ведення вогню противником зі стрілецької зброї імітатори інфрачервоних прожекторів і спалахів пострілів.</w:t>
      </w:r>
    </w:p>
    <w:p w14:paraId="24D2ED43" w14:textId="77777777" w:rsidR="00D5417B" w:rsidRPr="00501BEA" w:rsidRDefault="00D5417B" w:rsidP="00D5417B">
      <w:pPr>
        <w:widowControl w:val="0"/>
        <w:autoSpaceDE w:val="0"/>
        <w:autoSpaceDN w:val="0"/>
        <w:adjustRightInd w:val="0"/>
        <w:spacing w:after="0" w:line="240" w:lineRule="auto"/>
        <w:jc w:val="both"/>
        <w:rPr>
          <w:sz w:val="20"/>
          <w:szCs w:val="28"/>
          <w:lang w:val="uk-UA" w:eastAsia="uk-UA"/>
        </w:rPr>
      </w:pPr>
      <w:r w:rsidRPr="00501BEA">
        <w:rPr>
          <w:noProof/>
          <w:sz w:val="20"/>
          <w:lang w:val="uk-UA" w:eastAsia="uk-UA"/>
        </w:rPr>
        <mc:AlternateContent>
          <mc:Choice Requires="wpg">
            <w:drawing>
              <wp:anchor distT="0" distB="0" distL="114300" distR="114300" simplePos="0" relativeHeight="251659264" behindDoc="0" locked="0" layoutInCell="1" allowOverlap="1" wp14:anchorId="5BCC95D2" wp14:editId="529C70CE">
                <wp:simplePos x="0" y="0"/>
                <wp:positionH relativeFrom="column">
                  <wp:posOffset>3799840</wp:posOffset>
                </wp:positionH>
                <wp:positionV relativeFrom="paragraph">
                  <wp:posOffset>6523355</wp:posOffset>
                </wp:positionV>
                <wp:extent cx="508635" cy="393700"/>
                <wp:effectExtent l="18415" t="0" r="44450" b="0"/>
                <wp:wrapNone/>
                <wp:docPr id="77036" name="Групувати 77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635" cy="393700"/>
                          <a:chOff x="0" y="0"/>
                          <a:chExt cx="508708" cy="393700"/>
                        </a:xfrm>
                      </wpg:grpSpPr>
                      <wps:wsp>
                        <wps:cNvPr id="77037" name="Пятиугольник 189"/>
                        <wps:cNvSpPr>
                          <a:spLocks noChangeAspect="1"/>
                        </wps:cNvSpPr>
                        <wps:spPr bwMode="auto">
                          <a:xfrm>
                            <a:off x="0" y="122384"/>
                            <a:ext cx="395605" cy="153035"/>
                          </a:xfrm>
                          <a:prstGeom prst="homePlate">
                            <a:avLst>
                              <a:gd name="adj" fmla="val 50002"/>
                            </a:avLst>
                          </a:prstGeom>
                          <a:solidFill>
                            <a:srgbClr val="FFFFFF"/>
                          </a:solidFill>
                          <a:ln w="28575">
                            <a:solidFill>
                              <a:srgbClr val="FF0000"/>
                            </a:solidFill>
                            <a:miter lim="800000"/>
                            <a:headEnd/>
                            <a:tailEnd/>
                          </a:ln>
                        </wps:spPr>
                        <wps:bodyPr rot="0" vert="horz" wrap="square" lIns="91440" tIns="45720" rIns="91440" bIns="45720" anchor="ctr" anchorCtr="0" upright="1">
                          <a:noAutofit/>
                        </wps:bodyPr>
                      </wps:wsp>
                      <wpg:grpSp>
                        <wpg:cNvPr id="77038" name="Группа 193"/>
                        <wpg:cNvGrpSpPr>
                          <a:grpSpLocks/>
                        </wpg:cNvGrpSpPr>
                        <wpg:grpSpPr bwMode="auto">
                          <a:xfrm rot="3054217">
                            <a:off x="136281" y="21272"/>
                            <a:ext cx="393700" cy="351155"/>
                            <a:chOff x="0" y="0"/>
                            <a:chExt cx="521883" cy="515774"/>
                          </a:xfrm>
                        </wpg:grpSpPr>
                        <wps:wsp>
                          <wps:cNvPr id="77039" name="Дуга 194"/>
                          <wps:cNvSpPr>
                            <a:spLocks/>
                          </wps:cNvSpPr>
                          <wps:spPr bwMode="auto">
                            <a:xfrm>
                              <a:off x="0" y="12219"/>
                              <a:ext cx="503555" cy="503555"/>
                            </a:xfrm>
                            <a:custGeom>
                              <a:avLst/>
                              <a:gdLst>
                                <a:gd name="T0" fmla="*/ 259315 w 503555"/>
                                <a:gd name="T1" fmla="*/ 113 h 503555"/>
                                <a:gd name="T2" fmla="*/ 502330 w 503555"/>
                                <a:gd name="T3" fmla="*/ 226959 h 503555"/>
                                <a:gd name="T4" fmla="*/ 0 60000 65536"/>
                                <a:gd name="T5" fmla="*/ 0 60000 65536"/>
                              </a:gdLst>
                              <a:ahLst/>
                              <a:cxnLst>
                                <a:cxn ang="T4">
                                  <a:pos x="T0" y="T1"/>
                                </a:cxn>
                                <a:cxn ang="T5">
                                  <a:pos x="T2" y="T3"/>
                                </a:cxn>
                              </a:cxnLst>
                              <a:rect l="0" t="0" r="r" b="b"/>
                              <a:pathLst>
                                <a:path w="503555" h="503555" stroke="0">
                                  <a:moveTo>
                                    <a:pt x="259315" y="113"/>
                                  </a:moveTo>
                                  <a:cubicBezTo>
                                    <a:pt x="385821" y="3902"/>
                                    <a:pt x="489853" y="101012"/>
                                    <a:pt x="502330" y="226959"/>
                                  </a:cubicBezTo>
                                  <a:lnTo>
                                    <a:pt x="251778" y="251778"/>
                                  </a:lnTo>
                                  <a:lnTo>
                                    <a:pt x="259315" y="113"/>
                                  </a:lnTo>
                                  <a:close/>
                                </a:path>
                                <a:path w="503555" h="503555" fill="none">
                                  <a:moveTo>
                                    <a:pt x="259315" y="113"/>
                                  </a:moveTo>
                                  <a:cubicBezTo>
                                    <a:pt x="385821" y="3902"/>
                                    <a:pt x="489853" y="101012"/>
                                    <a:pt x="502330" y="226959"/>
                                  </a:cubicBez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0" name="Дуга 195"/>
                          <wps:cNvSpPr>
                            <a:spLocks/>
                          </wps:cNvSpPr>
                          <wps:spPr bwMode="auto">
                            <a:xfrm>
                              <a:off x="18328" y="0"/>
                              <a:ext cx="503555" cy="503555"/>
                            </a:xfrm>
                            <a:custGeom>
                              <a:avLst/>
                              <a:gdLst>
                                <a:gd name="T0" fmla="*/ 240461 w 503555"/>
                                <a:gd name="T1" fmla="*/ 254 h 503555"/>
                                <a:gd name="T2" fmla="*/ 425765 w 503555"/>
                                <a:gd name="T3" fmla="*/ 69786 h 503555"/>
                                <a:gd name="T4" fmla="*/ 503556 w 503555"/>
                                <a:gd name="T5" fmla="*/ 251777 h 503555"/>
                                <a:gd name="T6" fmla="*/ 0 60000 65536"/>
                                <a:gd name="T7" fmla="*/ 0 60000 65536"/>
                                <a:gd name="T8" fmla="*/ 0 60000 65536"/>
                              </a:gdLst>
                              <a:ahLst/>
                              <a:cxnLst>
                                <a:cxn ang="T6">
                                  <a:pos x="T0" y="T1"/>
                                </a:cxn>
                                <a:cxn ang="T7">
                                  <a:pos x="T2" y="T3"/>
                                </a:cxn>
                                <a:cxn ang="T8">
                                  <a:pos x="T4" y="T5"/>
                                </a:cxn>
                              </a:cxnLst>
                              <a:rect l="0" t="0" r="r" b="b"/>
                              <a:pathLst>
                                <a:path w="503555" h="503555" stroke="0">
                                  <a:moveTo>
                                    <a:pt x="240461" y="254"/>
                                  </a:moveTo>
                                  <a:cubicBezTo>
                                    <a:pt x="309131" y="-2836"/>
                                    <a:pt x="376078" y="22285"/>
                                    <a:pt x="425765" y="69786"/>
                                  </a:cubicBezTo>
                                  <a:cubicBezTo>
                                    <a:pt x="475451" y="117287"/>
                                    <a:pt x="503556" y="183038"/>
                                    <a:pt x="503556" y="251777"/>
                                  </a:cubicBezTo>
                                  <a:lnTo>
                                    <a:pt x="251778" y="251778"/>
                                  </a:lnTo>
                                  <a:lnTo>
                                    <a:pt x="240461" y="254"/>
                                  </a:lnTo>
                                  <a:close/>
                                </a:path>
                                <a:path w="503555" h="503555" fill="none">
                                  <a:moveTo>
                                    <a:pt x="240461" y="254"/>
                                  </a:moveTo>
                                  <a:cubicBezTo>
                                    <a:pt x="309131" y="-2836"/>
                                    <a:pt x="376078" y="22285"/>
                                    <a:pt x="425765" y="69786"/>
                                  </a:cubicBezTo>
                                  <a:cubicBezTo>
                                    <a:pt x="475451" y="117287"/>
                                    <a:pt x="503556" y="183038"/>
                                    <a:pt x="503556" y="251777"/>
                                  </a:cubicBezTo>
                                </a:path>
                              </a:pathLst>
                            </a:custGeom>
                            <a:noFill/>
                            <a:ln w="5715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BDC4C4D" id="Групувати 77036" o:spid="_x0000_s1026" style="position:absolute;margin-left:299.2pt;margin-top:513.65pt;width:40.05pt;height:31pt;z-index:251659264" coordsize="508708,393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189" o:spid="_x0000_s1027" type="#_x0000_t15" style="position:absolute;top:122384;width:395605;height:15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" adj="17422" strokecolor="red" strokeweight="2.25pt">
                  <v:path arrowok="t"/>
                  <o:lock v:ext="edit" aspectratio="t"/>
                </v:shape>
                <v:group id="Группа 193" o:spid="_x0000_s1028" style="position:absolute;left:136281;top:21272;width:393700;height:351155;rotation:3336019fd" coordsize="521883,515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">
                  <v:shape id="Дуга 194" o:spid="_x0000_s1029" style="position:absolute;top:12219;width:503555;height:503555;visibility:visible;mso-wrap-style:square;v-text-anchor:middle" coordsize="503555,50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" path="m259315,113nsc385821,3902,489853,101012,502330,226959l251778,251778,259315,113xem259315,113nfc385821,3902,489853,101012,502330,226959e" filled="f" strokecolor="red" strokeweight="2.25pt">
                    <v:path arrowok="t" o:connecttype="custom" o:connectlocs="259315,113;502330,226959" o:connectangles="0,0"/>
                  </v:shape>
                  <v:shape id="Дуга 195" o:spid="_x0000_s1030" style="position:absolute;left:18328;width:503555;height:503555;visibility:visible;mso-wrap-style:square;v-text-anchor:middle" coordsize="503555,50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" path="m240461,254nsc309131,-2836,376078,22285,425765,69786v49686,47501,77791,113252,77791,181991l251778,251778,240461,254xem240461,254nfc309131,-2836,376078,22285,425765,69786v49686,47501,77791,113252,77791,181991e" filled="f" strokecolor="red" strokeweight="4.5pt">
                    <v:stroke dashstyle="1 1"/>
                    <v:path arrowok="t" o:connecttype="custom" o:connectlocs="240461,254;425765,69786;503556,251777" o:connectangles="0,0,0"/>
                  </v:shape>
                </v:group>
              </v:group>
            </w:pict>
          </mc:Fallback>
        </mc:AlternateContent>
      </w:r>
      <w:r w:rsidRPr="00501BEA">
        <w:rPr>
          <w:noProof/>
          <w:sz w:val="20"/>
          <w:lang w:val="uk-UA" w:eastAsia="uk-UA"/>
        </w:rPr>
        <mc:AlternateContent>
          <mc:Choice Requires="wpg">
            <w:drawing>
              <wp:anchor distT="0" distB="0" distL="114300" distR="114300" simplePos="0" relativeHeight="251660288" behindDoc="0" locked="0" layoutInCell="1" allowOverlap="1" wp14:anchorId="56A06EAB" wp14:editId="63C27C2C">
                <wp:simplePos x="0" y="0"/>
                <wp:positionH relativeFrom="column">
                  <wp:posOffset>2533650</wp:posOffset>
                </wp:positionH>
                <wp:positionV relativeFrom="paragraph">
                  <wp:posOffset>6522720</wp:posOffset>
                </wp:positionV>
                <wp:extent cx="393700" cy="500380"/>
                <wp:effectExtent l="0" t="17145" r="0" b="44450"/>
                <wp:wrapNone/>
                <wp:docPr id="77029" name="Групувати 77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700" cy="500380"/>
                          <a:chOff x="0" y="0"/>
                          <a:chExt cx="393700" cy="500624"/>
                        </a:xfrm>
                      </wpg:grpSpPr>
                      <wpg:grpSp>
                        <wpg:cNvPr id="77030" name="Группа 196"/>
                        <wpg:cNvGrpSpPr>
                          <a:grpSpLocks/>
                        </wpg:cNvGrpSpPr>
                        <wpg:grpSpPr bwMode="auto">
                          <a:xfrm rot="8449236">
                            <a:off x="0" y="149469"/>
                            <a:ext cx="393700" cy="351155"/>
                            <a:chOff x="0" y="0"/>
                            <a:chExt cx="521883" cy="515774"/>
                          </a:xfrm>
                        </wpg:grpSpPr>
                        <wps:wsp>
                          <wps:cNvPr id="77031" name="Дуга 197"/>
                          <wps:cNvSpPr>
                            <a:spLocks/>
                          </wps:cNvSpPr>
                          <wps:spPr bwMode="auto">
                            <a:xfrm>
                              <a:off x="0" y="12219"/>
                              <a:ext cx="503555" cy="503555"/>
                            </a:xfrm>
                            <a:custGeom>
                              <a:avLst/>
                              <a:gdLst>
                                <a:gd name="T0" fmla="*/ 259315 w 503555"/>
                                <a:gd name="T1" fmla="*/ 113 h 503555"/>
                                <a:gd name="T2" fmla="*/ 502330 w 503555"/>
                                <a:gd name="T3" fmla="*/ 226959 h 503555"/>
                                <a:gd name="T4" fmla="*/ 0 60000 65536"/>
                                <a:gd name="T5" fmla="*/ 0 60000 65536"/>
                              </a:gdLst>
                              <a:ahLst/>
                              <a:cxnLst>
                                <a:cxn ang="T4">
                                  <a:pos x="T0" y="T1"/>
                                </a:cxn>
                                <a:cxn ang="T5">
                                  <a:pos x="T2" y="T3"/>
                                </a:cxn>
                              </a:cxnLst>
                              <a:rect l="0" t="0" r="r" b="b"/>
                              <a:pathLst>
                                <a:path w="503555" h="503555" stroke="0">
                                  <a:moveTo>
                                    <a:pt x="259315" y="113"/>
                                  </a:moveTo>
                                  <a:cubicBezTo>
                                    <a:pt x="385821" y="3902"/>
                                    <a:pt x="489853" y="101012"/>
                                    <a:pt x="502330" y="226959"/>
                                  </a:cubicBezTo>
                                  <a:lnTo>
                                    <a:pt x="251778" y="251778"/>
                                  </a:lnTo>
                                  <a:lnTo>
                                    <a:pt x="259315" y="113"/>
                                  </a:lnTo>
                                  <a:close/>
                                </a:path>
                                <a:path w="503555" h="503555" fill="none">
                                  <a:moveTo>
                                    <a:pt x="259315" y="113"/>
                                  </a:moveTo>
                                  <a:cubicBezTo>
                                    <a:pt x="385821" y="3902"/>
                                    <a:pt x="489853" y="101012"/>
                                    <a:pt x="502330" y="226959"/>
                                  </a:cubicBez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32" name="Дуга 198"/>
                          <wps:cNvSpPr>
                            <a:spLocks/>
                          </wps:cNvSpPr>
                          <wps:spPr bwMode="auto">
                            <a:xfrm>
                              <a:off x="18328" y="0"/>
                              <a:ext cx="503555" cy="503555"/>
                            </a:xfrm>
                            <a:custGeom>
                              <a:avLst/>
                              <a:gdLst>
                                <a:gd name="T0" fmla="*/ 240461 w 503555"/>
                                <a:gd name="T1" fmla="*/ 254 h 503555"/>
                                <a:gd name="T2" fmla="*/ 425765 w 503555"/>
                                <a:gd name="T3" fmla="*/ 69786 h 503555"/>
                                <a:gd name="T4" fmla="*/ 503556 w 503555"/>
                                <a:gd name="T5" fmla="*/ 251777 h 503555"/>
                                <a:gd name="T6" fmla="*/ 0 60000 65536"/>
                                <a:gd name="T7" fmla="*/ 0 60000 65536"/>
                                <a:gd name="T8" fmla="*/ 0 60000 65536"/>
                              </a:gdLst>
                              <a:ahLst/>
                              <a:cxnLst>
                                <a:cxn ang="T6">
                                  <a:pos x="T0" y="T1"/>
                                </a:cxn>
                                <a:cxn ang="T7">
                                  <a:pos x="T2" y="T3"/>
                                </a:cxn>
                                <a:cxn ang="T8">
                                  <a:pos x="T4" y="T5"/>
                                </a:cxn>
                              </a:cxnLst>
                              <a:rect l="0" t="0" r="r" b="b"/>
                              <a:pathLst>
                                <a:path w="503555" h="503555" stroke="0">
                                  <a:moveTo>
                                    <a:pt x="240461" y="254"/>
                                  </a:moveTo>
                                  <a:cubicBezTo>
                                    <a:pt x="309131" y="-2836"/>
                                    <a:pt x="376078" y="22285"/>
                                    <a:pt x="425765" y="69786"/>
                                  </a:cubicBezTo>
                                  <a:cubicBezTo>
                                    <a:pt x="475451" y="117287"/>
                                    <a:pt x="503556" y="183038"/>
                                    <a:pt x="503556" y="251777"/>
                                  </a:cubicBezTo>
                                  <a:lnTo>
                                    <a:pt x="251778" y="251778"/>
                                  </a:lnTo>
                                  <a:lnTo>
                                    <a:pt x="240461" y="254"/>
                                  </a:lnTo>
                                  <a:close/>
                                </a:path>
                                <a:path w="503555" h="503555" fill="none">
                                  <a:moveTo>
                                    <a:pt x="240461" y="254"/>
                                  </a:moveTo>
                                  <a:cubicBezTo>
                                    <a:pt x="309131" y="-2836"/>
                                    <a:pt x="376078" y="22285"/>
                                    <a:pt x="425765" y="69786"/>
                                  </a:cubicBezTo>
                                  <a:cubicBezTo>
                                    <a:pt x="475451" y="117287"/>
                                    <a:pt x="503556" y="183038"/>
                                    <a:pt x="503556" y="251777"/>
                                  </a:cubicBezTo>
                                </a:path>
                              </a:pathLst>
                            </a:custGeom>
                            <a:noFill/>
                            <a:ln w="5715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7033" name="Группа 200"/>
                        <wpg:cNvGrpSpPr>
                          <a:grpSpLocks/>
                        </wpg:cNvGrpSpPr>
                        <wpg:grpSpPr bwMode="auto">
                          <a:xfrm>
                            <a:off x="96716" y="0"/>
                            <a:ext cx="154842" cy="395605"/>
                            <a:chOff x="0" y="0"/>
                            <a:chExt cx="154842" cy="395605"/>
                          </a:xfrm>
                        </wpg:grpSpPr>
                        <wps:wsp>
                          <wps:cNvPr id="77034" name="Пятиугольник 188"/>
                          <wps:cNvSpPr>
                            <a:spLocks noChangeAspect="1"/>
                          </wps:cNvSpPr>
                          <wps:spPr bwMode="auto">
                            <a:xfrm rot="5400000">
                              <a:off x="-121285" y="121285"/>
                              <a:ext cx="395605" cy="153035"/>
                            </a:xfrm>
                            <a:prstGeom prst="homePlate">
                              <a:avLst>
                                <a:gd name="adj" fmla="val 50002"/>
                              </a:avLst>
                            </a:prstGeom>
                            <a:solidFill>
                              <a:srgbClr val="FFFFFF"/>
                            </a:solidFill>
                            <a:ln w="28575">
                              <a:solidFill>
                                <a:srgbClr val="FF0000"/>
                              </a:solidFill>
                              <a:miter lim="800000"/>
                              <a:headEnd/>
                              <a:tailEnd/>
                            </a:ln>
                          </wps:spPr>
                          <wps:bodyPr rot="0" vert="horz" wrap="square" lIns="91440" tIns="45720" rIns="91440" bIns="45720" anchor="ctr" anchorCtr="0" upright="1">
                            <a:noAutofit/>
                          </wps:bodyPr>
                        </wps:wsp>
                        <wps:wsp>
                          <wps:cNvPr id="77035" name="Прямая соединительная линия 199"/>
                          <wps:cNvCnPr>
                            <a:cxnSpLocks noChangeShapeType="1"/>
                          </wps:cNvCnPr>
                          <wps:spPr bwMode="auto">
                            <a:xfrm>
                              <a:off x="1807" y="68531"/>
                              <a:ext cx="153035"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A6FF783" id="Групувати 77029" o:spid="_x0000_s1026" style="position:absolute;margin-left:199.5pt;margin-top:513.6pt;width:31pt;height:39.4pt;z-index:251660288" coordsize="393700,500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">
                <v:group id="Группа 196" o:spid="_x0000_s1027" style="position:absolute;top:149469;width:393700;height:351155;rotation:9228819fd" coordsize="521883,515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">
                  <v:shape id="Дуга 197" o:spid="_x0000_s1028" style="position:absolute;top:12219;width:503555;height:503555;visibility:visible;mso-wrap-style:square;v-text-anchor:middle" coordsize="503555,50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" path="m259315,113nsc385821,3902,489853,101012,502330,226959l251778,251778,259315,113xem259315,113nfc385821,3902,489853,101012,502330,226959e" filled="f" strokecolor="red" strokeweight="2.25pt">
                    <v:path arrowok="t" o:connecttype="custom" o:connectlocs="259315,113;502330,226959" o:connectangles="0,0"/>
                  </v:shape>
                  <v:shape id="Дуга 198" o:spid="_x0000_s1029" style="position:absolute;left:18328;width:503555;height:503555;visibility:visible;mso-wrap-style:square;v-text-anchor:middle" coordsize="503555,50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" path="m240461,254nsc309131,-2836,376078,22285,425765,69786v49686,47501,77791,113252,77791,181991l251778,251778,240461,254xem240461,254nfc309131,-2836,376078,22285,425765,69786v49686,47501,77791,113252,77791,181991e" filled="f" strokecolor="red" strokeweight="4.5pt">
                    <v:stroke dashstyle="1 1"/>
                    <v:path arrowok="t" o:connecttype="custom" o:connectlocs="240461,254;425765,69786;503556,251777" o:connectangles="0,0,0"/>
                  </v:shape>
                </v:group>
                <v:group id="Группа 200" o:spid="_x0000_s1030" style="position:absolute;left:96716;width:154842;height:395605" coordsize="154842,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">
                  <v:shape id="Пятиугольник 188" o:spid="_x0000_s1031" type="#_x0000_t15" style="position:absolute;left:-121285;top:121285;width:395605;height:1530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" adj="17422" strokecolor="red" strokeweight="2.25pt">
                    <v:path arrowok="t"/>
                    <o:lock v:ext="edit" aspectratio="t"/>
                  </v:shape>
                  <v:line id="Прямая соединительная линия 199" o:spid="_x0000_s1032" style="position:absolute;visibility:visible;mso-wrap-style:square" from="1807,68531" to="154842,68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" strokecolor="red" strokeweight="2.25pt"/>
                </v:group>
              </v:group>
            </w:pict>
          </mc:Fallback>
        </mc:AlternateContent>
      </w:r>
    </w:p>
    <w:p w14:paraId="4AE4DCE2" w14:textId="77777777" w:rsidR="00D5417B" w:rsidRDefault="00D5417B" w:rsidP="00D5417B">
      <w:pPr>
        <w:widowControl w:val="0"/>
        <w:autoSpaceDE w:val="0"/>
        <w:autoSpaceDN w:val="0"/>
        <w:adjustRightInd w:val="0"/>
        <w:spacing w:after="0" w:line="240" w:lineRule="auto"/>
        <w:ind w:firstLine="709"/>
        <w:jc w:val="both"/>
        <w:rPr>
          <w:b/>
          <w:bCs/>
          <w:szCs w:val="28"/>
          <w:lang w:val="uk-UA" w:eastAsia="uk-UA"/>
        </w:rPr>
      </w:pPr>
    </w:p>
    <w:p w14:paraId="48FAB71F" w14:textId="77777777" w:rsidR="00D5417B" w:rsidRDefault="00D5417B" w:rsidP="00D5417B">
      <w:pPr>
        <w:widowControl w:val="0"/>
        <w:autoSpaceDE w:val="0"/>
        <w:autoSpaceDN w:val="0"/>
        <w:adjustRightInd w:val="0"/>
        <w:spacing w:after="0" w:line="240" w:lineRule="auto"/>
        <w:ind w:firstLine="709"/>
        <w:jc w:val="both"/>
        <w:rPr>
          <w:b/>
          <w:bCs/>
          <w:szCs w:val="28"/>
          <w:lang w:val="uk-UA" w:eastAsia="uk-UA"/>
        </w:rPr>
      </w:pPr>
      <w:r>
        <w:rPr>
          <w:b/>
          <w:bCs/>
          <w:szCs w:val="28"/>
          <w:lang w:val="uk-UA" w:eastAsia="uk-UA"/>
        </w:rPr>
        <w:lastRenderedPageBreak/>
        <w:br w:type="page"/>
      </w:r>
    </w:p>
    <w:p w14:paraId="73F379F1" w14:textId="4A504210" w:rsidR="00033C9D" w:rsidRPr="00D5417B" w:rsidRDefault="00033C9D" w:rsidP="00D5417B">
      <w:pPr>
        <w:rPr>
          <w:lang w:val="uk-UA"/>
        </w:rPr>
      </w:pPr>
    </w:p>
    <w:sectPr w:rsidR="00033C9D" w:rsidRPr="00D5417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C9D"/>
    <w:rsid w:val="00034616"/>
    <w:rsid w:val="0006063C"/>
    <w:rsid w:val="0015074B"/>
    <w:rsid w:val="0029639D"/>
    <w:rsid w:val="00326F90"/>
    <w:rsid w:val="00A2029B"/>
    <w:rsid w:val="00AA1D8D"/>
    <w:rsid w:val="00B47730"/>
    <w:rsid w:val="00CB0664"/>
    <w:rsid w:val="00D541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2AF1C3"/>
  <w14:defaultImageDpi w14:val="300"/>
  <w15:docId w15:val="{D65FDC2B-3696-4B84-BC46-A23781FC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2777</Words>
  <Characters>1584</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2025-04-26T10:09:00Z</dcterms:created>
  <dcterms:modified xsi:type="dcterms:W3CDTF">2025-04-26T10:09:00Z</dcterms:modified>
  <cp:category/>
</cp:coreProperties>
</file>