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E90E8F" w14:textId="77777777" w:rsidR="007452E9" w:rsidRPr="00C57960" w:rsidRDefault="007452E9" w:rsidP="007452E9">
      <w:pPr>
        <w:pStyle w:val="31"/>
        <w:rPr>
          <w:rFonts w:ascii="Times New Roman" w:hAnsi="Times New Roman" w:cs="Times New Roman"/>
          <w:color w:val="auto"/>
          <w:szCs w:val="28"/>
          <w:lang w:val="ru-RU"/>
        </w:rPr>
      </w:pPr>
      <w:r w:rsidRPr="00C57960">
        <w:rPr>
          <w:rFonts w:ascii="Times New Roman" w:hAnsi="Times New Roman" w:cs="Times New Roman"/>
          <w:color w:val="auto"/>
          <w:szCs w:val="28"/>
          <w:lang w:val="ru-RU"/>
        </w:rPr>
        <w:t xml:space="preserve">Тема 2. </w:t>
      </w:r>
      <w:proofErr w:type="spellStart"/>
      <w:r w:rsidRPr="00C57960">
        <w:rPr>
          <w:rFonts w:ascii="Times New Roman" w:hAnsi="Times New Roman" w:cs="Times New Roman"/>
          <w:color w:val="auto"/>
          <w:szCs w:val="28"/>
          <w:lang w:val="ru-RU"/>
        </w:rPr>
        <w:t>Негативні</w:t>
      </w:r>
      <w:proofErr w:type="spellEnd"/>
      <w:r w:rsidRPr="00C57960">
        <w:rPr>
          <w:rFonts w:ascii="Times New Roman" w:hAnsi="Times New Roman" w:cs="Times New Roman"/>
          <w:color w:val="auto"/>
          <w:szCs w:val="28"/>
          <w:lang w:val="ru-RU"/>
        </w:rPr>
        <w:t xml:space="preserve"> </w:t>
      </w:r>
      <w:proofErr w:type="spellStart"/>
      <w:r w:rsidRPr="00C57960">
        <w:rPr>
          <w:rFonts w:ascii="Times New Roman" w:hAnsi="Times New Roman" w:cs="Times New Roman"/>
          <w:color w:val="auto"/>
          <w:szCs w:val="28"/>
          <w:lang w:val="ru-RU"/>
        </w:rPr>
        <w:t>психічні</w:t>
      </w:r>
      <w:proofErr w:type="spellEnd"/>
      <w:r w:rsidRPr="00C57960">
        <w:rPr>
          <w:rFonts w:ascii="Times New Roman" w:hAnsi="Times New Roman" w:cs="Times New Roman"/>
          <w:color w:val="auto"/>
          <w:szCs w:val="28"/>
          <w:lang w:val="ru-RU"/>
        </w:rPr>
        <w:t xml:space="preserve"> </w:t>
      </w:r>
      <w:proofErr w:type="spellStart"/>
      <w:r w:rsidRPr="00C57960">
        <w:rPr>
          <w:rFonts w:ascii="Times New Roman" w:hAnsi="Times New Roman" w:cs="Times New Roman"/>
          <w:color w:val="auto"/>
          <w:szCs w:val="28"/>
          <w:lang w:val="ru-RU"/>
        </w:rPr>
        <w:t>реакції</w:t>
      </w:r>
      <w:proofErr w:type="spellEnd"/>
      <w:r w:rsidRPr="00C57960">
        <w:rPr>
          <w:rFonts w:ascii="Times New Roman" w:hAnsi="Times New Roman" w:cs="Times New Roman"/>
          <w:color w:val="auto"/>
          <w:szCs w:val="28"/>
          <w:lang w:val="ru-RU"/>
        </w:rPr>
        <w:t xml:space="preserve"> </w:t>
      </w:r>
      <w:proofErr w:type="spellStart"/>
      <w:r w:rsidRPr="00C57960">
        <w:rPr>
          <w:rFonts w:ascii="Times New Roman" w:hAnsi="Times New Roman" w:cs="Times New Roman"/>
          <w:color w:val="auto"/>
          <w:szCs w:val="28"/>
          <w:lang w:val="ru-RU"/>
        </w:rPr>
        <w:t>військовослужбовців</w:t>
      </w:r>
      <w:proofErr w:type="spellEnd"/>
      <w:r w:rsidRPr="00C57960">
        <w:rPr>
          <w:rFonts w:ascii="Times New Roman" w:hAnsi="Times New Roman" w:cs="Times New Roman"/>
          <w:color w:val="auto"/>
          <w:szCs w:val="28"/>
          <w:lang w:val="ru-RU"/>
        </w:rPr>
        <w:t xml:space="preserve">, перша </w:t>
      </w:r>
      <w:proofErr w:type="spellStart"/>
      <w:r w:rsidRPr="00C57960">
        <w:rPr>
          <w:rFonts w:ascii="Times New Roman" w:hAnsi="Times New Roman" w:cs="Times New Roman"/>
          <w:color w:val="auto"/>
          <w:szCs w:val="28"/>
          <w:lang w:val="ru-RU"/>
        </w:rPr>
        <w:t>психологічна</w:t>
      </w:r>
      <w:proofErr w:type="spellEnd"/>
      <w:r w:rsidRPr="00C57960">
        <w:rPr>
          <w:rFonts w:ascii="Times New Roman" w:hAnsi="Times New Roman" w:cs="Times New Roman"/>
          <w:color w:val="auto"/>
          <w:szCs w:val="28"/>
          <w:lang w:val="ru-RU"/>
        </w:rPr>
        <w:t xml:space="preserve"> </w:t>
      </w:r>
      <w:proofErr w:type="spellStart"/>
      <w:r w:rsidRPr="00C57960">
        <w:rPr>
          <w:rFonts w:ascii="Times New Roman" w:hAnsi="Times New Roman" w:cs="Times New Roman"/>
          <w:color w:val="auto"/>
          <w:szCs w:val="28"/>
          <w:lang w:val="ru-RU"/>
        </w:rPr>
        <w:t>допомога</w:t>
      </w:r>
      <w:proofErr w:type="spellEnd"/>
      <w:r w:rsidRPr="00C57960">
        <w:rPr>
          <w:rFonts w:ascii="Times New Roman" w:hAnsi="Times New Roman" w:cs="Times New Roman"/>
          <w:color w:val="auto"/>
          <w:szCs w:val="28"/>
          <w:lang w:val="ru-RU"/>
        </w:rPr>
        <w:t xml:space="preserve"> та </w:t>
      </w:r>
      <w:proofErr w:type="spellStart"/>
      <w:r w:rsidRPr="00C57960">
        <w:rPr>
          <w:rFonts w:ascii="Times New Roman" w:hAnsi="Times New Roman" w:cs="Times New Roman"/>
          <w:color w:val="auto"/>
          <w:szCs w:val="28"/>
          <w:lang w:val="ru-RU"/>
        </w:rPr>
        <w:t>самодопомога</w:t>
      </w:r>
      <w:proofErr w:type="spellEnd"/>
    </w:p>
    <w:p w14:paraId="19E0545A" w14:textId="77777777" w:rsidR="007452E9" w:rsidRPr="00C57960" w:rsidRDefault="007452E9" w:rsidP="007452E9">
      <w:pPr>
        <w:pStyle w:val="4"/>
        <w:rPr>
          <w:rFonts w:ascii="Times New Roman" w:hAnsi="Times New Roman" w:cs="Times New Roman"/>
          <w:i w:val="0"/>
          <w:iCs w:val="0"/>
          <w:color w:val="auto"/>
          <w:szCs w:val="28"/>
        </w:rPr>
      </w:pPr>
      <w:r w:rsidRPr="00C57960">
        <w:rPr>
          <w:rFonts w:ascii="Times New Roman" w:hAnsi="Times New Roman" w:cs="Times New Roman"/>
          <w:i w:val="0"/>
          <w:iCs w:val="0"/>
          <w:color w:val="auto"/>
          <w:szCs w:val="28"/>
        </w:rPr>
        <w:t xml:space="preserve">2.1. </w:t>
      </w:r>
      <w:proofErr w:type="spellStart"/>
      <w:r w:rsidRPr="00C57960">
        <w:rPr>
          <w:rFonts w:ascii="Times New Roman" w:hAnsi="Times New Roman" w:cs="Times New Roman"/>
          <w:i w:val="0"/>
          <w:iCs w:val="0"/>
          <w:color w:val="auto"/>
          <w:szCs w:val="28"/>
        </w:rPr>
        <w:t>Види</w:t>
      </w:r>
      <w:proofErr w:type="spellEnd"/>
      <w:r w:rsidRPr="00C57960">
        <w:rPr>
          <w:rFonts w:ascii="Times New Roman" w:hAnsi="Times New Roman" w:cs="Times New Roman"/>
          <w:i w:val="0"/>
          <w:iCs w:val="0"/>
          <w:color w:val="auto"/>
          <w:szCs w:val="28"/>
        </w:rPr>
        <w:t xml:space="preserve"> </w:t>
      </w:r>
      <w:proofErr w:type="spellStart"/>
      <w:r w:rsidRPr="00C57960">
        <w:rPr>
          <w:rFonts w:ascii="Times New Roman" w:hAnsi="Times New Roman" w:cs="Times New Roman"/>
          <w:i w:val="0"/>
          <w:iCs w:val="0"/>
          <w:color w:val="auto"/>
          <w:szCs w:val="28"/>
        </w:rPr>
        <w:t>негативних</w:t>
      </w:r>
      <w:proofErr w:type="spellEnd"/>
      <w:r w:rsidRPr="00C57960">
        <w:rPr>
          <w:rFonts w:ascii="Times New Roman" w:hAnsi="Times New Roman" w:cs="Times New Roman"/>
          <w:i w:val="0"/>
          <w:iCs w:val="0"/>
          <w:color w:val="auto"/>
          <w:szCs w:val="28"/>
        </w:rPr>
        <w:t xml:space="preserve"> </w:t>
      </w:r>
      <w:proofErr w:type="spellStart"/>
      <w:r w:rsidRPr="00C57960">
        <w:rPr>
          <w:rFonts w:ascii="Times New Roman" w:hAnsi="Times New Roman" w:cs="Times New Roman"/>
          <w:i w:val="0"/>
          <w:iCs w:val="0"/>
          <w:color w:val="auto"/>
          <w:szCs w:val="28"/>
        </w:rPr>
        <w:t>психічних</w:t>
      </w:r>
      <w:proofErr w:type="spellEnd"/>
      <w:r w:rsidRPr="00C57960">
        <w:rPr>
          <w:rFonts w:ascii="Times New Roman" w:hAnsi="Times New Roman" w:cs="Times New Roman"/>
          <w:i w:val="0"/>
          <w:iCs w:val="0"/>
          <w:color w:val="auto"/>
          <w:szCs w:val="28"/>
        </w:rPr>
        <w:t xml:space="preserve"> </w:t>
      </w:r>
      <w:proofErr w:type="spellStart"/>
      <w:r w:rsidRPr="00C57960">
        <w:rPr>
          <w:rFonts w:ascii="Times New Roman" w:hAnsi="Times New Roman" w:cs="Times New Roman"/>
          <w:i w:val="0"/>
          <w:iCs w:val="0"/>
          <w:color w:val="auto"/>
          <w:szCs w:val="28"/>
        </w:rPr>
        <w:t>реакцій</w:t>
      </w:r>
      <w:proofErr w:type="spellEnd"/>
    </w:p>
    <w:p w14:paraId="4E10B059" w14:textId="77777777" w:rsidR="007452E9" w:rsidRPr="00C57960" w:rsidRDefault="007452E9" w:rsidP="007452E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cs="Times New Roman"/>
          <w:szCs w:val="28"/>
        </w:rPr>
      </w:pPr>
      <w:proofErr w:type="spellStart"/>
      <w:r w:rsidRPr="00C57960">
        <w:rPr>
          <w:rStyle w:val="af6"/>
          <w:rFonts w:cs="Times New Roman"/>
          <w:szCs w:val="28"/>
          <w:lang w:val="ru-RU"/>
        </w:rPr>
        <w:t>Нервове</w:t>
      </w:r>
      <w:proofErr w:type="spellEnd"/>
      <w:r w:rsidRPr="00C57960">
        <w:rPr>
          <w:rStyle w:val="af6"/>
          <w:rFonts w:cs="Times New Roman"/>
          <w:szCs w:val="28"/>
          <w:lang w:val="ru-RU"/>
        </w:rPr>
        <w:t xml:space="preserve"> </w:t>
      </w:r>
      <w:proofErr w:type="spellStart"/>
      <w:r w:rsidRPr="00C57960">
        <w:rPr>
          <w:rStyle w:val="af6"/>
          <w:rFonts w:cs="Times New Roman"/>
          <w:szCs w:val="28"/>
          <w:lang w:val="ru-RU"/>
        </w:rPr>
        <w:t>тремтіння</w:t>
      </w:r>
      <w:proofErr w:type="spellEnd"/>
      <w:r w:rsidRPr="00C57960">
        <w:rPr>
          <w:rFonts w:cs="Times New Roman"/>
          <w:szCs w:val="28"/>
          <w:lang w:val="ru-RU"/>
        </w:rPr>
        <w:t xml:space="preserve"> — </w:t>
      </w:r>
      <w:proofErr w:type="spellStart"/>
      <w:r w:rsidRPr="00C57960">
        <w:rPr>
          <w:rFonts w:cs="Times New Roman"/>
          <w:szCs w:val="28"/>
          <w:lang w:val="ru-RU"/>
        </w:rPr>
        <w:t>неконтрольоване</w:t>
      </w:r>
      <w:proofErr w:type="spellEnd"/>
      <w:r w:rsidRPr="00C57960">
        <w:rPr>
          <w:rFonts w:cs="Times New Roman"/>
          <w:szCs w:val="28"/>
          <w:lang w:val="ru-RU"/>
        </w:rPr>
        <w:t xml:space="preserve"> </w:t>
      </w:r>
      <w:proofErr w:type="spellStart"/>
      <w:r w:rsidRPr="00C57960">
        <w:rPr>
          <w:rFonts w:cs="Times New Roman"/>
          <w:szCs w:val="28"/>
          <w:lang w:val="ru-RU"/>
        </w:rPr>
        <w:t>скидання</w:t>
      </w:r>
      <w:proofErr w:type="spellEnd"/>
      <w:r w:rsidRPr="00C57960">
        <w:rPr>
          <w:rFonts w:cs="Times New Roman"/>
          <w:szCs w:val="28"/>
          <w:lang w:val="ru-RU"/>
        </w:rPr>
        <w:t xml:space="preserve"> </w:t>
      </w:r>
      <w:proofErr w:type="spellStart"/>
      <w:r w:rsidRPr="00C57960">
        <w:rPr>
          <w:rFonts w:cs="Times New Roman"/>
          <w:szCs w:val="28"/>
          <w:lang w:val="ru-RU"/>
        </w:rPr>
        <w:t>напруги</w:t>
      </w:r>
      <w:proofErr w:type="spellEnd"/>
      <w:r w:rsidRPr="00C57960">
        <w:rPr>
          <w:rFonts w:cs="Times New Roman"/>
          <w:szCs w:val="28"/>
          <w:lang w:val="ru-RU"/>
        </w:rPr>
        <w:t xml:space="preserve">. </w:t>
      </w:r>
      <w:proofErr w:type="spellStart"/>
      <w:r w:rsidRPr="00C57960">
        <w:rPr>
          <w:rFonts w:cs="Times New Roman"/>
          <w:szCs w:val="28"/>
          <w:lang w:val="ru-RU"/>
        </w:rPr>
        <w:t>Допомога</w:t>
      </w:r>
      <w:proofErr w:type="spellEnd"/>
      <w:r w:rsidRPr="00C57960">
        <w:rPr>
          <w:rFonts w:cs="Times New Roman"/>
          <w:szCs w:val="28"/>
          <w:lang w:val="ru-RU"/>
        </w:rPr>
        <w:t xml:space="preserve">: </w:t>
      </w:r>
      <w:proofErr w:type="spellStart"/>
      <w:r w:rsidRPr="00C57960">
        <w:rPr>
          <w:rFonts w:cs="Times New Roman"/>
          <w:szCs w:val="28"/>
          <w:lang w:val="ru-RU"/>
        </w:rPr>
        <w:t>посилити</w:t>
      </w:r>
      <w:proofErr w:type="spellEnd"/>
      <w:r w:rsidRPr="00C57960">
        <w:rPr>
          <w:rFonts w:cs="Times New Roman"/>
          <w:szCs w:val="28"/>
          <w:lang w:val="ru-RU"/>
        </w:rPr>
        <w:t xml:space="preserve"> </w:t>
      </w:r>
      <w:proofErr w:type="spellStart"/>
      <w:r w:rsidRPr="00C57960">
        <w:rPr>
          <w:rFonts w:cs="Times New Roman"/>
          <w:szCs w:val="28"/>
          <w:lang w:val="ru-RU"/>
        </w:rPr>
        <w:t>тремтіння</w:t>
      </w:r>
      <w:proofErr w:type="spellEnd"/>
      <w:r w:rsidRPr="00C57960">
        <w:rPr>
          <w:rFonts w:cs="Times New Roman"/>
          <w:szCs w:val="28"/>
          <w:lang w:val="ru-RU"/>
        </w:rPr>
        <w:t xml:space="preserve"> (потрясти за </w:t>
      </w:r>
      <w:proofErr w:type="spellStart"/>
      <w:r w:rsidRPr="00C57960">
        <w:rPr>
          <w:rFonts w:cs="Times New Roman"/>
          <w:szCs w:val="28"/>
          <w:lang w:val="ru-RU"/>
        </w:rPr>
        <w:t>плечі</w:t>
      </w:r>
      <w:proofErr w:type="spellEnd"/>
      <w:r w:rsidRPr="00C57960">
        <w:rPr>
          <w:rFonts w:cs="Times New Roman"/>
          <w:szCs w:val="28"/>
          <w:lang w:val="ru-RU"/>
        </w:rPr>
        <w:t xml:space="preserve"> 10-15 с), </w:t>
      </w:r>
      <w:proofErr w:type="spellStart"/>
      <w:r w:rsidRPr="00C57960">
        <w:rPr>
          <w:rFonts w:cs="Times New Roman"/>
          <w:szCs w:val="28"/>
          <w:lang w:val="ru-RU"/>
        </w:rPr>
        <w:t>спілкуватися</w:t>
      </w:r>
      <w:proofErr w:type="spellEnd"/>
      <w:r w:rsidRPr="00C57960">
        <w:rPr>
          <w:rFonts w:cs="Times New Roman"/>
          <w:szCs w:val="28"/>
          <w:lang w:val="ru-RU"/>
        </w:rPr>
        <w:t xml:space="preserve">, </w:t>
      </w:r>
      <w:proofErr w:type="spellStart"/>
      <w:r w:rsidRPr="00C57960">
        <w:rPr>
          <w:rFonts w:cs="Times New Roman"/>
          <w:szCs w:val="28"/>
          <w:lang w:val="ru-RU"/>
        </w:rPr>
        <w:t>дати</w:t>
      </w:r>
      <w:proofErr w:type="spellEnd"/>
      <w:r w:rsidRPr="00C57960">
        <w:rPr>
          <w:rFonts w:cs="Times New Roman"/>
          <w:szCs w:val="28"/>
          <w:lang w:val="ru-RU"/>
        </w:rPr>
        <w:t xml:space="preserve"> </w:t>
      </w:r>
      <w:proofErr w:type="spellStart"/>
      <w:r w:rsidRPr="00C57960">
        <w:rPr>
          <w:rFonts w:cs="Times New Roman"/>
          <w:szCs w:val="28"/>
          <w:lang w:val="ru-RU"/>
        </w:rPr>
        <w:t>відпочити</w:t>
      </w:r>
      <w:proofErr w:type="spellEnd"/>
      <w:r w:rsidRPr="00C57960">
        <w:rPr>
          <w:rFonts w:cs="Times New Roman"/>
          <w:szCs w:val="28"/>
          <w:lang w:val="ru-RU"/>
        </w:rPr>
        <w:t xml:space="preserve">. </w:t>
      </w:r>
      <w:proofErr w:type="spellStart"/>
      <w:r w:rsidRPr="00C57960">
        <w:rPr>
          <w:rFonts w:cs="Times New Roman"/>
          <w:szCs w:val="28"/>
        </w:rPr>
        <w:t>Заборонено</w:t>
      </w:r>
      <w:proofErr w:type="spellEnd"/>
      <w:r w:rsidRPr="00C57960">
        <w:rPr>
          <w:rFonts w:cs="Times New Roman"/>
          <w:szCs w:val="28"/>
        </w:rPr>
        <w:t xml:space="preserve"> </w:t>
      </w:r>
      <w:proofErr w:type="spellStart"/>
      <w:r w:rsidRPr="00C57960">
        <w:rPr>
          <w:rFonts w:cs="Times New Roman"/>
          <w:szCs w:val="28"/>
        </w:rPr>
        <w:t>обіймати</w:t>
      </w:r>
      <w:proofErr w:type="spellEnd"/>
      <w:r w:rsidRPr="00C57960">
        <w:rPr>
          <w:rFonts w:cs="Times New Roman"/>
          <w:szCs w:val="28"/>
        </w:rPr>
        <w:t xml:space="preserve"> </w:t>
      </w:r>
      <w:proofErr w:type="spellStart"/>
      <w:r w:rsidRPr="00C57960">
        <w:rPr>
          <w:rFonts w:cs="Times New Roman"/>
          <w:szCs w:val="28"/>
        </w:rPr>
        <w:t>чи</w:t>
      </w:r>
      <w:proofErr w:type="spellEnd"/>
      <w:r w:rsidRPr="00C57960">
        <w:rPr>
          <w:rFonts w:cs="Times New Roman"/>
          <w:szCs w:val="28"/>
        </w:rPr>
        <w:t xml:space="preserve"> </w:t>
      </w:r>
      <w:proofErr w:type="spellStart"/>
      <w:r w:rsidRPr="00C57960">
        <w:rPr>
          <w:rFonts w:cs="Times New Roman"/>
          <w:szCs w:val="28"/>
        </w:rPr>
        <w:t>заспокоювати</w:t>
      </w:r>
      <w:proofErr w:type="spellEnd"/>
      <w:r w:rsidRPr="00C57960">
        <w:rPr>
          <w:rFonts w:cs="Times New Roman"/>
          <w:szCs w:val="28"/>
        </w:rPr>
        <w:t>.</w:t>
      </w:r>
    </w:p>
    <w:p w14:paraId="714A3440" w14:textId="77777777" w:rsidR="007452E9" w:rsidRPr="00C57960" w:rsidRDefault="007452E9" w:rsidP="007452E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cs="Times New Roman"/>
          <w:szCs w:val="28"/>
          <w:lang w:val="ru-RU"/>
        </w:rPr>
      </w:pPr>
      <w:proofErr w:type="spellStart"/>
      <w:r w:rsidRPr="00C57960">
        <w:rPr>
          <w:rStyle w:val="af6"/>
          <w:rFonts w:cs="Times New Roman"/>
          <w:szCs w:val="28"/>
        </w:rPr>
        <w:t>Рухове</w:t>
      </w:r>
      <w:proofErr w:type="spellEnd"/>
      <w:r w:rsidRPr="00C57960">
        <w:rPr>
          <w:rStyle w:val="af6"/>
          <w:rFonts w:cs="Times New Roman"/>
          <w:szCs w:val="28"/>
        </w:rPr>
        <w:t xml:space="preserve"> </w:t>
      </w:r>
      <w:proofErr w:type="spellStart"/>
      <w:r w:rsidRPr="00C57960">
        <w:rPr>
          <w:rStyle w:val="af6"/>
          <w:rFonts w:cs="Times New Roman"/>
          <w:szCs w:val="28"/>
        </w:rPr>
        <w:t>збудження</w:t>
      </w:r>
      <w:proofErr w:type="spellEnd"/>
      <w:r w:rsidRPr="00C57960">
        <w:rPr>
          <w:rFonts w:cs="Times New Roman"/>
          <w:szCs w:val="28"/>
        </w:rPr>
        <w:t xml:space="preserve"> — </w:t>
      </w:r>
      <w:proofErr w:type="spellStart"/>
      <w:r w:rsidRPr="00C57960">
        <w:rPr>
          <w:rFonts w:cs="Times New Roman"/>
          <w:szCs w:val="28"/>
        </w:rPr>
        <w:t>хаотичні</w:t>
      </w:r>
      <w:proofErr w:type="spellEnd"/>
      <w:r w:rsidRPr="00C57960">
        <w:rPr>
          <w:rFonts w:cs="Times New Roman"/>
          <w:szCs w:val="28"/>
        </w:rPr>
        <w:t xml:space="preserve"> </w:t>
      </w:r>
      <w:proofErr w:type="spellStart"/>
      <w:r w:rsidRPr="00C57960">
        <w:rPr>
          <w:rFonts w:cs="Times New Roman"/>
          <w:szCs w:val="28"/>
        </w:rPr>
        <w:t>дії</w:t>
      </w:r>
      <w:proofErr w:type="spellEnd"/>
      <w:r w:rsidRPr="00C57960">
        <w:rPr>
          <w:rFonts w:cs="Times New Roman"/>
          <w:szCs w:val="28"/>
        </w:rPr>
        <w:t xml:space="preserve">, </w:t>
      </w:r>
      <w:proofErr w:type="spellStart"/>
      <w:r w:rsidRPr="00C57960">
        <w:rPr>
          <w:rFonts w:cs="Times New Roman"/>
          <w:szCs w:val="28"/>
        </w:rPr>
        <w:t>втрата</w:t>
      </w:r>
      <w:proofErr w:type="spellEnd"/>
      <w:r w:rsidRPr="00C57960">
        <w:rPr>
          <w:rFonts w:cs="Times New Roman"/>
          <w:szCs w:val="28"/>
        </w:rPr>
        <w:t xml:space="preserve"> </w:t>
      </w:r>
      <w:proofErr w:type="spellStart"/>
      <w:r w:rsidRPr="00C57960">
        <w:rPr>
          <w:rFonts w:cs="Times New Roman"/>
          <w:szCs w:val="28"/>
        </w:rPr>
        <w:t>орієнтації</w:t>
      </w:r>
      <w:proofErr w:type="spellEnd"/>
      <w:r w:rsidRPr="00C57960">
        <w:rPr>
          <w:rFonts w:cs="Times New Roman"/>
          <w:szCs w:val="28"/>
        </w:rPr>
        <w:t xml:space="preserve">. </w:t>
      </w:r>
      <w:proofErr w:type="spellStart"/>
      <w:r w:rsidRPr="00C57960">
        <w:rPr>
          <w:rFonts w:cs="Times New Roman"/>
          <w:szCs w:val="28"/>
          <w:lang w:val="ru-RU"/>
        </w:rPr>
        <w:t>Допомога</w:t>
      </w:r>
      <w:proofErr w:type="spellEnd"/>
      <w:r w:rsidRPr="00C57960">
        <w:rPr>
          <w:rFonts w:cs="Times New Roman"/>
          <w:szCs w:val="28"/>
          <w:lang w:val="ru-RU"/>
        </w:rPr>
        <w:t xml:space="preserve">: </w:t>
      </w:r>
      <w:proofErr w:type="spellStart"/>
      <w:r w:rsidRPr="00C57960">
        <w:rPr>
          <w:rFonts w:cs="Times New Roman"/>
          <w:szCs w:val="28"/>
          <w:lang w:val="ru-RU"/>
        </w:rPr>
        <w:t>дати</w:t>
      </w:r>
      <w:proofErr w:type="spellEnd"/>
      <w:r w:rsidRPr="00C57960">
        <w:rPr>
          <w:rFonts w:cs="Times New Roman"/>
          <w:szCs w:val="28"/>
          <w:lang w:val="ru-RU"/>
        </w:rPr>
        <w:t xml:space="preserve"> </w:t>
      </w:r>
      <w:proofErr w:type="spellStart"/>
      <w:r w:rsidRPr="00C57960">
        <w:rPr>
          <w:rFonts w:cs="Times New Roman"/>
          <w:szCs w:val="28"/>
          <w:lang w:val="ru-RU"/>
        </w:rPr>
        <w:t>виговоритися</w:t>
      </w:r>
      <w:proofErr w:type="spellEnd"/>
      <w:r w:rsidRPr="00C57960">
        <w:rPr>
          <w:rFonts w:cs="Times New Roman"/>
          <w:szCs w:val="28"/>
          <w:lang w:val="ru-RU"/>
        </w:rPr>
        <w:t xml:space="preserve">, </w:t>
      </w:r>
      <w:proofErr w:type="spellStart"/>
      <w:r w:rsidRPr="00C57960">
        <w:rPr>
          <w:rFonts w:cs="Times New Roman"/>
          <w:szCs w:val="28"/>
          <w:lang w:val="ru-RU"/>
        </w:rPr>
        <w:t>зайняти</w:t>
      </w:r>
      <w:proofErr w:type="spellEnd"/>
      <w:r w:rsidRPr="00C57960">
        <w:rPr>
          <w:rFonts w:cs="Times New Roman"/>
          <w:szCs w:val="28"/>
          <w:lang w:val="ru-RU"/>
        </w:rPr>
        <w:t xml:space="preserve"> </w:t>
      </w:r>
      <w:proofErr w:type="spellStart"/>
      <w:r w:rsidRPr="00C57960">
        <w:rPr>
          <w:rFonts w:cs="Times New Roman"/>
          <w:szCs w:val="28"/>
          <w:lang w:val="ru-RU"/>
        </w:rPr>
        <w:t>фізичною</w:t>
      </w:r>
      <w:proofErr w:type="spellEnd"/>
      <w:r w:rsidRPr="00C57960">
        <w:rPr>
          <w:rFonts w:cs="Times New Roman"/>
          <w:szCs w:val="28"/>
          <w:lang w:val="ru-RU"/>
        </w:rPr>
        <w:t xml:space="preserve"> </w:t>
      </w:r>
      <w:proofErr w:type="spellStart"/>
      <w:r w:rsidRPr="00C57960">
        <w:rPr>
          <w:rFonts w:cs="Times New Roman"/>
          <w:szCs w:val="28"/>
          <w:lang w:val="ru-RU"/>
        </w:rPr>
        <w:t>працею</w:t>
      </w:r>
      <w:proofErr w:type="spellEnd"/>
      <w:r w:rsidRPr="00C57960">
        <w:rPr>
          <w:rFonts w:cs="Times New Roman"/>
          <w:szCs w:val="28"/>
          <w:lang w:val="ru-RU"/>
        </w:rPr>
        <w:t xml:space="preserve">, </w:t>
      </w:r>
      <w:proofErr w:type="spellStart"/>
      <w:r w:rsidRPr="00C57960">
        <w:rPr>
          <w:rFonts w:cs="Times New Roman"/>
          <w:szCs w:val="28"/>
          <w:lang w:val="ru-RU"/>
        </w:rPr>
        <w:t>запропонувати</w:t>
      </w:r>
      <w:proofErr w:type="spellEnd"/>
      <w:r w:rsidRPr="00C57960">
        <w:rPr>
          <w:rFonts w:cs="Times New Roman"/>
          <w:szCs w:val="28"/>
          <w:lang w:val="ru-RU"/>
        </w:rPr>
        <w:t xml:space="preserve"> </w:t>
      </w:r>
      <w:proofErr w:type="spellStart"/>
      <w:r w:rsidRPr="00C57960">
        <w:rPr>
          <w:rFonts w:cs="Times New Roman"/>
          <w:szCs w:val="28"/>
          <w:lang w:val="ru-RU"/>
        </w:rPr>
        <w:t>їжу</w:t>
      </w:r>
      <w:proofErr w:type="spellEnd"/>
      <w:r w:rsidRPr="00C57960">
        <w:rPr>
          <w:rFonts w:cs="Times New Roman"/>
          <w:szCs w:val="28"/>
          <w:lang w:val="ru-RU"/>
        </w:rPr>
        <w:t xml:space="preserve">, </w:t>
      </w:r>
      <w:proofErr w:type="spellStart"/>
      <w:r w:rsidRPr="00C57960">
        <w:rPr>
          <w:rFonts w:cs="Times New Roman"/>
          <w:szCs w:val="28"/>
          <w:lang w:val="ru-RU"/>
        </w:rPr>
        <w:t>заспокійливе</w:t>
      </w:r>
      <w:proofErr w:type="spellEnd"/>
      <w:r w:rsidRPr="00C57960">
        <w:rPr>
          <w:rFonts w:cs="Times New Roman"/>
          <w:szCs w:val="28"/>
          <w:lang w:val="ru-RU"/>
        </w:rPr>
        <w:t>.</w:t>
      </w:r>
    </w:p>
    <w:p w14:paraId="46C366FF" w14:textId="77777777" w:rsidR="007452E9" w:rsidRPr="00C57960" w:rsidRDefault="007452E9" w:rsidP="007452E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cs="Times New Roman"/>
          <w:szCs w:val="28"/>
          <w:lang w:val="ru-RU"/>
        </w:rPr>
      </w:pPr>
      <w:proofErr w:type="spellStart"/>
      <w:r w:rsidRPr="00C57960">
        <w:rPr>
          <w:rStyle w:val="af6"/>
          <w:rFonts w:cs="Times New Roman"/>
          <w:szCs w:val="28"/>
          <w:lang w:val="ru-RU"/>
        </w:rPr>
        <w:t>Агресія</w:t>
      </w:r>
      <w:proofErr w:type="spellEnd"/>
      <w:r w:rsidRPr="00C57960">
        <w:rPr>
          <w:rFonts w:cs="Times New Roman"/>
          <w:szCs w:val="28"/>
          <w:lang w:val="ru-RU"/>
        </w:rPr>
        <w:t xml:space="preserve"> — </w:t>
      </w:r>
      <w:proofErr w:type="spellStart"/>
      <w:r w:rsidRPr="00C57960">
        <w:rPr>
          <w:rFonts w:cs="Times New Roman"/>
          <w:szCs w:val="28"/>
          <w:lang w:val="ru-RU"/>
        </w:rPr>
        <w:t>напруга</w:t>
      </w:r>
      <w:proofErr w:type="spellEnd"/>
      <w:r w:rsidRPr="00C57960">
        <w:rPr>
          <w:rFonts w:cs="Times New Roman"/>
          <w:szCs w:val="28"/>
          <w:lang w:val="ru-RU"/>
        </w:rPr>
        <w:t xml:space="preserve"> </w:t>
      </w:r>
      <w:proofErr w:type="spellStart"/>
      <w:r w:rsidRPr="00C57960">
        <w:rPr>
          <w:rFonts w:cs="Times New Roman"/>
          <w:szCs w:val="28"/>
          <w:lang w:val="ru-RU"/>
        </w:rPr>
        <w:t>проявляється</w:t>
      </w:r>
      <w:proofErr w:type="spellEnd"/>
      <w:r w:rsidRPr="00C57960">
        <w:rPr>
          <w:rFonts w:cs="Times New Roman"/>
          <w:szCs w:val="28"/>
          <w:lang w:val="ru-RU"/>
        </w:rPr>
        <w:t xml:space="preserve"> у </w:t>
      </w:r>
      <w:proofErr w:type="spellStart"/>
      <w:r w:rsidRPr="00C57960">
        <w:rPr>
          <w:rFonts w:cs="Times New Roman"/>
          <w:szCs w:val="28"/>
          <w:lang w:val="ru-RU"/>
        </w:rPr>
        <w:t>злості</w:t>
      </w:r>
      <w:proofErr w:type="spellEnd"/>
      <w:r w:rsidRPr="00C57960">
        <w:rPr>
          <w:rFonts w:cs="Times New Roman"/>
          <w:szCs w:val="28"/>
          <w:lang w:val="ru-RU"/>
        </w:rPr>
        <w:t xml:space="preserve">, </w:t>
      </w:r>
      <w:proofErr w:type="spellStart"/>
      <w:r w:rsidRPr="00C57960">
        <w:rPr>
          <w:rFonts w:cs="Times New Roman"/>
          <w:szCs w:val="28"/>
          <w:lang w:val="ru-RU"/>
        </w:rPr>
        <w:t>гніві</w:t>
      </w:r>
      <w:proofErr w:type="spellEnd"/>
      <w:r w:rsidRPr="00C57960">
        <w:rPr>
          <w:rFonts w:cs="Times New Roman"/>
          <w:szCs w:val="28"/>
          <w:lang w:val="ru-RU"/>
        </w:rPr>
        <w:t xml:space="preserve">, </w:t>
      </w:r>
      <w:proofErr w:type="spellStart"/>
      <w:r w:rsidRPr="00C57960">
        <w:rPr>
          <w:rFonts w:cs="Times New Roman"/>
          <w:szCs w:val="28"/>
          <w:lang w:val="ru-RU"/>
        </w:rPr>
        <w:t>фізичних</w:t>
      </w:r>
      <w:proofErr w:type="spellEnd"/>
      <w:r w:rsidRPr="00C57960">
        <w:rPr>
          <w:rFonts w:cs="Times New Roman"/>
          <w:szCs w:val="28"/>
          <w:lang w:val="ru-RU"/>
        </w:rPr>
        <w:t xml:space="preserve"> </w:t>
      </w:r>
      <w:proofErr w:type="spellStart"/>
      <w:r w:rsidRPr="00C57960">
        <w:rPr>
          <w:rFonts w:cs="Times New Roman"/>
          <w:szCs w:val="28"/>
          <w:lang w:val="ru-RU"/>
        </w:rPr>
        <w:t>або</w:t>
      </w:r>
      <w:proofErr w:type="spellEnd"/>
      <w:r w:rsidRPr="00C57960">
        <w:rPr>
          <w:rFonts w:cs="Times New Roman"/>
          <w:szCs w:val="28"/>
          <w:lang w:val="ru-RU"/>
        </w:rPr>
        <w:t xml:space="preserve"> </w:t>
      </w:r>
      <w:proofErr w:type="spellStart"/>
      <w:r w:rsidRPr="00C57960">
        <w:rPr>
          <w:rFonts w:cs="Times New Roman"/>
          <w:szCs w:val="28"/>
          <w:lang w:val="ru-RU"/>
        </w:rPr>
        <w:t>словесних</w:t>
      </w:r>
      <w:proofErr w:type="spellEnd"/>
      <w:r w:rsidRPr="00C57960">
        <w:rPr>
          <w:rFonts w:cs="Times New Roman"/>
          <w:szCs w:val="28"/>
          <w:lang w:val="ru-RU"/>
        </w:rPr>
        <w:t xml:space="preserve"> </w:t>
      </w:r>
      <w:proofErr w:type="spellStart"/>
      <w:r w:rsidRPr="00C57960">
        <w:rPr>
          <w:rFonts w:cs="Times New Roman"/>
          <w:szCs w:val="28"/>
          <w:lang w:val="ru-RU"/>
        </w:rPr>
        <w:t>конфліктах</w:t>
      </w:r>
      <w:proofErr w:type="spellEnd"/>
      <w:r w:rsidRPr="00C57960">
        <w:rPr>
          <w:rFonts w:cs="Times New Roman"/>
          <w:szCs w:val="28"/>
          <w:lang w:val="ru-RU"/>
        </w:rPr>
        <w:t xml:space="preserve">. </w:t>
      </w:r>
      <w:proofErr w:type="spellStart"/>
      <w:r w:rsidRPr="00C57960">
        <w:rPr>
          <w:rFonts w:cs="Times New Roman"/>
          <w:szCs w:val="28"/>
          <w:lang w:val="ru-RU"/>
        </w:rPr>
        <w:t>Допомога</w:t>
      </w:r>
      <w:proofErr w:type="spellEnd"/>
      <w:r w:rsidRPr="00C57960">
        <w:rPr>
          <w:rFonts w:cs="Times New Roman"/>
          <w:szCs w:val="28"/>
          <w:lang w:val="ru-RU"/>
        </w:rPr>
        <w:t xml:space="preserve">: </w:t>
      </w:r>
      <w:proofErr w:type="spellStart"/>
      <w:r w:rsidRPr="00C57960">
        <w:rPr>
          <w:rFonts w:cs="Times New Roman"/>
          <w:szCs w:val="28"/>
          <w:lang w:val="ru-RU"/>
        </w:rPr>
        <w:t>дати</w:t>
      </w:r>
      <w:proofErr w:type="spellEnd"/>
      <w:r w:rsidRPr="00C57960">
        <w:rPr>
          <w:rFonts w:cs="Times New Roman"/>
          <w:szCs w:val="28"/>
          <w:lang w:val="ru-RU"/>
        </w:rPr>
        <w:t xml:space="preserve"> </w:t>
      </w:r>
      <w:proofErr w:type="spellStart"/>
      <w:r w:rsidRPr="00C57960">
        <w:rPr>
          <w:rFonts w:cs="Times New Roman"/>
          <w:szCs w:val="28"/>
          <w:lang w:val="ru-RU"/>
        </w:rPr>
        <w:t>виговоритися</w:t>
      </w:r>
      <w:proofErr w:type="spellEnd"/>
      <w:r w:rsidRPr="00C57960">
        <w:rPr>
          <w:rFonts w:cs="Times New Roman"/>
          <w:szCs w:val="28"/>
          <w:lang w:val="ru-RU"/>
        </w:rPr>
        <w:t xml:space="preserve">, </w:t>
      </w:r>
      <w:proofErr w:type="spellStart"/>
      <w:r w:rsidRPr="00C57960">
        <w:rPr>
          <w:rFonts w:cs="Times New Roman"/>
          <w:szCs w:val="28"/>
          <w:lang w:val="ru-RU"/>
        </w:rPr>
        <w:t>зайняти</w:t>
      </w:r>
      <w:proofErr w:type="spellEnd"/>
      <w:r w:rsidRPr="00C57960">
        <w:rPr>
          <w:rFonts w:cs="Times New Roman"/>
          <w:szCs w:val="28"/>
          <w:lang w:val="ru-RU"/>
        </w:rPr>
        <w:t xml:space="preserve"> </w:t>
      </w:r>
      <w:proofErr w:type="spellStart"/>
      <w:r w:rsidRPr="00C57960">
        <w:rPr>
          <w:rFonts w:cs="Times New Roman"/>
          <w:szCs w:val="28"/>
          <w:lang w:val="ru-RU"/>
        </w:rPr>
        <w:t>фізичною</w:t>
      </w:r>
      <w:proofErr w:type="spellEnd"/>
      <w:r w:rsidRPr="00C57960">
        <w:rPr>
          <w:rFonts w:cs="Times New Roman"/>
          <w:szCs w:val="28"/>
          <w:lang w:val="ru-RU"/>
        </w:rPr>
        <w:t xml:space="preserve"> </w:t>
      </w:r>
      <w:proofErr w:type="spellStart"/>
      <w:r w:rsidRPr="00C57960">
        <w:rPr>
          <w:rFonts w:cs="Times New Roman"/>
          <w:szCs w:val="28"/>
          <w:lang w:val="ru-RU"/>
        </w:rPr>
        <w:t>працею</w:t>
      </w:r>
      <w:proofErr w:type="spellEnd"/>
      <w:r w:rsidRPr="00C57960">
        <w:rPr>
          <w:rFonts w:cs="Times New Roman"/>
          <w:szCs w:val="28"/>
          <w:lang w:val="ru-RU"/>
        </w:rPr>
        <w:t xml:space="preserve">, бути </w:t>
      </w:r>
      <w:proofErr w:type="spellStart"/>
      <w:r w:rsidRPr="00C57960">
        <w:rPr>
          <w:rFonts w:cs="Times New Roman"/>
          <w:szCs w:val="28"/>
          <w:lang w:val="ru-RU"/>
        </w:rPr>
        <w:t>доброзичливим</w:t>
      </w:r>
      <w:proofErr w:type="spellEnd"/>
      <w:r w:rsidRPr="00C57960">
        <w:rPr>
          <w:rFonts w:cs="Times New Roman"/>
          <w:szCs w:val="28"/>
          <w:lang w:val="ru-RU"/>
        </w:rPr>
        <w:t xml:space="preserve">, не </w:t>
      </w:r>
      <w:proofErr w:type="spellStart"/>
      <w:r w:rsidRPr="00C57960">
        <w:rPr>
          <w:rFonts w:cs="Times New Roman"/>
          <w:szCs w:val="28"/>
          <w:lang w:val="ru-RU"/>
        </w:rPr>
        <w:t>засуджувати</w:t>
      </w:r>
      <w:proofErr w:type="spellEnd"/>
      <w:r w:rsidRPr="00C57960">
        <w:rPr>
          <w:rFonts w:cs="Times New Roman"/>
          <w:szCs w:val="28"/>
          <w:lang w:val="ru-RU"/>
        </w:rPr>
        <w:t>.</w:t>
      </w:r>
    </w:p>
    <w:p w14:paraId="51532644" w14:textId="77777777" w:rsidR="007452E9" w:rsidRPr="00C57960" w:rsidRDefault="007452E9" w:rsidP="007452E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cs="Times New Roman"/>
          <w:szCs w:val="28"/>
        </w:rPr>
      </w:pPr>
      <w:proofErr w:type="spellStart"/>
      <w:r w:rsidRPr="00C57960">
        <w:rPr>
          <w:rStyle w:val="af6"/>
          <w:rFonts w:cs="Times New Roman"/>
          <w:szCs w:val="28"/>
          <w:lang w:val="ru-RU"/>
        </w:rPr>
        <w:t>Істерика</w:t>
      </w:r>
      <w:proofErr w:type="spellEnd"/>
      <w:r w:rsidRPr="00C57960">
        <w:rPr>
          <w:rFonts w:cs="Times New Roman"/>
          <w:szCs w:val="28"/>
          <w:lang w:val="ru-RU"/>
        </w:rPr>
        <w:t xml:space="preserve"> — </w:t>
      </w:r>
      <w:proofErr w:type="spellStart"/>
      <w:r w:rsidRPr="00C57960">
        <w:rPr>
          <w:rFonts w:cs="Times New Roman"/>
          <w:szCs w:val="28"/>
          <w:lang w:val="ru-RU"/>
        </w:rPr>
        <w:t>неконтрольована</w:t>
      </w:r>
      <w:proofErr w:type="spellEnd"/>
      <w:r w:rsidRPr="00C57960">
        <w:rPr>
          <w:rFonts w:cs="Times New Roman"/>
          <w:szCs w:val="28"/>
          <w:lang w:val="ru-RU"/>
        </w:rPr>
        <w:t xml:space="preserve"> </w:t>
      </w:r>
      <w:proofErr w:type="spellStart"/>
      <w:r w:rsidRPr="00C57960">
        <w:rPr>
          <w:rFonts w:cs="Times New Roman"/>
          <w:szCs w:val="28"/>
          <w:lang w:val="ru-RU"/>
        </w:rPr>
        <w:t>втеча</w:t>
      </w:r>
      <w:proofErr w:type="spellEnd"/>
      <w:r w:rsidRPr="00C57960">
        <w:rPr>
          <w:rFonts w:cs="Times New Roman"/>
          <w:szCs w:val="28"/>
          <w:lang w:val="ru-RU"/>
        </w:rPr>
        <w:t xml:space="preserve">, плач. </w:t>
      </w:r>
      <w:proofErr w:type="spellStart"/>
      <w:r w:rsidRPr="00C57960">
        <w:rPr>
          <w:rFonts w:cs="Times New Roman"/>
          <w:szCs w:val="28"/>
          <w:lang w:val="ru-RU"/>
        </w:rPr>
        <w:t>Допомога</w:t>
      </w:r>
      <w:proofErr w:type="spellEnd"/>
      <w:r w:rsidRPr="00C57960">
        <w:rPr>
          <w:rFonts w:cs="Times New Roman"/>
          <w:szCs w:val="28"/>
          <w:lang w:val="ru-RU"/>
        </w:rPr>
        <w:t xml:space="preserve">: </w:t>
      </w:r>
      <w:proofErr w:type="spellStart"/>
      <w:r w:rsidRPr="00C57960">
        <w:rPr>
          <w:rFonts w:cs="Times New Roman"/>
          <w:szCs w:val="28"/>
          <w:lang w:val="ru-RU"/>
        </w:rPr>
        <w:t>зупинити</w:t>
      </w:r>
      <w:proofErr w:type="spellEnd"/>
      <w:r w:rsidRPr="00C57960">
        <w:rPr>
          <w:rFonts w:cs="Times New Roman"/>
          <w:szCs w:val="28"/>
          <w:lang w:val="ru-RU"/>
        </w:rPr>
        <w:t xml:space="preserve"> </w:t>
      </w:r>
      <w:proofErr w:type="spellStart"/>
      <w:r w:rsidRPr="00C57960">
        <w:rPr>
          <w:rFonts w:cs="Times New Roman"/>
          <w:szCs w:val="28"/>
          <w:lang w:val="ru-RU"/>
        </w:rPr>
        <w:t>людину</w:t>
      </w:r>
      <w:proofErr w:type="spellEnd"/>
      <w:r w:rsidRPr="00C57960">
        <w:rPr>
          <w:rFonts w:cs="Times New Roman"/>
          <w:szCs w:val="28"/>
          <w:lang w:val="ru-RU"/>
        </w:rPr>
        <w:t xml:space="preserve">, </w:t>
      </w:r>
      <w:proofErr w:type="spellStart"/>
      <w:r w:rsidRPr="00C57960">
        <w:rPr>
          <w:rFonts w:cs="Times New Roman"/>
          <w:szCs w:val="28"/>
          <w:lang w:val="ru-RU"/>
        </w:rPr>
        <w:t>запропонувати</w:t>
      </w:r>
      <w:proofErr w:type="spellEnd"/>
      <w:r w:rsidRPr="00C57960">
        <w:rPr>
          <w:rFonts w:cs="Times New Roman"/>
          <w:szCs w:val="28"/>
          <w:lang w:val="ru-RU"/>
        </w:rPr>
        <w:t xml:space="preserve"> </w:t>
      </w:r>
      <w:proofErr w:type="spellStart"/>
      <w:r w:rsidRPr="00C57960">
        <w:rPr>
          <w:rFonts w:cs="Times New Roman"/>
          <w:szCs w:val="28"/>
          <w:lang w:val="ru-RU"/>
        </w:rPr>
        <w:t>їжу</w:t>
      </w:r>
      <w:proofErr w:type="spellEnd"/>
      <w:r w:rsidRPr="00C57960">
        <w:rPr>
          <w:rFonts w:cs="Times New Roman"/>
          <w:szCs w:val="28"/>
          <w:lang w:val="ru-RU"/>
        </w:rPr>
        <w:t xml:space="preserve">, тепле </w:t>
      </w:r>
      <w:proofErr w:type="spellStart"/>
      <w:r w:rsidRPr="00C57960">
        <w:rPr>
          <w:rFonts w:cs="Times New Roman"/>
          <w:szCs w:val="28"/>
          <w:lang w:val="ru-RU"/>
        </w:rPr>
        <w:t>пиття</w:t>
      </w:r>
      <w:proofErr w:type="spellEnd"/>
      <w:r w:rsidRPr="00C57960">
        <w:rPr>
          <w:rFonts w:cs="Times New Roman"/>
          <w:szCs w:val="28"/>
          <w:lang w:val="ru-RU"/>
        </w:rPr>
        <w:t xml:space="preserve">, </w:t>
      </w:r>
      <w:proofErr w:type="spellStart"/>
      <w:r w:rsidRPr="00C57960">
        <w:rPr>
          <w:rFonts w:cs="Times New Roman"/>
          <w:szCs w:val="28"/>
          <w:lang w:val="ru-RU"/>
        </w:rPr>
        <w:t>підтримати</w:t>
      </w:r>
      <w:proofErr w:type="spellEnd"/>
      <w:r w:rsidRPr="00C57960">
        <w:rPr>
          <w:rFonts w:cs="Times New Roman"/>
          <w:szCs w:val="28"/>
          <w:lang w:val="ru-RU"/>
        </w:rPr>
        <w:t xml:space="preserve"> словом. </w:t>
      </w:r>
      <w:proofErr w:type="spellStart"/>
      <w:r w:rsidRPr="00C57960">
        <w:rPr>
          <w:rFonts w:cs="Times New Roman"/>
          <w:szCs w:val="28"/>
        </w:rPr>
        <w:t>Заборонено</w:t>
      </w:r>
      <w:proofErr w:type="spellEnd"/>
      <w:r w:rsidRPr="00C57960">
        <w:rPr>
          <w:rFonts w:cs="Times New Roman"/>
          <w:szCs w:val="28"/>
        </w:rPr>
        <w:t xml:space="preserve"> </w:t>
      </w:r>
      <w:proofErr w:type="spellStart"/>
      <w:r w:rsidRPr="00C57960">
        <w:rPr>
          <w:rFonts w:cs="Times New Roman"/>
          <w:szCs w:val="28"/>
        </w:rPr>
        <w:t>кричати</w:t>
      </w:r>
      <w:proofErr w:type="spellEnd"/>
      <w:r w:rsidRPr="00C57960">
        <w:rPr>
          <w:rFonts w:cs="Times New Roman"/>
          <w:szCs w:val="28"/>
        </w:rPr>
        <w:t xml:space="preserve"> </w:t>
      </w:r>
      <w:proofErr w:type="spellStart"/>
      <w:r w:rsidRPr="00C57960">
        <w:rPr>
          <w:rFonts w:cs="Times New Roman"/>
          <w:szCs w:val="28"/>
        </w:rPr>
        <w:t>чи</w:t>
      </w:r>
      <w:proofErr w:type="spellEnd"/>
      <w:r w:rsidRPr="00C57960">
        <w:rPr>
          <w:rFonts w:cs="Times New Roman"/>
          <w:szCs w:val="28"/>
        </w:rPr>
        <w:t xml:space="preserve"> </w:t>
      </w:r>
      <w:proofErr w:type="spellStart"/>
      <w:r w:rsidRPr="00C57960">
        <w:rPr>
          <w:rFonts w:cs="Times New Roman"/>
          <w:szCs w:val="28"/>
        </w:rPr>
        <w:t>бити</w:t>
      </w:r>
      <w:proofErr w:type="spellEnd"/>
      <w:r w:rsidRPr="00C57960">
        <w:rPr>
          <w:rFonts w:cs="Times New Roman"/>
          <w:szCs w:val="28"/>
        </w:rPr>
        <w:t>.</w:t>
      </w:r>
    </w:p>
    <w:p w14:paraId="7DEFF28A" w14:textId="77777777" w:rsidR="007452E9" w:rsidRPr="00C57960" w:rsidRDefault="007452E9" w:rsidP="007452E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cs="Times New Roman"/>
          <w:szCs w:val="28"/>
          <w:lang w:val="ru-RU"/>
        </w:rPr>
      </w:pPr>
      <w:r w:rsidRPr="00C57960">
        <w:rPr>
          <w:rStyle w:val="af6"/>
          <w:rFonts w:cs="Times New Roman"/>
          <w:szCs w:val="28"/>
          <w:lang w:val="ru-RU"/>
        </w:rPr>
        <w:t>Плач</w:t>
      </w:r>
      <w:r w:rsidRPr="00C57960">
        <w:rPr>
          <w:rFonts w:cs="Times New Roman"/>
          <w:szCs w:val="28"/>
          <w:lang w:val="ru-RU"/>
        </w:rPr>
        <w:t xml:space="preserve"> — </w:t>
      </w:r>
      <w:proofErr w:type="spellStart"/>
      <w:r w:rsidRPr="00C57960">
        <w:rPr>
          <w:rFonts w:cs="Times New Roman"/>
          <w:szCs w:val="28"/>
          <w:lang w:val="ru-RU"/>
        </w:rPr>
        <w:t>природна</w:t>
      </w:r>
      <w:proofErr w:type="spellEnd"/>
      <w:r w:rsidRPr="00C57960">
        <w:rPr>
          <w:rFonts w:cs="Times New Roman"/>
          <w:szCs w:val="28"/>
          <w:lang w:val="ru-RU"/>
        </w:rPr>
        <w:t xml:space="preserve"> </w:t>
      </w:r>
      <w:proofErr w:type="spellStart"/>
      <w:r w:rsidRPr="00C57960">
        <w:rPr>
          <w:rFonts w:cs="Times New Roman"/>
          <w:szCs w:val="28"/>
          <w:lang w:val="ru-RU"/>
        </w:rPr>
        <w:t>емоційна</w:t>
      </w:r>
      <w:proofErr w:type="spellEnd"/>
      <w:r w:rsidRPr="00C57960">
        <w:rPr>
          <w:rFonts w:cs="Times New Roman"/>
          <w:szCs w:val="28"/>
          <w:lang w:val="ru-RU"/>
        </w:rPr>
        <w:t xml:space="preserve"> </w:t>
      </w:r>
      <w:proofErr w:type="spellStart"/>
      <w:r w:rsidRPr="00C57960">
        <w:rPr>
          <w:rFonts w:cs="Times New Roman"/>
          <w:szCs w:val="28"/>
          <w:lang w:val="ru-RU"/>
        </w:rPr>
        <w:t>розрядка</w:t>
      </w:r>
      <w:proofErr w:type="spellEnd"/>
      <w:r w:rsidRPr="00C57960">
        <w:rPr>
          <w:rFonts w:cs="Times New Roman"/>
          <w:szCs w:val="28"/>
          <w:lang w:val="ru-RU"/>
        </w:rPr>
        <w:t xml:space="preserve">. </w:t>
      </w:r>
      <w:proofErr w:type="spellStart"/>
      <w:r w:rsidRPr="00C57960">
        <w:rPr>
          <w:rFonts w:cs="Times New Roman"/>
          <w:szCs w:val="28"/>
          <w:lang w:val="ru-RU"/>
        </w:rPr>
        <w:t>Допомога</w:t>
      </w:r>
      <w:proofErr w:type="spellEnd"/>
      <w:r w:rsidRPr="00C57960">
        <w:rPr>
          <w:rFonts w:cs="Times New Roman"/>
          <w:szCs w:val="28"/>
          <w:lang w:val="ru-RU"/>
        </w:rPr>
        <w:t xml:space="preserve">: </w:t>
      </w:r>
      <w:proofErr w:type="spellStart"/>
      <w:r w:rsidRPr="00C57960">
        <w:rPr>
          <w:rFonts w:cs="Times New Roman"/>
          <w:szCs w:val="28"/>
          <w:lang w:val="ru-RU"/>
        </w:rPr>
        <w:t>фізичний</w:t>
      </w:r>
      <w:proofErr w:type="spellEnd"/>
      <w:r w:rsidRPr="00C57960">
        <w:rPr>
          <w:rFonts w:cs="Times New Roman"/>
          <w:szCs w:val="28"/>
          <w:lang w:val="ru-RU"/>
        </w:rPr>
        <w:t xml:space="preserve"> контакт (</w:t>
      </w:r>
      <w:proofErr w:type="spellStart"/>
      <w:r w:rsidRPr="00C57960">
        <w:rPr>
          <w:rFonts w:cs="Times New Roman"/>
          <w:szCs w:val="28"/>
          <w:lang w:val="ru-RU"/>
        </w:rPr>
        <w:t>взяти</w:t>
      </w:r>
      <w:proofErr w:type="spellEnd"/>
      <w:r w:rsidRPr="00C57960">
        <w:rPr>
          <w:rFonts w:cs="Times New Roman"/>
          <w:szCs w:val="28"/>
          <w:lang w:val="ru-RU"/>
        </w:rPr>
        <w:t xml:space="preserve"> за руку, </w:t>
      </w:r>
      <w:proofErr w:type="spellStart"/>
      <w:r w:rsidRPr="00C57960">
        <w:rPr>
          <w:rFonts w:cs="Times New Roman"/>
          <w:szCs w:val="28"/>
          <w:lang w:val="ru-RU"/>
        </w:rPr>
        <w:t>погладити</w:t>
      </w:r>
      <w:proofErr w:type="spellEnd"/>
      <w:r w:rsidRPr="00C57960">
        <w:rPr>
          <w:rFonts w:cs="Times New Roman"/>
          <w:szCs w:val="28"/>
          <w:lang w:val="ru-RU"/>
        </w:rPr>
        <w:t xml:space="preserve">), </w:t>
      </w:r>
      <w:proofErr w:type="spellStart"/>
      <w:r w:rsidRPr="00C57960">
        <w:rPr>
          <w:rFonts w:cs="Times New Roman"/>
          <w:szCs w:val="28"/>
          <w:lang w:val="ru-RU"/>
        </w:rPr>
        <w:t>вислухати</w:t>
      </w:r>
      <w:proofErr w:type="spellEnd"/>
      <w:r w:rsidRPr="00C57960">
        <w:rPr>
          <w:rFonts w:cs="Times New Roman"/>
          <w:szCs w:val="28"/>
          <w:lang w:val="ru-RU"/>
        </w:rPr>
        <w:t xml:space="preserve">, не </w:t>
      </w:r>
      <w:proofErr w:type="spellStart"/>
      <w:r w:rsidRPr="00C57960">
        <w:rPr>
          <w:rFonts w:cs="Times New Roman"/>
          <w:szCs w:val="28"/>
          <w:lang w:val="ru-RU"/>
        </w:rPr>
        <w:t>залишати</w:t>
      </w:r>
      <w:proofErr w:type="spellEnd"/>
      <w:r w:rsidRPr="00C57960">
        <w:rPr>
          <w:rFonts w:cs="Times New Roman"/>
          <w:szCs w:val="28"/>
          <w:lang w:val="ru-RU"/>
        </w:rPr>
        <w:t xml:space="preserve"> на </w:t>
      </w:r>
      <w:proofErr w:type="spellStart"/>
      <w:r w:rsidRPr="00C57960">
        <w:rPr>
          <w:rFonts w:cs="Times New Roman"/>
          <w:szCs w:val="28"/>
          <w:lang w:val="ru-RU"/>
        </w:rPr>
        <w:t>самоті</w:t>
      </w:r>
      <w:proofErr w:type="spellEnd"/>
      <w:r w:rsidRPr="00C57960">
        <w:rPr>
          <w:rFonts w:cs="Times New Roman"/>
          <w:szCs w:val="28"/>
          <w:lang w:val="ru-RU"/>
        </w:rPr>
        <w:t>.</w:t>
      </w:r>
    </w:p>
    <w:p w14:paraId="7938914A" w14:textId="77777777" w:rsidR="007452E9" w:rsidRPr="00C57960" w:rsidRDefault="007452E9" w:rsidP="007452E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cs="Times New Roman"/>
          <w:szCs w:val="28"/>
          <w:lang w:val="ru-RU"/>
        </w:rPr>
      </w:pPr>
      <w:r w:rsidRPr="00C57960">
        <w:rPr>
          <w:rStyle w:val="af6"/>
          <w:rFonts w:cs="Times New Roman"/>
          <w:szCs w:val="28"/>
          <w:lang w:val="ru-RU"/>
        </w:rPr>
        <w:t>Ступор</w:t>
      </w:r>
      <w:r w:rsidRPr="00C57960">
        <w:rPr>
          <w:rFonts w:cs="Times New Roman"/>
          <w:szCs w:val="28"/>
          <w:lang w:val="ru-RU"/>
        </w:rPr>
        <w:t xml:space="preserve"> — </w:t>
      </w:r>
      <w:proofErr w:type="spellStart"/>
      <w:r w:rsidRPr="00C57960">
        <w:rPr>
          <w:rFonts w:cs="Times New Roman"/>
          <w:szCs w:val="28"/>
          <w:lang w:val="ru-RU"/>
        </w:rPr>
        <w:t>заціпеніння</w:t>
      </w:r>
      <w:proofErr w:type="spellEnd"/>
      <w:r w:rsidRPr="00C57960">
        <w:rPr>
          <w:rFonts w:cs="Times New Roman"/>
          <w:szCs w:val="28"/>
          <w:lang w:val="ru-RU"/>
        </w:rPr>
        <w:t xml:space="preserve">, </w:t>
      </w:r>
      <w:proofErr w:type="spellStart"/>
      <w:r w:rsidRPr="00C57960">
        <w:rPr>
          <w:rFonts w:cs="Times New Roman"/>
          <w:szCs w:val="28"/>
          <w:lang w:val="ru-RU"/>
        </w:rPr>
        <w:t>відсутність</w:t>
      </w:r>
      <w:proofErr w:type="spellEnd"/>
      <w:r w:rsidRPr="00C57960">
        <w:rPr>
          <w:rFonts w:cs="Times New Roman"/>
          <w:szCs w:val="28"/>
          <w:lang w:val="ru-RU"/>
        </w:rPr>
        <w:t xml:space="preserve"> </w:t>
      </w:r>
      <w:proofErr w:type="spellStart"/>
      <w:r w:rsidRPr="00C57960">
        <w:rPr>
          <w:rFonts w:cs="Times New Roman"/>
          <w:szCs w:val="28"/>
          <w:lang w:val="ru-RU"/>
        </w:rPr>
        <w:t>реакцій</w:t>
      </w:r>
      <w:proofErr w:type="spellEnd"/>
      <w:r w:rsidRPr="00C57960">
        <w:rPr>
          <w:rFonts w:cs="Times New Roman"/>
          <w:szCs w:val="28"/>
          <w:lang w:val="ru-RU"/>
        </w:rPr>
        <w:t xml:space="preserve">. </w:t>
      </w:r>
      <w:proofErr w:type="spellStart"/>
      <w:r w:rsidRPr="00C57960">
        <w:rPr>
          <w:rFonts w:cs="Times New Roman"/>
          <w:szCs w:val="28"/>
          <w:lang w:val="ru-RU"/>
        </w:rPr>
        <w:t>Допомога</w:t>
      </w:r>
      <w:proofErr w:type="spellEnd"/>
      <w:r w:rsidRPr="00C57960">
        <w:rPr>
          <w:rFonts w:cs="Times New Roman"/>
          <w:szCs w:val="28"/>
          <w:lang w:val="ru-RU"/>
        </w:rPr>
        <w:t xml:space="preserve">: </w:t>
      </w:r>
      <w:proofErr w:type="spellStart"/>
      <w:r w:rsidRPr="00C57960">
        <w:rPr>
          <w:rFonts w:cs="Times New Roman"/>
          <w:szCs w:val="28"/>
          <w:lang w:val="ru-RU"/>
        </w:rPr>
        <w:t>стимулювати</w:t>
      </w:r>
      <w:proofErr w:type="spellEnd"/>
      <w:r w:rsidRPr="00C57960">
        <w:rPr>
          <w:rFonts w:cs="Times New Roman"/>
          <w:szCs w:val="28"/>
          <w:lang w:val="ru-RU"/>
        </w:rPr>
        <w:t xml:space="preserve"> </w:t>
      </w:r>
      <w:proofErr w:type="spellStart"/>
      <w:r w:rsidRPr="00C57960">
        <w:rPr>
          <w:rFonts w:cs="Times New Roman"/>
          <w:szCs w:val="28"/>
          <w:lang w:val="ru-RU"/>
        </w:rPr>
        <w:t>м’язи</w:t>
      </w:r>
      <w:proofErr w:type="spellEnd"/>
      <w:r w:rsidRPr="00C57960">
        <w:rPr>
          <w:rFonts w:cs="Times New Roman"/>
          <w:szCs w:val="28"/>
          <w:lang w:val="ru-RU"/>
        </w:rPr>
        <w:t xml:space="preserve"> рук, </w:t>
      </w:r>
      <w:proofErr w:type="spellStart"/>
      <w:r w:rsidRPr="00C57960">
        <w:rPr>
          <w:rFonts w:cs="Times New Roman"/>
          <w:szCs w:val="28"/>
          <w:lang w:val="ru-RU"/>
        </w:rPr>
        <w:t>масаж</w:t>
      </w:r>
      <w:proofErr w:type="spellEnd"/>
      <w:r w:rsidRPr="00C57960">
        <w:rPr>
          <w:rFonts w:cs="Times New Roman"/>
          <w:szCs w:val="28"/>
          <w:lang w:val="ru-RU"/>
        </w:rPr>
        <w:t xml:space="preserve"> </w:t>
      </w:r>
      <w:proofErr w:type="spellStart"/>
      <w:r w:rsidRPr="00C57960">
        <w:rPr>
          <w:rFonts w:cs="Times New Roman"/>
          <w:szCs w:val="28"/>
          <w:lang w:val="ru-RU"/>
        </w:rPr>
        <w:t>точок</w:t>
      </w:r>
      <w:proofErr w:type="spellEnd"/>
      <w:r w:rsidRPr="00C57960">
        <w:rPr>
          <w:rFonts w:cs="Times New Roman"/>
          <w:szCs w:val="28"/>
          <w:lang w:val="ru-RU"/>
        </w:rPr>
        <w:t xml:space="preserve"> на </w:t>
      </w:r>
      <w:proofErr w:type="spellStart"/>
      <w:r w:rsidRPr="00C57960">
        <w:rPr>
          <w:rFonts w:cs="Times New Roman"/>
          <w:szCs w:val="28"/>
          <w:lang w:val="ru-RU"/>
        </w:rPr>
        <w:t>лобі</w:t>
      </w:r>
      <w:proofErr w:type="spellEnd"/>
      <w:r w:rsidRPr="00C57960">
        <w:rPr>
          <w:rFonts w:cs="Times New Roman"/>
          <w:szCs w:val="28"/>
          <w:lang w:val="ru-RU"/>
        </w:rPr>
        <w:t xml:space="preserve">, </w:t>
      </w:r>
      <w:proofErr w:type="spellStart"/>
      <w:r w:rsidRPr="00C57960">
        <w:rPr>
          <w:rFonts w:cs="Times New Roman"/>
          <w:szCs w:val="28"/>
          <w:lang w:val="ru-RU"/>
        </w:rPr>
        <w:t>синхронізувати</w:t>
      </w:r>
      <w:proofErr w:type="spellEnd"/>
      <w:r w:rsidRPr="00C57960">
        <w:rPr>
          <w:rFonts w:cs="Times New Roman"/>
          <w:szCs w:val="28"/>
          <w:lang w:val="ru-RU"/>
        </w:rPr>
        <w:t xml:space="preserve"> </w:t>
      </w:r>
      <w:proofErr w:type="spellStart"/>
      <w:r w:rsidRPr="00C57960">
        <w:rPr>
          <w:rFonts w:cs="Times New Roman"/>
          <w:szCs w:val="28"/>
          <w:lang w:val="ru-RU"/>
        </w:rPr>
        <w:t>дихання</w:t>
      </w:r>
      <w:proofErr w:type="spellEnd"/>
      <w:r w:rsidRPr="00C57960">
        <w:rPr>
          <w:rFonts w:cs="Times New Roman"/>
          <w:szCs w:val="28"/>
          <w:lang w:val="ru-RU"/>
        </w:rPr>
        <w:t>.</w:t>
      </w:r>
    </w:p>
    <w:p w14:paraId="0A2AB926" w14:textId="77777777" w:rsidR="007452E9" w:rsidRPr="00C57960" w:rsidRDefault="007452E9" w:rsidP="007452E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cs="Times New Roman"/>
          <w:szCs w:val="28"/>
          <w:lang w:val="ru-RU"/>
        </w:rPr>
      </w:pPr>
      <w:proofErr w:type="spellStart"/>
      <w:r w:rsidRPr="00C57960">
        <w:rPr>
          <w:rStyle w:val="af6"/>
          <w:rFonts w:cs="Times New Roman"/>
          <w:szCs w:val="28"/>
          <w:lang w:val="ru-RU"/>
        </w:rPr>
        <w:t>Апатія</w:t>
      </w:r>
      <w:proofErr w:type="spellEnd"/>
      <w:r w:rsidRPr="00C57960">
        <w:rPr>
          <w:rFonts w:cs="Times New Roman"/>
          <w:szCs w:val="28"/>
          <w:lang w:val="ru-RU"/>
        </w:rPr>
        <w:t xml:space="preserve"> — </w:t>
      </w:r>
      <w:proofErr w:type="spellStart"/>
      <w:r w:rsidRPr="00C57960">
        <w:rPr>
          <w:rFonts w:cs="Times New Roman"/>
          <w:szCs w:val="28"/>
          <w:lang w:val="ru-RU"/>
        </w:rPr>
        <w:t>млявість</w:t>
      </w:r>
      <w:proofErr w:type="spellEnd"/>
      <w:r w:rsidRPr="00C57960">
        <w:rPr>
          <w:rFonts w:cs="Times New Roman"/>
          <w:szCs w:val="28"/>
          <w:lang w:val="ru-RU"/>
        </w:rPr>
        <w:t xml:space="preserve">, </w:t>
      </w:r>
      <w:proofErr w:type="spellStart"/>
      <w:r w:rsidRPr="00C57960">
        <w:rPr>
          <w:rFonts w:cs="Times New Roman"/>
          <w:szCs w:val="28"/>
          <w:lang w:val="ru-RU"/>
        </w:rPr>
        <w:t>байдужість</w:t>
      </w:r>
      <w:proofErr w:type="spellEnd"/>
      <w:r w:rsidRPr="00C57960">
        <w:rPr>
          <w:rFonts w:cs="Times New Roman"/>
          <w:szCs w:val="28"/>
          <w:lang w:val="ru-RU"/>
        </w:rPr>
        <w:t xml:space="preserve">. </w:t>
      </w:r>
      <w:proofErr w:type="spellStart"/>
      <w:r w:rsidRPr="00C57960">
        <w:rPr>
          <w:rFonts w:cs="Times New Roman"/>
          <w:szCs w:val="28"/>
          <w:lang w:val="ru-RU"/>
        </w:rPr>
        <w:t>Допомога</w:t>
      </w:r>
      <w:proofErr w:type="spellEnd"/>
      <w:r w:rsidRPr="00C57960">
        <w:rPr>
          <w:rFonts w:cs="Times New Roman"/>
          <w:szCs w:val="28"/>
          <w:lang w:val="ru-RU"/>
        </w:rPr>
        <w:t xml:space="preserve">: </w:t>
      </w:r>
      <w:proofErr w:type="spellStart"/>
      <w:r w:rsidRPr="00C57960">
        <w:rPr>
          <w:rFonts w:cs="Times New Roman"/>
          <w:szCs w:val="28"/>
          <w:lang w:val="ru-RU"/>
        </w:rPr>
        <w:t>встановити</w:t>
      </w:r>
      <w:proofErr w:type="spellEnd"/>
      <w:r w:rsidRPr="00C57960">
        <w:rPr>
          <w:rFonts w:cs="Times New Roman"/>
          <w:szCs w:val="28"/>
          <w:lang w:val="ru-RU"/>
        </w:rPr>
        <w:t xml:space="preserve"> контакт </w:t>
      </w:r>
      <w:proofErr w:type="spellStart"/>
      <w:r w:rsidRPr="00C57960">
        <w:rPr>
          <w:rFonts w:cs="Times New Roman"/>
          <w:szCs w:val="28"/>
          <w:lang w:val="ru-RU"/>
        </w:rPr>
        <w:t>простими</w:t>
      </w:r>
      <w:proofErr w:type="spellEnd"/>
      <w:r w:rsidRPr="00C57960">
        <w:rPr>
          <w:rFonts w:cs="Times New Roman"/>
          <w:szCs w:val="28"/>
          <w:lang w:val="ru-RU"/>
        </w:rPr>
        <w:t xml:space="preserve"> </w:t>
      </w:r>
      <w:proofErr w:type="spellStart"/>
      <w:r w:rsidRPr="00C57960">
        <w:rPr>
          <w:rFonts w:cs="Times New Roman"/>
          <w:szCs w:val="28"/>
          <w:lang w:val="ru-RU"/>
        </w:rPr>
        <w:t>питаннями</w:t>
      </w:r>
      <w:proofErr w:type="spellEnd"/>
      <w:r w:rsidRPr="00C57960">
        <w:rPr>
          <w:rFonts w:cs="Times New Roman"/>
          <w:szCs w:val="28"/>
          <w:lang w:val="ru-RU"/>
        </w:rPr>
        <w:t xml:space="preserve">, </w:t>
      </w:r>
      <w:proofErr w:type="spellStart"/>
      <w:r w:rsidRPr="00C57960">
        <w:rPr>
          <w:rFonts w:cs="Times New Roman"/>
          <w:szCs w:val="28"/>
          <w:lang w:val="ru-RU"/>
        </w:rPr>
        <w:t>залучити</w:t>
      </w:r>
      <w:proofErr w:type="spellEnd"/>
      <w:r w:rsidRPr="00C57960">
        <w:rPr>
          <w:rFonts w:cs="Times New Roman"/>
          <w:szCs w:val="28"/>
          <w:lang w:val="ru-RU"/>
        </w:rPr>
        <w:t xml:space="preserve"> до </w:t>
      </w:r>
      <w:proofErr w:type="spellStart"/>
      <w:r w:rsidRPr="00C57960">
        <w:rPr>
          <w:rFonts w:cs="Times New Roman"/>
          <w:szCs w:val="28"/>
          <w:lang w:val="ru-RU"/>
        </w:rPr>
        <w:t>рутинної</w:t>
      </w:r>
      <w:proofErr w:type="spellEnd"/>
      <w:r w:rsidRPr="00C57960">
        <w:rPr>
          <w:rFonts w:cs="Times New Roman"/>
          <w:szCs w:val="28"/>
          <w:lang w:val="ru-RU"/>
        </w:rPr>
        <w:t xml:space="preserve"> </w:t>
      </w:r>
      <w:proofErr w:type="spellStart"/>
      <w:r w:rsidRPr="00C57960">
        <w:rPr>
          <w:rFonts w:cs="Times New Roman"/>
          <w:szCs w:val="28"/>
          <w:lang w:val="ru-RU"/>
        </w:rPr>
        <w:t>роботи</w:t>
      </w:r>
      <w:proofErr w:type="spellEnd"/>
      <w:r w:rsidRPr="00C57960">
        <w:rPr>
          <w:rFonts w:cs="Times New Roman"/>
          <w:szCs w:val="28"/>
          <w:lang w:val="ru-RU"/>
        </w:rPr>
        <w:t xml:space="preserve">, </w:t>
      </w:r>
      <w:proofErr w:type="spellStart"/>
      <w:r w:rsidRPr="00C57960">
        <w:rPr>
          <w:rFonts w:cs="Times New Roman"/>
          <w:szCs w:val="28"/>
          <w:lang w:val="ru-RU"/>
        </w:rPr>
        <w:t>забезпечити</w:t>
      </w:r>
      <w:proofErr w:type="spellEnd"/>
      <w:r w:rsidRPr="00C57960">
        <w:rPr>
          <w:rFonts w:cs="Times New Roman"/>
          <w:szCs w:val="28"/>
          <w:lang w:val="ru-RU"/>
        </w:rPr>
        <w:t xml:space="preserve"> </w:t>
      </w:r>
      <w:proofErr w:type="spellStart"/>
      <w:r w:rsidRPr="00C57960">
        <w:rPr>
          <w:rFonts w:cs="Times New Roman"/>
          <w:szCs w:val="28"/>
          <w:lang w:val="ru-RU"/>
        </w:rPr>
        <w:t>їжею</w:t>
      </w:r>
      <w:proofErr w:type="spellEnd"/>
      <w:r w:rsidRPr="00C57960">
        <w:rPr>
          <w:rFonts w:cs="Times New Roman"/>
          <w:szCs w:val="28"/>
          <w:lang w:val="ru-RU"/>
        </w:rPr>
        <w:t xml:space="preserve">, не </w:t>
      </w:r>
      <w:proofErr w:type="spellStart"/>
      <w:r w:rsidRPr="00C57960">
        <w:rPr>
          <w:rFonts w:cs="Times New Roman"/>
          <w:szCs w:val="28"/>
          <w:lang w:val="ru-RU"/>
        </w:rPr>
        <w:t>жаліти</w:t>
      </w:r>
      <w:proofErr w:type="spellEnd"/>
      <w:r w:rsidRPr="00C57960">
        <w:rPr>
          <w:rFonts w:cs="Times New Roman"/>
          <w:szCs w:val="28"/>
          <w:lang w:val="ru-RU"/>
        </w:rPr>
        <w:t xml:space="preserve"> </w:t>
      </w:r>
      <w:proofErr w:type="spellStart"/>
      <w:r w:rsidRPr="00C57960">
        <w:rPr>
          <w:rFonts w:cs="Times New Roman"/>
          <w:szCs w:val="28"/>
          <w:lang w:val="ru-RU"/>
        </w:rPr>
        <w:t>надмірно</w:t>
      </w:r>
      <w:proofErr w:type="spellEnd"/>
      <w:r w:rsidRPr="00C57960">
        <w:rPr>
          <w:rFonts w:cs="Times New Roman"/>
          <w:szCs w:val="28"/>
          <w:lang w:val="ru-RU"/>
        </w:rPr>
        <w:t>.</w:t>
      </w:r>
    </w:p>
    <w:p w14:paraId="240DA49F" w14:textId="77777777" w:rsidR="007452E9" w:rsidRPr="00C57960" w:rsidRDefault="007452E9" w:rsidP="007452E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cs="Times New Roman"/>
          <w:szCs w:val="28"/>
          <w:lang w:val="ru-RU"/>
        </w:rPr>
      </w:pPr>
      <w:proofErr w:type="spellStart"/>
      <w:r w:rsidRPr="00C57960">
        <w:rPr>
          <w:rStyle w:val="af6"/>
          <w:rFonts w:cs="Times New Roman"/>
          <w:szCs w:val="28"/>
          <w:lang w:val="ru-RU"/>
        </w:rPr>
        <w:t>Марення</w:t>
      </w:r>
      <w:proofErr w:type="spellEnd"/>
      <w:r w:rsidRPr="00C57960">
        <w:rPr>
          <w:rStyle w:val="af6"/>
          <w:rFonts w:cs="Times New Roman"/>
          <w:szCs w:val="28"/>
          <w:lang w:val="ru-RU"/>
        </w:rPr>
        <w:t xml:space="preserve">, </w:t>
      </w:r>
      <w:proofErr w:type="spellStart"/>
      <w:r w:rsidRPr="00C57960">
        <w:rPr>
          <w:rStyle w:val="af6"/>
          <w:rFonts w:cs="Times New Roman"/>
          <w:szCs w:val="28"/>
          <w:lang w:val="ru-RU"/>
        </w:rPr>
        <w:t>галюцинації</w:t>
      </w:r>
      <w:proofErr w:type="spellEnd"/>
      <w:r w:rsidRPr="00C57960">
        <w:rPr>
          <w:rFonts w:cs="Times New Roman"/>
          <w:szCs w:val="28"/>
          <w:lang w:val="ru-RU"/>
        </w:rPr>
        <w:t xml:space="preserve"> — </w:t>
      </w:r>
      <w:proofErr w:type="spellStart"/>
      <w:r w:rsidRPr="00C57960">
        <w:rPr>
          <w:rFonts w:cs="Times New Roman"/>
          <w:szCs w:val="28"/>
          <w:lang w:val="ru-RU"/>
        </w:rPr>
        <w:t>спотворене</w:t>
      </w:r>
      <w:proofErr w:type="spellEnd"/>
      <w:r w:rsidRPr="00C57960">
        <w:rPr>
          <w:rFonts w:cs="Times New Roman"/>
          <w:szCs w:val="28"/>
          <w:lang w:val="ru-RU"/>
        </w:rPr>
        <w:t xml:space="preserve"> </w:t>
      </w:r>
      <w:proofErr w:type="spellStart"/>
      <w:r w:rsidRPr="00C57960">
        <w:rPr>
          <w:rFonts w:cs="Times New Roman"/>
          <w:szCs w:val="28"/>
          <w:lang w:val="ru-RU"/>
        </w:rPr>
        <w:t>сприйняття</w:t>
      </w:r>
      <w:proofErr w:type="spellEnd"/>
      <w:r w:rsidRPr="00C57960">
        <w:rPr>
          <w:rFonts w:cs="Times New Roman"/>
          <w:szCs w:val="28"/>
          <w:lang w:val="ru-RU"/>
        </w:rPr>
        <w:t xml:space="preserve">. </w:t>
      </w:r>
      <w:proofErr w:type="spellStart"/>
      <w:r w:rsidRPr="00C57960">
        <w:rPr>
          <w:rFonts w:cs="Times New Roman"/>
          <w:szCs w:val="28"/>
          <w:lang w:val="ru-RU"/>
        </w:rPr>
        <w:t>Допомога</w:t>
      </w:r>
      <w:proofErr w:type="spellEnd"/>
      <w:r w:rsidRPr="00C57960">
        <w:rPr>
          <w:rFonts w:cs="Times New Roman"/>
          <w:szCs w:val="28"/>
          <w:lang w:val="ru-RU"/>
        </w:rPr>
        <w:t xml:space="preserve">: </w:t>
      </w:r>
      <w:proofErr w:type="spellStart"/>
      <w:r w:rsidRPr="00C57960">
        <w:rPr>
          <w:rFonts w:cs="Times New Roman"/>
          <w:szCs w:val="28"/>
          <w:lang w:val="ru-RU"/>
        </w:rPr>
        <w:t>прибрати</w:t>
      </w:r>
      <w:proofErr w:type="spellEnd"/>
      <w:r w:rsidRPr="00C57960">
        <w:rPr>
          <w:rFonts w:cs="Times New Roman"/>
          <w:szCs w:val="28"/>
          <w:lang w:val="ru-RU"/>
        </w:rPr>
        <w:t xml:space="preserve"> </w:t>
      </w:r>
      <w:proofErr w:type="spellStart"/>
      <w:r w:rsidRPr="00C57960">
        <w:rPr>
          <w:rFonts w:cs="Times New Roman"/>
          <w:szCs w:val="28"/>
          <w:lang w:val="ru-RU"/>
        </w:rPr>
        <w:t>небезпечні</w:t>
      </w:r>
      <w:proofErr w:type="spellEnd"/>
      <w:r w:rsidRPr="00C57960">
        <w:rPr>
          <w:rFonts w:cs="Times New Roman"/>
          <w:szCs w:val="28"/>
          <w:lang w:val="ru-RU"/>
        </w:rPr>
        <w:t xml:space="preserve"> </w:t>
      </w:r>
      <w:proofErr w:type="spellStart"/>
      <w:r w:rsidRPr="00C57960">
        <w:rPr>
          <w:rFonts w:cs="Times New Roman"/>
          <w:szCs w:val="28"/>
          <w:lang w:val="ru-RU"/>
        </w:rPr>
        <w:t>предмети</w:t>
      </w:r>
      <w:proofErr w:type="spellEnd"/>
      <w:r w:rsidRPr="00C57960">
        <w:rPr>
          <w:rFonts w:cs="Times New Roman"/>
          <w:szCs w:val="28"/>
          <w:lang w:val="ru-RU"/>
        </w:rPr>
        <w:t xml:space="preserve">, бути </w:t>
      </w:r>
      <w:proofErr w:type="spellStart"/>
      <w:r w:rsidRPr="00C57960">
        <w:rPr>
          <w:rFonts w:cs="Times New Roman"/>
          <w:szCs w:val="28"/>
          <w:lang w:val="ru-RU"/>
        </w:rPr>
        <w:t>поряд</w:t>
      </w:r>
      <w:proofErr w:type="spellEnd"/>
      <w:r w:rsidRPr="00C57960">
        <w:rPr>
          <w:rFonts w:cs="Times New Roman"/>
          <w:szCs w:val="28"/>
          <w:lang w:val="ru-RU"/>
        </w:rPr>
        <w:t xml:space="preserve">, </w:t>
      </w:r>
      <w:proofErr w:type="spellStart"/>
      <w:r w:rsidRPr="00C57960">
        <w:rPr>
          <w:rFonts w:cs="Times New Roman"/>
          <w:szCs w:val="28"/>
          <w:lang w:val="ru-RU"/>
        </w:rPr>
        <w:t>спокійно</w:t>
      </w:r>
      <w:proofErr w:type="spellEnd"/>
      <w:r w:rsidRPr="00C57960">
        <w:rPr>
          <w:rFonts w:cs="Times New Roman"/>
          <w:szCs w:val="28"/>
          <w:lang w:val="ru-RU"/>
        </w:rPr>
        <w:t xml:space="preserve"> </w:t>
      </w:r>
      <w:proofErr w:type="spellStart"/>
      <w:r w:rsidRPr="00C57960">
        <w:rPr>
          <w:rFonts w:cs="Times New Roman"/>
          <w:szCs w:val="28"/>
          <w:lang w:val="ru-RU"/>
        </w:rPr>
        <w:t>говорити</w:t>
      </w:r>
      <w:proofErr w:type="spellEnd"/>
      <w:r w:rsidRPr="00C57960">
        <w:rPr>
          <w:rFonts w:cs="Times New Roman"/>
          <w:szCs w:val="28"/>
          <w:lang w:val="ru-RU"/>
        </w:rPr>
        <w:t xml:space="preserve">, не </w:t>
      </w:r>
      <w:proofErr w:type="spellStart"/>
      <w:r w:rsidRPr="00C57960">
        <w:rPr>
          <w:rFonts w:cs="Times New Roman"/>
          <w:szCs w:val="28"/>
          <w:lang w:val="ru-RU"/>
        </w:rPr>
        <w:t>переконувати</w:t>
      </w:r>
      <w:proofErr w:type="spellEnd"/>
      <w:r w:rsidRPr="00C57960">
        <w:rPr>
          <w:rFonts w:cs="Times New Roman"/>
          <w:szCs w:val="28"/>
          <w:lang w:val="ru-RU"/>
        </w:rPr>
        <w:t>.</w:t>
      </w:r>
    </w:p>
    <w:p w14:paraId="3A713BFB" w14:textId="77777777" w:rsidR="007452E9" w:rsidRPr="00C57960" w:rsidRDefault="007452E9" w:rsidP="007452E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cs="Times New Roman"/>
          <w:szCs w:val="28"/>
          <w:lang w:val="ru-RU"/>
        </w:rPr>
      </w:pPr>
      <w:r w:rsidRPr="00C57960">
        <w:rPr>
          <w:rStyle w:val="af6"/>
          <w:rFonts w:cs="Times New Roman"/>
          <w:szCs w:val="28"/>
          <w:lang w:val="ru-RU"/>
        </w:rPr>
        <w:t>Страх</w:t>
      </w:r>
      <w:r w:rsidRPr="00C57960">
        <w:rPr>
          <w:rFonts w:cs="Times New Roman"/>
          <w:szCs w:val="28"/>
          <w:lang w:val="ru-RU"/>
        </w:rPr>
        <w:t xml:space="preserve"> — </w:t>
      </w:r>
      <w:proofErr w:type="spellStart"/>
      <w:r w:rsidRPr="00C57960">
        <w:rPr>
          <w:rFonts w:cs="Times New Roman"/>
          <w:szCs w:val="28"/>
          <w:lang w:val="ru-RU"/>
        </w:rPr>
        <w:t>паніка</w:t>
      </w:r>
      <w:proofErr w:type="spellEnd"/>
      <w:r w:rsidRPr="00C57960">
        <w:rPr>
          <w:rFonts w:cs="Times New Roman"/>
          <w:szCs w:val="28"/>
          <w:lang w:val="ru-RU"/>
        </w:rPr>
        <w:t xml:space="preserve"> </w:t>
      </w:r>
      <w:proofErr w:type="spellStart"/>
      <w:r w:rsidRPr="00C57960">
        <w:rPr>
          <w:rFonts w:cs="Times New Roman"/>
          <w:szCs w:val="28"/>
          <w:lang w:val="ru-RU"/>
        </w:rPr>
        <w:t>або</w:t>
      </w:r>
      <w:proofErr w:type="spellEnd"/>
      <w:r w:rsidRPr="00C57960">
        <w:rPr>
          <w:rFonts w:cs="Times New Roman"/>
          <w:szCs w:val="28"/>
          <w:lang w:val="ru-RU"/>
        </w:rPr>
        <w:t xml:space="preserve"> </w:t>
      </w:r>
      <w:proofErr w:type="spellStart"/>
      <w:r w:rsidRPr="00C57960">
        <w:rPr>
          <w:rFonts w:cs="Times New Roman"/>
          <w:szCs w:val="28"/>
          <w:lang w:val="ru-RU"/>
        </w:rPr>
        <w:t>агресія</w:t>
      </w:r>
      <w:proofErr w:type="spellEnd"/>
      <w:r w:rsidRPr="00C57960">
        <w:rPr>
          <w:rFonts w:cs="Times New Roman"/>
          <w:szCs w:val="28"/>
          <w:lang w:val="ru-RU"/>
        </w:rPr>
        <w:t xml:space="preserve">. </w:t>
      </w:r>
      <w:proofErr w:type="spellStart"/>
      <w:r w:rsidRPr="00C57960">
        <w:rPr>
          <w:rFonts w:cs="Times New Roman"/>
          <w:szCs w:val="28"/>
          <w:lang w:val="ru-RU"/>
        </w:rPr>
        <w:t>Допомога</w:t>
      </w:r>
      <w:proofErr w:type="spellEnd"/>
      <w:r w:rsidRPr="00C57960">
        <w:rPr>
          <w:rFonts w:cs="Times New Roman"/>
          <w:szCs w:val="28"/>
          <w:lang w:val="ru-RU"/>
        </w:rPr>
        <w:t xml:space="preserve">: </w:t>
      </w:r>
      <w:proofErr w:type="spellStart"/>
      <w:r w:rsidRPr="00C57960">
        <w:rPr>
          <w:rFonts w:cs="Times New Roman"/>
          <w:szCs w:val="28"/>
          <w:lang w:val="ru-RU"/>
        </w:rPr>
        <w:t>дати</w:t>
      </w:r>
      <w:proofErr w:type="spellEnd"/>
      <w:r w:rsidRPr="00C57960">
        <w:rPr>
          <w:rFonts w:cs="Times New Roman"/>
          <w:szCs w:val="28"/>
          <w:lang w:val="ru-RU"/>
        </w:rPr>
        <w:t xml:space="preserve"> </w:t>
      </w:r>
      <w:proofErr w:type="spellStart"/>
      <w:r w:rsidRPr="00C57960">
        <w:rPr>
          <w:rFonts w:cs="Times New Roman"/>
          <w:szCs w:val="28"/>
          <w:lang w:val="ru-RU"/>
        </w:rPr>
        <w:t>відчути</w:t>
      </w:r>
      <w:proofErr w:type="spellEnd"/>
      <w:r w:rsidRPr="00C57960">
        <w:rPr>
          <w:rFonts w:cs="Times New Roman"/>
          <w:szCs w:val="28"/>
          <w:lang w:val="ru-RU"/>
        </w:rPr>
        <w:t xml:space="preserve"> ваш пульс, </w:t>
      </w:r>
      <w:proofErr w:type="spellStart"/>
      <w:r w:rsidRPr="00C57960">
        <w:rPr>
          <w:rFonts w:cs="Times New Roman"/>
          <w:szCs w:val="28"/>
          <w:lang w:val="ru-RU"/>
        </w:rPr>
        <w:t>синхронізувати</w:t>
      </w:r>
      <w:proofErr w:type="spellEnd"/>
      <w:r w:rsidRPr="00C57960">
        <w:rPr>
          <w:rFonts w:cs="Times New Roman"/>
          <w:szCs w:val="28"/>
          <w:lang w:val="ru-RU"/>
        </w:rPr>
        <w:t xml:space="preserve"> </w:t>
      </w:r>
      <w:proofErr w:type="spellStart"/>
      <w:r w:rsidRPr="00C57960">
        <w:rPr>
          <w:rFonts w:cs="Times New Roman"/>
          <w:szCs w:val="28"/>
          <w:lang w:val="ru-RU"/>
        </w:rPr>
        <w:t>дихання</w:t>
      </w:r>
      <w:proofErr w:type="spellEnd"/>
      <w:r w:rsidRPr="00C57960">
        <w:rPr>
          <w:rFonts w:cs="Times New Roman"/>
          <w:szCs w:val="28"/>
          <w:lang w:val="ru-RU"/>
        </w:rPr>
        <w:t xml:space="preserve">, </w:t>
      </w:r>
      <w:proofErr w:type="spellStart"/>
      <w:r w:rsidRPr="00C57960">
        <w:rPr>
          <w:rFonts w:cs="Times New Roman"/>
          <w:szCs w:val="28"/>
          <w:lang w:val="ru-RU"/>
        </w:rPr>
        <w:t>масаж</w:t>
      </w:r>
      <w:proofErr w:type="spellEnd"/>
      <w:r w:rsidRPr="00C57960">
        <w:rPr>
          <w:rFonts w:cs="Times New Roman"/>
          <w:szCs w:val="28"/>
          <w:lang w:val="ru-RU"/>
        </w:rPr>
        <w:t xml:space="preserve"> </w:t>
      </w:r>
      <w:proofErr w:type="spellStart"/>
      <w:r w:rsidRPr="00C57960">
        <w:rPr>
          <w:rFonts w:cs="Times New Roman"/>
          <w:szCs w:val="28"/>
          <w:lang w:val="ru-RU"/>
        </w:rPr>
        <w:t>напружених</w:t>
      </w:r>
      <w:proofErr w:type="spellEnd"/>
      <w:r w:rsidRPr="00C57960">
        <w:rPr>
          <w:rFonts w:cs="Times New Roman"/>
          <w:szCs w:val="28"/>
          <w:lang w:val="ru-RU"/>
        </w:rPr>
        <w:t xml:space="preserve"> </w:t>
      </w:r>
      <w:proofErr w:type="spellStart"/>
      <w:r w:rsidRPr="00C57960">
        <w:rPr>
          <w:rFonts w:cs="Times New Roman"/>
          <w:szCs w:val="28"/>
          <w:lang w:val="ru-RU"/>
        </w:rPr>
        <w:t>м’язів</w:t>
      </w:r>
      <w:proofErr w:type="spellEnd"/>
      <w:r w:rsidRPr="00C57960">
        <w:rPr>
          <w:rFonts w:cs="Times New Roman"/>
          <w:szCs w:val="28"/>
          <w:lang w:val="ru-RU"/>
        </w:rPr>
        <w:t>.</w:t>
      </w:r>
    </w:p>
    <w:p w14:paraId="2516EC52" w14:textId="77777777" w:rsidR="007452E9" w:rsidRPr="00C57960" w:rsidRDefault="007452E9" w:rsidP="007452E9">
      <w:pPr>
        <w:pStyle w:val="4"/>
        <w:rPr>
          <w:rFonts w:ascii="Times New Roman" w:hAnsi="Times New Roman" w:cs="Times New Roman"/>
          <w:i w:val="0"/>
          <w:iCs w:val="0"/>
          <w:color w:val="auto"/>
          <w:szCs w:val="28"/>
          <w:lang w:val="ru-RU"/>
        </w:rPr>
      </w:pPr>
      <w:r w:rsidRPr="00C57960">
        <w:rPr>
          <w:rFonts w:ascii="Times New Roman" w:hAnsi="Times New Roman" w:cs="Times New Roman"/>
          <w:i w:val="0"/>
          <w:iCs w:val="0"/>
          <w:color w:val="auto"/>
          <w:szCs w:val="28"/>
          <w:lang w:val="ru-RU"/>
        </w:rPr>
        <w:t xml:space="preserve">2.2. Перша </w:t>
      </w:r>
      <w:proofErr w:type="spellStart"/>
      <w:r w:rsidRPr="00C57960">
        <w:rPr>
          <w:rFonts w:ascii="Times New Roman" w:hAnsi="Times New Roman" w:cs="Times New Roman"/>
          <w:i w:val="0"/>
          <w:iCs w:val="0"/>
          <w:color w:val="auto"/>
          <w:szCs w:val="28"/>
          <w:lang w:val="ru-RU"/>
        </w:rPr>
        <w:t>психологічна</w:t>
      </w:r>
      <w:proofErr w:type="spellEnd"/>
      <w:r w:rsidRPr="00C57960">
        <w:rPr>
          <w:rFonts w:ascii="Times New Roman" w:hAnsi="Times New Roman" w:cs="Times New Roman"/>
          <w:i w:val="0"/>
          <w:iCs w:val="0"/>
          <w:color w:val="auto"/>
          <w:szCs w:val="28"/>
          <w:lang w:val="ru-RU"/>
        </w:rPr>
        <w:t xml:space="preserve"> </w:t>
      </w:r>
      <w:proofErr w:type="spellStart"/>
      <w:r w:rsidRPr="00C57960">
        <w:rPr>
          <w:rFonts w:ascii="Times New Roman" w:hAnsi="Times New Roman" w:cs="Times New Roman"/>
          <w:i w:val="0"/>
          <w:iCs w:val="0"/>
          <w:color w:val="auto"/>
          <w:szCs w:val="28"/>
          <w:lang w:val="ru-RU"/>
        </w:rPr>
        <w:t>допомога</w:t>
      </w:r>
      <w:proofErr w:type="spellEnd"/>
      <w:r w:rsidRPr="00C57960">
        <w:rPr>
          <w:rFonts w:ascii="Times New Roman" w:hAnsi="Times New Roman" w:cs="Times New Roman"/>
          <w:i w:val="0"/>
          <w:iCs w:val="0"/>
          <w:color w:val="auto"/>
          <w:szCs w:val="28"/>
          <w:lang w:val="ru-RU"/>
        </w:rPr>
        <w:t xml:space="preserve"> (ППД)</w:t>
      </w:r>
    </w:p>
    <w:p w14:paraId="7B74BAFC" w14:textId="77777777" w:rsidR="007452E9" w:rsidRPr="00C57960" w:rsidRDefault="007452E9" w:rsidP="007452E9">
      <w:pPr>
        <w:spacing w:before="100" w:beforeAutospacing="1" w:after="100" w:afterAutospacing="1"/>
        <w:rPr>
          <w:rFonts w:cs="Times New Roman"/>
          <w:szCs w:val="28"/>
          <w:lang w:val="ru-RU"/>
        </w:rPr>
      </w:pPr>
      <w:r w:rsidRPr="00C57960">
        <w:rPr>
          <w:rFonts w:cs="Times New Roman"/>
          <w:szCs w:val="28"/>
          <w:lang w:val="ru-RU"/>
        </w:rPr>
        <w:t xml:space="preserve">ППД — </w:t>
      </w:r>
      <w:proofErr w:type="spellStart"/>
      <w:r w:rsidRPr="00C57960">
        <w:rPr>
          <w:rFonts w:cs="Times New Roman"/>
          <w:szCs w:val="28"/>
          <w:lang w:val="ru-RU"/>
        </w:rPr>
        <w:t>це</w:t>
      </w:r>
      <w:proofErr w:type="spellEnd"/>
      <w:r w:rsidRPr="00C57960">
        <w:rPr>
          <w:rFonts w:cs="Times New Roman"/>
          <w:szCs w:val="28"/>
          <w:lang w:val="ru-RU"/>
        </w:rPr>
        <w:t xml:space="preserve"> </w:t>
      </w:r>
      <w:proofErr w:type="spellStart"/>
      <w:r w:rsidRPr="00C57960">
        <w:rPr>
          <w:rFonts w:cs="Times New Roman"/>
          <w:szCs w:val="28"/>
          <w:lang w:val="ru-RU"/>
        </w:rPr>
        <w:t>підтримка</w:t>
      </w:r>
      <w:proofErr w:type="spellEnd"/>
      <w:r w:rsidRPr="00C57960">
        <w:rPr>
          <w:rFonts w:cs="Times New Roman"/>
          <w:szCs w:val="28"/>
          <w:lang w:val="ru-RU"/>
        </w:rPr>
        <w:t xml:space="preserve"> побратима в </w:t>
      </w:r>
      <w:proofErr w:type="spellStart"/>
      <w:r w:rsidRPr="00C57960">
        <w:rPr>
          <w:rFonts w:cs="Times New Roman"/>
          <w:szCs w:val="28"/>
          <w:lang w:val="ru-RU"/>
        </w:rPr>
        <w:t>стресі</w:t>
      </w:r>
      <w:proofErr w:type="spellEnd"/>
      <w:r w:rsidRPr="00C57960">
        <w:rPr>
          <w:rFonts w:cs="Times New Roman"/>
          <w:szCs w:val="28"/>
          <w:lang w:val="ru-RU"/>
        </w:rPr>
        <w:t xml:space="preserve">. </w:t>
      </w:r>
      <w:proofErr w:type="spellStart"/>
      <w:r w:rsidRPr="00C57960">
        <w:rPr>
          <w:rFonts w:cs="Times New Roman"/>
          <w:szCs w:val="28"/>
          <w:lang w:val="ru-RU"/>
        </w:rPr>
        <w:t>Добровільна</w:t>
      </w:r>
      <w:proofErr w:type="spellEnd"/>
      <w:r w:rsidRPr="00C57960">
        <w:rPr>
          <w:rFonts w:cs="Times New Roman"/>
          <w:szCs w:val="28"/>
          <w:lang w:val="ru-RU"/>
        </w:rPr>
        <w:t xml:space="preserve"> </w:t>
      </w:r>
      <w:proofErr w:type="spellStart"/>
      <w:r w:rsidRPr="00C57960">
        <w:rPr>
          <w:rFonts w:cs="Times New Roman"/>
          <w:szCs w:val="28"/>
          <w:lang w:val="ru-RU"/>
        </w:rPr>
        <w:t>допомога</w:t>
      </w:r>
      <w:proofErr w:type="spellEnd"/>
      <w:r w:rsidRPr="00C57960">
        <w:rPr>
          <w:rFonts w:cs="Times New Roman"/>
          <w:szCs w:val="28"/>
          <w:lang w:val="ru-RU"/>
        </w:rPr>
        <w:t xml:space="preserve"> — </w:t>
      </w:r>
      <w:proofErr w:type="spellStart"/>
      <w:r w:rsidRPr="00C57960">
        <w:rPr>
          <w:rFonts w:cs="Times New Roman"/>
          <w:szCs w:val="28"/>
          <w:lang w:val="ru-RU"/>
        </w:rPr>
        <w:t>якщо</w:t>
      </w:r>
      <w:proofErr w:type="spellEnd"/>
      <w:r w:rsidRPr="00C57960">
        <w:rPr>
          <w:rFonts w:cs="Times New Roman"/>
          <w:szCs w:val="28"/>
          <w:lang w:val="ru-RU"/>
        </w:rPr>
        <w:t xml:space="preserve"> </w:t>
      </w:r>
      <w:proofErr w:type="spellStart"/>
      <w:r w:rsidRPr="00C57960">
        <w:rPr>
          <w:rFonts w:cs="Times New Roman"/>
          <w:szCs w:val="28"/>
          <w:lang w:val="ru-RU"/>
        </w:rPr>
        <w:t>боїшся</w:t>
      </w:r>
      <w:proofErr w:type="spellEnd"/>
      <w:r w:rsidRPr="00C57960">
        <w:rPr>
          <w:rFonts w:cs="Times New Roman"/>
          <w:szCs w:val="28"/>
          <w:lang w:val="ru-RU"/>
        </w:rPr>
        <w:t xml:space="preserve">, </w:t>
      </w:r>
      <w:proofErr w:type="spellStart"/>
      <w:r w:rsidRPr="00C57960">
        <w:rPr>
          <w:rFonts w:cs="Times New Roman"/>
          <w:szCs w:val="28"/>
          <w:lang w:val="ru-RU"/>
        </w:rPr>
        <w:t>поклич</w:t>
      </w:r>
      <w:proofErr w:type="spellEnd"/>
      <w:r w:rsidRPr="00C57960">
        <w:rPr>
          <w:rFonts w:cs="Times New Roman"/>
          <w:szCs w:val="28"/>
          <w:lang w:val="ru-RU"/>
        </w:rPr>
        <w:t xml:space="preserve"> </w:t>
      </w:r>
      <w:proofErr w:type="spellStart"/>
      <w:r w:rsidRPr="00C57960">
        <w:rPr>
          <w:rFonts w:cs="Times New Roman"/>
          <w:szCs w:val="28"/>
          <w:lang w:val="ru-RU"/>
        </w:rPr>
        <w:t>іншого</w:t>
      </w:r>
      <w:proofErr w:type="spellEnd"/>
      <w:r w:rsidRPr="00C57960">
        <w:rPr>
          <w:rFonts w:cs="Times New Roman"/>
          <w:szCs w:val="28"/>
          <w:lang w:val="ru-RU"/>
        </w:rPr>
        <w:t>.</w:t>
      </w:r>
    </w:p>
    <w:p w14:paraId="1D3DECFD" w14:textId="77777777" w:rsidR="00C57960" w:rsidRDefault="00C57960" w:rsidP="007452E9">
      <w:pPr>
        <w:spacing w:before="100" w:beforeAutospacing="1" w:after="100" w:afterAutospacing="1"/>
        <w:rPr>
          <w:rStyle w:val="af6"/>
          <w:rFonts w:cs="Times New Roman"/>
          <w:szCs w:val="28"/>
        </w:rPr>
      </w:pPr>
    </w:p>
    <w:p w14:paraId="48365466" w14:textId="0D9EB978" w:rsidR="007452E9" w:rsidRPr="00C57960" w:rsidRDefault="007452E9" w:rsidP="007452E9">
      <w:pPr>
        <w:spacing w:before="100" w:beforeAutospacing="1" w:after="100" w:afterAutospacing="1"/>
        <w:rPr>
          <w:rFonts w:cs="Times New Roman"/>
          <w:szCs w:val="28"/>
        </w:rPr>
      </w:pPr>
      <w:proofErr w:type="spellStart"/>
      <w:r w:rsidRPr="00C57960">
        <w:rPr>
          <w:rStyle w:val="af6"/>
          <w:rFonts w:cs="Times New Roman"/>
          <w:szCs w:val="28"/>
        </w:rPr>
        <w:lastRenderedPageBreak/>
        <w:t>Алгоритм</w:t>
      </w:r>
      <w:proofErr w:type="spellEnd"/>
      <w:r w:rsidRPr="00C57960">
        <w:rPr>
          <w:rStyle w:val="af6"/>
          <w:rFonts w:cs="Times New Roman"/>
          <w:szCs w:val="28"/>
        </w:rPr>
        <w:t xml:space="preserve"> “6П”:</w:t>
      </w:r>
    </w:p>
    <w:p w14:paraId="6750BAD3" w14:textId="77777777" w:rsidR="007452E9" w:rsidRPr="00C57960" w:rsidRDefault="007452E9" w:rsidP="007452E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cs="Times New Roman"/>
          <w:szCs w:val="28"/>
        </w:rPr>
      </w:pPr>
      <w:proofErr w:type="spellStart"/>
      <w:r w:rsidRPr="00C57960">
        <w:rPr>
          <w:rStyle w:val="af6"/>
          <w:rFonts w:cs="Times New Roman"/>
          <w:szCs w:val="28"/>
        </w:rPr>
        <w:t>Підійди</w:t>
      </w:r>
      <w:proofErr w:type="spellEnd"/>
      <w:r w:rsidRPr="00C57960">
        <w:rPr>
          <w:rFonts w:cs="Times New Roman"/>
          <w:szCs w:val="28"/>
        </w:rPr>
        <w:t xml:space="preserve"> — </w:t>
      </w:r>
      <w:proofErr w:type="spellStart"/>
      <w:r w:rsidRPr="00C57960">
        <w:rPr>
          <w:rFonts w:cs="Times New Roman"/>
          <w:szCs w:val="28"/>
        </w:rPr>
        <w:t>представся</w:t>
      </w:r>
      <w:proofErr w:type="spellEnd"/>
      <w:r w:rsidRPr="00C57960">
        <w:rPr>
          <w:rFonts w:cs="Times New Roman"/>
          <w:szCs w:val="28"/>
        </w:rPr>
        <w:t>.</w:t>
      </w:r>
    </w:p>
    <w:p w14:paraId="1F1C0E77" w14:textId="77777777" w:rsidR="007452E9" w:rsidRPr="00C57960" w:rsidRDefault="007452E9" w:rsidP="007452E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cs="Times New Roman"/>
          <w:szCs w:val="28"/>
          <w:lang w:val="ru-RU"/>
        </w:rPr>
      </w:pPr>
      <w:proofErr w:type="spellStart"/>
      <w:r w:rsidRPr="00C57960">
        <w:rPr>
          <w:rStyle w:val="af6"/>
          <w:rFonts w:cs="Times New Roman"/>
          <w:szCs w:val="28"/>
          <w:lang w:val="ru-RU"/>
        </w:rPr>
        <w:t>Підтримай</w:t>
      </w:r>
      <w:proofErr w:type="spellEnd"/>
      <w:r w:rsidRPr="00C57960">
        <w:rPr>
          <w:rFonts w:cs="Times New Roman"/>
          <w:szCs w:val="28"/>
          <w:lang w:val="ru-RU"/>
        </w:rPr>
        <w:t xml:space="preserve"> — </w:t>
      </w:r>
      <w:proofErr w:type="spellStart"/>
      <w:r w:rsidRPr="00C57960">
        <w:rPr>
          <w:rFonts w:cs="Times New Roman"/>
          <w:szCs w:val="28"/>
          <w:lang w:val="ru-RU"/>
        </w:rPr>
        <w:t>відведи</w:t>
      </w:r>
      <w:proofErr w:type="spellEnd"/>
      <w:r w:rsidRPr="00C57960">
        <w:rPr>
          <w:rFonts w:cs="Times New Roman"/>
          <w:szCs w:val="28"/>
          <w:lang w:val="ru-RU"/>
        </w:rPr>
        <w:t xml:space="preserve"> в </w:t>
      </w:r>
      <w:proofErr w:type="spellStart"/>
      <w:r w:rsidRPr="00C57960">
        <w:rPr>
          <w:rFonts w:cs="Times New Roman"/>
          <w:szCs w:val="28"/>
          <w:lang w:val="ru-RU"/>
        </w:rPr>
        <w:t>безпечне</w:t>
      </w:r>
      <w:proofErr w:type="spellEnd"/>
      <w:r w:rsidRPr="00C57960">
        <w:rPr>
          <w:rFonts w:cs="Times New Roman"/>
          <w:szCs w:val="28"/>
          <w:lang w:val="ru-RU"/>
        </w:rPr>
        <w:t xml:space="preserve"> </w:t>
      </w:r>
      <w:proofErr w:type="spellStart"/>
      <w:r w:rsidRPr="00C57960">
        <w:rPr>
          <w:rFonts w:cs="Times New Roman"/>
          <w:szCs w:val="28"/>
          <w:lang w:val="ru-RU"/>
        </w:rPr>
        <w:t>місце</w:t>
      </w:r>
      <w:proofErr w:type="spellEnd"/>
      <w:r w:rsidRPr="00C57960">
        <w:rPr>
          <w:rFonts w:cs="Times New Roman"/>
          <w:szCs w:val="28"/>
          <w:lang w:val="ru-RU"/>
        </w:rPr>
        <w:t>.</w:t>
      </w:r>
    </w:p>
    <w:p w14:paraId="1263AE98" w14:textId="77777777" w:rsidR="007452E9" w:rsidRPr="00C57960" w:rsidRDefault="007452E9" w:rsidP="007452E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cs="Times New Roman"/>
          <w:szCs w:val="28"/>
          <w:lang w:val="ru-RU"/>
        </w:rPr>
      </w:pPr>
      <w:proofErr w:type="spellStart"/>
      <w:r w:rsidRPr="00C57960">
        <w:rPr>
          <w:rStyle w:val="af6"/>
          <w:rFonts w:cs="Times New Roman"/>
          <w:szCs w:val="28"/>
          <w:lang w:val="ru-RU"/>
        </w:rPr>
        <w:t>Пам’ятай</w:t>
      </w:r>
      <w:proofErr w:type="spellEnd"/>
      <w:r w:rsidRPr="00C57960">
        <w:rPr>
          <w:rStyle w:val="af6"/>
          <w:rFonts w:cs="Times New Roman"/>
          <w:szCs w:val="28"/>
          <w:lang w:val="ru-RU"/>
        </w:rPr>
        <w:t xml:space="preserve"> про </w:t>
      </w:r>
      <w:proofErr w:type="spellStart"/>
      <w:r w:rsidRPr="00C57960">
        <w:rPr>
          <w:rStyle w:val="af6"/>
          <w:rFonts w:cs="Times New Roman"/>
          <w:szCs w:val="28"/>
          <w:lang w:val="ru-RU"/>
        </w:rPr>
        <w:t>реальність</w:t>
      </w:r>
      <w:proofErr w:type="spellEnd"/>
      <w:r w:rsidRPr="00C57960">
        <w:rPr>
          <w:rFonts w:cs="Times New Roman"/>
          <w:szCs w:val="28"/>
          <w:lang w:val="ru-RU"/>
        </w:rPr>
        <w:t xml:space="preserve"> — </w:t>
      </w:r>
      <w:proofErr w:type="spellStart"/>
      <w:r w:rsidRPr="00C57960">
        <w:rPr>
          <w:rFonts w:cs="Times New Roman"/>
          <w:szCs w:val="28"/>
          <w:lang w:val="ru-RU"/>
        </w:rPr>
        <w:t>допоможи</w:t>
      </w:r>
      <w:proofErr w:type="spellEnd"/>
      <w:r w:rsidRPr="00C57960">
        <w:rPr>
          <w:rFonts w:cs="Times New Roman"/>
          <w:szCs w:val="28"/>
          <w:lang w:val="ru-RU"/>
        </w:rPr>
        <w:t xml:space="preserve"> </w:t>
      </w:r>
      <w:proofErr w:type="spellStart"/>
      <w:r w:rsidRPr="00C57960">
        <w:rPr>
          <w:rFonts w:cs="Times New Roman"/>
          <w:szCs w:val="28"/>
          <w:lang w:val="ru-RU"/>
        </w:rPr>
        <w:t>зорієнтуватися</w:t>
      </w:r>
      <w:proofErr w:type="spellEnd"/>
      <w:r w:rsidRPr="00C57960">
        <w:rPr>
          <w:rFonts w:cs="Times New Roman"/>
          <w:szCs w:val="28"/>
          <w:lang w:val="ru-RU"/>
        </w:rPr>
        <w:t xml:space="preserve">, </w:t>
      </w:r>
      <w:proofErr w:type="spellStart"/>
      <w:r w:rsidRPr="00C57960">
        <w:rPr>
          <w:rFonts w:cs="Times New Roman"/>
          <w:szCs w:val="28"/>
          <w:lang w:val="ru-RU"/>
        </w:rPr>
        <w:t>зосередь</w:t>
      </w:r>
      <w:proofErr w:type="spellEnd"/>
      <w:r w:rsidRPr="00C57960">
        <w:rPr>
          <w:rFonts w:cs="Times New Roman"/>
          <w:szCs w:val="28"/>
          <w:lang w:val="ru-RU"/>
        </w:rPr>
        <w:t xml:space="preserve"> на </w:t>
      </w:r>
      <w:proofErr w:type="spellStart"/>
      <w:r w:rsidRPr="00C57960">
        <w:rPr>
          <w:rFonts w:cs="Times New Roman"/>
          <w:szCs w:val="28"/>
          <w:lang w:val="ru-RU"/>
        </w:rPr>
        <w:t>диханні</w:t>
      </w:r>
      <w:proofErr w:type="spellEnd"/>
      <w:r w:rsidRPr="00C57960">
        <w:rPr>
          <w:rFonts w:cs="Times New Roman"/>
          <w:szCs w:val="28"/>
          <w:lang w:val="ru-RU"/>
        </w:rPr>
        <w:t>.</w:t>
      </w:r>
    </w:p>
    <w:p w14:paraId="152DBC03" w14:textId="77777777" w:rsidR="007452E9" w:rsidRPr="00C57960" w:rsidRDefault="007452E9" w:rsidP="007452E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cs="Times New Roman"/>
          <w:szCs w:val="28"/>
        </w:rPr>
      </w:pPr>
      <w:proofErr w:type="spellStart"/>
      <w:r w:rsidRPr="00C57960">
        <w:rPr>
          <w:rStyle w:val="af6"/>
          <w:rFonts w:cs="Times New Roman"/>
          <w:szCs w:val="28"/>
        </w:rPr>
        <w:t>Посприяй</w:t>
      </w:r>
      <w:proofErr w:type="spellEnd"/>
      <w:r w:rsidRPr="00C57960">
        <w:rPr>
          <w:rFonts w:cs="Times New Roman"/>
          <w:szCs w:val="28"/>
        </w:rPr>
        <w:t xml:space="preserve"> — </w:t>
      </w:r>
      <w:proofErr w:type="spellStart"/>
      <w:r w:rsidRPr="00C57960">
        <w:rPr>
          <w:rFonts w:cs="Times New Roman"/>
          <w:szCs w:val="28"/>
        </w:rPr>
        <w:t>підтримай</w:t>
      </w:r>
      <w:proofErr w:type="spellEnd"/>
      <w:r w:rsidRPr="00C57960">
        <w:rPr>
          <w:rFonts w:cs="Times New Roman"/>
          <w:szCs w:val="28"/>
        </w:rPr>
        <w:t xml:space="preserve"> </w:t>
      </w:r>
      <w:proofErr w:type="spellStart"/>
      <w:r w:rsidRPr="00C57960">
        <w:rPr>
          <w:rFonts w:cs="Times New Roman"/>
          <w:szCs w:val="28"/>
        </w:rPr>
        <w:t>прояв</w:t>
      </w:r>
      <w:proofErr w:type="spellEnd"/>
      <w:r w:rsidRPr="00C57960">
        <w:rPr>
          <w:rFonts w:cs="Times New Roman"/>
          <w:szCs w:val="28"/>
        </w:rPr>
        <w:t xml:space="preserve"> </w:t>
      </w:r>
      <w:proofErr w:type="spellStart"/>
      <w:r w:rsidRPr="00C57960">
        <w:rPr>
          <w:rFonts w:cs="Times New Roman"/>
          <w:szCs w:val="28"/>
        </w:rPr>
        <w:t>емоцій</w:t>
      </w:r>
      <w:proofErr w:type="spellEnd"/>
      <w:r w:rsidRPr="00C57960">
        <w:rPr>
          <w:rFonts w:cs="Times New Roman"/>
          <w:szCs w:val="28"/>
        </w:rPr>
        <w:t>.</w:t>
      </w:r>
    </w:p>
    <w:p w14:paraId="16927AD0" w14:textId="77777777" w:rsidR="007452E9" w:rsidRPr="00C57960" w:rsidRDefault="007452E9" w:rsidP="007452E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cs="Times New Roman"/>
          <w:szCs w:val="28"/>
          <w:lang w:val="ru-RU"/>
        </w:rPr>
      </w:pPr>
      <w:proofErr w:type="spellStart"/>
      <w:r w:rsidRPr="00C57960">
        <w:rPr>
          <w:rStyle w:val="af6"/>
          <w:rFonts w:cs="Times New Roman"/>
          <w:szCs w:val="28"/>
          <w:lang w:val="ru-RU"/>
        </w:rPr>
        <w:t>Потурбуйся</w:t>
      </w:r>
      <w:proofErr w:type="spellEnd"/>
      <w:r w:rsidRPr="00C57960">
        <w:rPr>
          <w:rFonts w:cs="Times New Roman"/>
          <w:szCs w:val="28"/>
          <w:lang w:val="ru-RU"/>
        </w:rPr>
        <w:t xml:space="preserve"> — </w:t>
      </w:r>
      <w:proofErr w:type="spellStart"/>
      <w:r w:rsidRPr="00C57960">
        <w:rPr>
          <w:rFonts w:cs="Times New Roman"/>
          <w:szCs w:val="28"/>
          <w:lang w:val="ru-RU"/>
        </w:rPr>
        <w:t>запропонуй</w:t>
      </w:r>
      <w:proofErr w:type="spellEnd"/>
      <w:r w:rsidRPr="00C57960">
        <w:rPr>
          <w:rFonts w:cs="Times New Roman"/>
          <w:szCs w:val="28"/>
          <w:lang w:val="ru-RU"/>
        </w:rPr>
        <w:t xml:space="preserve"> воду, тепло, </w:t>
      </w:r>
      <w:proofErr w:type="spellStart"/>
      <w:r w:rsidRPr="00C57960">
        <w:rPr>
          <w:rFonts w:cs="Times New Roman"/>
          <w:szCs w:val="28"/>
          <w:lang w:val="ru-RU"/>
        </w:rPr>
        <w:t>вислухай</w:t>
      </w:r>
      <w:proofErr w:type="spellEnd"/>
      <w:r w:rsidRPr="00C57960">
        <w:rPr>
          <w:rFonts w:cs="Times New Roman"/>
          <w:szCs w:val="28"/>
          <w:lang w:val="ru-RU"/>
        </w:rPr>
        <w:t>.</w:t>
      </w:r>
    </w:p>
    <w:p w14:paraId="0C7E2820" w14:textId="77777777" w:rsidR="007452E9" w:rsidRPr="00C57960" w:rsidRDefault="007452E9" w:rsidP="007452E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cs="Times New Roman"/>
          <w:szCs w:val="28"/>
        </w:rPr>
      </w:pPr>
      <w:proofErr w:type="spellStart"/>
      <w:r w:rsidRPr="00C57960">
        <w:rPr>
          <w:rStyle w:val="af6"/>
          <w:rFonts w:cs="Times New Roman"/>
          <w:szCs w:val="28"/>
        </w:rPr>
        <w:t>Передай</w:t>
      </w:r>
      <w:proofErr w:type="spellEnd"/>
      <w:r w:rsidRPr="00C57960">
        <w:rPr>
          <w:rFonts w:cs="Times New Roman"/>
          <w:szCs w:val="28"/>
        </w:rPr>
        <w:t xml:space="preserve"> — </w:t>
      </w:r>
      <w:proofErr w:type="spellStart"/>
      <w:r w:rsidRPr="00C57960">
        <w:rPr>
          <w:rFonts w:cs="Times New Roman"/>
          <w:szCs w:val="28"/>
        </w:rPr>
        <w:t>медикам</w:t>
      </w:r>
      <w:proofErr w:type="spellEnd"/>
      <w:r w:rsidRPr="00C57960">
        <w:rPr>
          <w:rFonts w:cs="Times New Roman"/>
          <w:szCs w:val="28"/>
        </w:rPr>
        <w:t xml:space="preserve">, </w:t>
      </w:r>
      <w:proofErr w:type="spellStart"/>
      <w:r w:rsidRPr="00C57960">
        <w:rPr>
          <w:rFonts w:cs="Times New Roman"/>
          <w:szCs w:val="28"/>
        </w:rPr>
        <w:t>командирам</w:t>
      </w:r>
      <w:proofErr w:type="spellEnd"/>
      <w:r w:rsidRPr="00C57960">
        <w:rPr>
          <w:rFonts w:cs="Times New Roman"/>
          <w:szCs w:val="28"/>
        </w:rPr>
        <w:t>.</w:t>
      </w:r>
    </w:p>
    <w:p w14:paraId="5ED60DB1" w14:textId="77777777" w:rsidR="007452E9" w:rsidRPr="00C57960" w:rsidRDefault="007452E9" w:rsidP="007452E9">
      <w:pPr>
        <w:pStyle w:val="4"/>
        <w:rPr>
          <w:rFonts w:ascii="Times New Roman" w:hAnsi="Times New Roman" w:cs="Times New Roman"/>
          <w:i w:val="0"/>
          <w:iCs w:val="0"/>
          <w:color w:val="auto"/>
          <w:szCs w:val="28"/>
        </w:rPr>
      </w:pPr>
      <w:r w:rsidRPr="00C57960">
        <w:rPr>
          <w:rFonts w:ascii="Times New Roman" w:hAnsi="Times New Roman" w:cs="Times New Roman"/>
          <w:i w:val="0"/>
          <w:iCs w:val="0"/>
          <w:color w:val="auto"/>
          <w:szCs w:val="28"/>
        </w:rPr>
        <w:t xml:space="preserve">2.2.1. </w:t>
      </w:r>
      <w:proofErr w:type="spellStart"/>
      <w:r w:rsidRPr="00C57960">
        <w:rPr>
          <w:rFonts w:ascii="Times New Roman" w:hAnsi="Times New Roman" w:cs="Times New Roman"/>
          <w:i w:val="0"/>
          <w:iCs w:val="0"/>
          <w:color w:val="auto"/>
          <w:szCs w:val="28"/>
        </w:rPr>
        <w:t>Відпрацювання</w:t>
      </w:r>
      <w:proofErr w:type="spellEnd"/>
      <w:r w:rsidRPr="00C57960">
        <w:rPr>
          <w:rFonts w:ascii="Times New Roman" w:hAnsi="Times New Roman" w:cs="Times New Roman"/>
          <w:i w:val="0"/>
          <w:iCs w:val="0"/>
          <w:color w:val="auto"/>
          <w:szCs w:val="28"/>
        </w:rPr>
        <w:t xml:space="preserve"> </w:t>
      </w:r>
      <w:proofErr w:type="spellStart"/>
      <w:r w:rsidRPr="00C57960">
        <w:rPr>
          <w:rFonts w:ascii="Times New Roman" w:hAnsi="Times New Roman" w:cs="Times New Roman"/>
          <w:i w:val="0"/>
          <w:iCs w:val="0"/>
          <w:color w:val="auto"/>
          <w:szCs w:val="28"/>
        </w:rPr>
        <w:t>на</w:t>
      </w:r>
      <w:proofErr w:type="spellEnd"/>
      <w:r w:rsidRPr="00C57960">
        <w:rPr>
          <w:rFonts w:ascii="Times New Roman" w:hAnsi="Times New Roman" w:cs="Times New Roman"/>
          <w:i w:val="0"/>
          <w:iCs w:val="0"/>
          <w:color w:val="auto"/>
          <w:szCs w:val="28"/>
        </w:rPr>
        <w:t xml:space="preserve"> </w:t>
      </w:r>
      <w:proofErr w:type="spellStart"/>
      <w:r w:rsidRPr="00C57960">
        <w:rPr>
          <w:rFonts w:ascii="Times New Roman" w:hAnsi="Times New Roman" w:cs="Times New Roman"/>
          <w:i w:val="0"/>
          <w:iCs w:val="0"/>
          <w:color w:val="auto"/>
          <w:szCs w:val="28"/>
        </w:rPr>
        <w:t>заняттях</w:t>
      </w:r>
      <w:proofErr w:type="spellEnd"/>
    </w:p>
    <w:p w14:paraId="54D836BC" w14:textId="77777777" w:rsidR="007452E9" w:rsidRPr="00C57960" w:rsidRDefault="007452E9" w:rsidP="007452E9">
      <w:pPr>
        <w:spacing w:before="100" w:beforeAutospacing="1" w:after="100" w:afterAutospacing="1"/>
        <w:rPr>
          <w:rFonts w:cs="Times New Roman"/>
          <w:szCs w:val="28"/>
          <w:lang w:val="ru-RU"/>
        </w:rPr>
      </w:pPr>
      <w:proofErr w:type="spellStart"/>
      <w:r w:rsidRPr="00C57960">
        <w:rPr>
          <w:rFonts w:cs="Times New Roman"/>
          <w:szCs w:val="28"/>
          <w:lang w:val="ru-RU"/>
        </w:rPr>
        <w:t>Під</w:t>
      </w:r>
      <w:proofErr w:type="spellEnd"/>
      <w:r w:rsidRPr="00C57960">
        <w:rPr>
          <w:rFonts w:cs="Times New Roman"/>
          <w:szCs w:val="28"/>
          <w:lang w:val="ru-RU"/>
        </w:rPr>
        <w:t xml:space="preserve"> час </w:t>
      </w:r>
      <w:proofErr w:type="spellStart"/>
      <w:r w:rsidRPr="00C57960">
        <w:rPr>
          <w:rFonts w:cs="Times New Roman"/>
          <w:szCs w:val="28"/>
          <w:lang w:val="ru-RU"/>
        </w:rPr>
        <w:t>навчань</w:t>
      </w:r>
      <w:proofErr w:type="spellEnd"/>
      <w:r w:rsidRPr="00C57960">
        <w:rPr>
          <w:rFonts w:cs="Times New Roman"/>
          <w:szCs w:val="28"/>
          <w:lang w:val="ru-RU"/>
        </w:rPr>
        <w:t xml:space="preserve"> </w:t>
      </w:r>
      <w:proofErr w:type="spellStart"/>
      <w:r w:rsidRPr="00C57960">
        <w:rPr>
          <w:rFonts w:cs="Times New Roman"/>
          <w:szCs w:val="28"/>
          <w:lang w:val="ru-RU"/>
        </w:rPr>
        <w:t>використовуються</w:t>
      </w:r>
      <w:proofErr w:type="spellEnd"/>
      <w:r w:rsidRPr="00C57960">
        <w:rPr>
          <w:rFonts w:cs="Times New Roman"/>
          <w:szCs w:val="28"/>
          <w:lang w:val="ru-RU"/>
        </w:rPr>
        <w:t xml:space="preserve"> </w:t>
      </w:r>
      <w:proofErr w:type="spellStart"/>
      <w:r w:rsidRPr="00C57960">
        <w:rPr>
          <w:rFonts w:cs="Times New Roman"/>
          <w:szCs w:val="28"/>
          <w:lang w:val="ru-RU"/>
        </w:rPr>
        <w:t>імітаційні</w:t>
      </w:r>
      <w:proofErr w:type="spellEnd"/>
      <w:r w:rsidRPr="00C57960">
        <w:rPr>
          <w:rFonts w:cs="Times New Roman"/>
          <w:szCs w:val="28"/>
          <w:lang w:val="ru-RU"/>
        </w:rPr>
        <w:t xml:space="preserve"> </w:t>
      </w:r>
      <w:proofErr w:type="spellStart"/>
      <w:r w:rsidRPr="00C57960">
        <w:rPr>
          <w:rFonts w:cs="Times New Roman"/>
          <w:szCs w:val="28"/>
          <w:lang w:val="ru-RU"/>
        </w:rPr>
        <w:t>вибухи</w:t>
      </w:r>
      <w:proofErr w:type="spellEnd"/>
      <w:r w:rsidRPr="00C57960">
        <w:rPr>
          <w:rFonts w:cs="Times New Roman"/>
          <w:szCs w:val="28"/>
          <w:lang w:val="ru-RU"/>
        </w:rPr>
        <w:t xml:space="preserve">, звуки бою, </w:t>
      </w:r>
      <w:proofErr w:type="spellStart"/>
      <w:r w:rsidRPr="00C57960">
        <w:rPr>
          <w:rFonts w:cs="Times New Roman"/>
          <w:szCs w:val="28"/>
          <w:lang w:val="ru-RU"/>
        </w:rPr>
        <w:t>ситуаційні</w:t>
      </w:r>
      <w:proofErr w:type="spellEnd"/>
      <w:r w:rsidRPr="00C57960">
        <w:rPr>
          <w:rFonts w:cs="Times New Roman"/>
          <w:szCs w:val="28"/>
          <w:lang w:val="ru-RU"/>
        </w:rPr>
        <w:t xml:space="preserve"> </w:t>
      </w:r>
      <w:proofErr w:type="spellStart"/>
      <w:r w:rsidRPr="00C57960">
        <w:rPr>
          <w:rFonts w:cs="Times New Roman"/>
          <w:szCs w:val="28"/>
          <w:lang w:val="ru-RU"/>
        </w:rPr>
        <w:t>завдання</w:t>
      </w:r>
      <w:proofErr w:type="spellEnd"/>
      <w:r w:rsidRPr="00C57960">
        <w:rPr>
          <w:rFonts w:cs="Times New Roman"/>
          <w:szCs w:val="28"/>
          <w:lang w:val="ru-RU"/>
        </w:rPr>
        <w:t xml:space="preserve"> для </w:t>
      </w:r>
      <w:proofErr w:type="spellStart"/>
      <w:r w:rsidRPr="00C57960">
        <w:rPr>
          <w:rFonts w:cs="Times New Roman"/>
          <w:szCs w:val="28"/>
          <w:lang w:val="ru-RU"/>
        </w:rPr>
        <w:t>тренування</w:t>
      </w:r>
      <w:proofErr w:type="spellEnd"/>
      <w:r w:rsidRPr="00C57960">
        <w:rPr>
          <w:rFonts w:cs="Times New Roman"/>
          <w:szCs w:val="28"/>
          <w:lang w:val="ru-RU"/>
        </w:rPr>
        <w:t xml:space="preserve"> ППД в парах. </w:t>
      </w:r>
      <w:proofErr w:type="spellStart"/>
      <w:r w:rsidRPr="00C57960">
        <w:rPr>
          <w:rFonts w:cs="Times New Roman"/>
          <w:szCs w:val="28"/>
          <w:lang w:val="ru-RU"/>
        </w:rPr>
        <w:t>Після</w:t>
      </w:r>
      <w:proofErr w:type="spellEnd"/>
      <w:r w:rsidRPr="00C57960">
        <w:rPr>
          <w:rFonts w:cs="Times New Roman"/>
          <w:szCs w:val="28"/>
          <w:lang w:val="ru-RU"/>
        </w:rPr>
        <w:t xml:space="preserve"> </w:t>
      </w:r>
      <w:proofErr w:type="spellStart"/>
      <w:r w:rsidRPr="00C57960">
        <w:rPr>
          <w:rFonts w:cs="Times New Roman"/>
          <w:szCs w:val="28"/>
          <w:lang w:val="ru-RU"/>
        </w:rPr>
        <w:t>вправ</w:t>
      </w:r>
      <w:proofErr w:type="spellEnd"/>
      <w:r w:rsidRPr="00C57960">
        <w:rPr>
          <w:rFonts w:cs="Times New Roman"/>
          <w:szCs w:val="28"/>
          <w:lang w:val="ru-RU"/>
        </w:rPr>
        <w:t xml:space="preserve"> </w:t>
      </w:r>
      <w:proofErr w:type="spellStart"/>
      <w:r w:rsidRPr="00C57960">
        <w:rPr>
          <w:rFonts w:cs="Times New Roman"/>
          <w:szCs w:val="28"/>
          <w:lang w:val="ru-RU"/>
        </w:rPr>
        <w:t>аналізуються</w:t>
      </w:r>
      <w:proofErr w:type="spellEnd"/>
      <w:r w:rsidRPr="00C57960">
        <w:rPr>
          <w:rFonts w:cs="Times New Roman"/>
          <w:szCs w:val="28"/>
          <w:lang w:val="ru-RU"/>
        </w:rPr>
        <w:t xml:space="preserve"> </w:t>
      </w:r>
      <w:proofErr w:type="spellStart"/>
      <w:r w:rsidRPr="00C57960">
        <w:rPr>
          <w:rFonts w:cs="Times New Roman"/>
          <w:szCs w:val="28"/>
          <w:lang w:val="ru-RU"/>
        </w:rPr>
        <w:t>дії</w:t>
      </w:r>
      <w:proofErr w:type="spellEnd"/>
      <w:r w:rsidRPr="00C57960">
        <w:rPr>
          <w:rFonts w:cs="Times New Roman"/>
          <w:szCs w:val="28"/>
          <w:lang w:val="ru-RU"/>
        </w:rPr>
        <w:t xml:space="preserve"> </w:t>
      </w:r>
      <w:proofErr w:type="spellStart"/>
      <w:r w:rsidRPr="00C57960">
        <w:rPr>
          <w:rFonts w:cs="Times New Roman"/>
          <w:szCs w:val="28"/>
          <w:lang w:val="ru-RU"/>
        </w:rPr>
        <w:t>військових</w:t>
      </w:r>
      <w:proofErr w:type="spellEnd"/>
      <w:r w:rsidRPr="00C57960">
        <w:rPr>
          <w:rFonts w:cs="Times New Roman"/>
          <w:szCs w:val="28"/>
          <w:lang w:val="ru-RU"/>
        </w:rPr>
        <w:t xml:space="preserve">, </w:t>
      </w:r>
      <w:proofErr w:type="spellStart"/>
      <w:r w:rsidRPr="00C57960">
        <w:rPr>
          <w:rFonts w:cs="Times New Roman"/>
          <w:szCs w:val="28"/>
          <w:lang w:val="ru-RU"/>
        </w:rPr>
        <w:t>підбиваються</w:t>
      </w:r>
      <w:proofErr w:type="spellEnd"/>
      <w:r w:rsidRPr="00C57960">
        <w:rPr>
          <w:rFonts w:cs="Times New Roman"/>
          <w:szCs w:val="28"/>
          <w:lang w:val="ru-RU"/>
        </w:rPr>
        <w:t xml:space="preserve"> </w:t>
      </w:r>
      <w:proofErr w:type="spellStart"/>
      <w:r w:rsidRPr="00C57960">
        <w:rPr>
          <w:rFonts w:cs="Times New Roman"/>
          <w:szCs w:val="28"/>
          <w:lang w:val="ru-RU"/>
        </w:rPr>
        <w:t>підсумки</w:t>
      </w:r>
      <w:proofErr w:type="spellEnd"/>
      <w:r w:rsidRPr="00C57960">
        <w:rPr>
          <w:rFonts w:cs="Times New Roman"/>
          <w:szCs w:val="28"/>
          <w:lang w:val="ru-RU"/>
        </w:rPr>
        <w:t>.</w:t>
      </w:r>
    </w:p>
    <w:p w14:paraId="42F721FF" w14:textId="77777777" w:rsidR="00C57960" w:rsidRDefault="00C57960" w:rsidP="00C57960">
      <w:pPr>
        <w:spacing w:after="0" w:line="240" w:lineRule="auto"/>
        <w:rPr>
          <w:rFonts w:eastAsia="Calibri"/>
          <w:b/>
          <w:lang w:val="uk-UA"/>
        </w:rPr>
      </w:pPr>
    </w:p>
    <w:p w14:paraId="2B5BFDF9" w14:textId="6BB968D2" w:rsidR="00C57960" w:rsidRPr="005E4086" w:rsidRDefault="00C57960" w:rsidP="00C57960">
      <w:pPr>
        <w:spacing w:after="0" w:line="240" w:lineRule="auto"/>
        <w:rPr>
          <w:rFonts w:eastAsia="Calibri"/>
          <w:b/>
          <w:lang w:val="uk-UA"/>
        </w:rPr>
      </w:pPr>
      <w:r w:rsidRPr="005E4086">
        <w:rPr>
          <w:rFonts w:eastAsia="Calibri"/>
          <w:b/>
          <w:lang w:val="uk-UA"/>
        </w:rPr>
        <w:t>Таблиця 1</w:t>
      </w:r>
    </w:p>
    <w:p w14:paraId="032B0B22" w14:textId="77777777" w:rsidR="00C57960" w:rsidRPr="005E4086" w:rsidRDefault="00C57960" w:rsidP="00C57960">
      <w:pPr>
        <w:spacing w:after="0" w:line="240" w:lineRule="auto"/>
        <w:jc w:val="right"/>
        <w:rPr>
          <w:rFonts w:eastAsia="Calibri"/>
          <w:b/>
          <w:lang w:val="uk-UA"/>
        </w:rPr>
      </w:pPr>
    </w:p>
    <w:p w14:paraId="0DDD914A" w14:textId="2556CA61" w:rsidR="00EF2959" w:rsidRPr="00C57960" w:rsidRDefault="00C57960" w:rsidP="00C57960">
      <w:pPr>
        <w:rPr>
          <w:rFonts w:cs="Times New Roman"/>
          <w:szCs w:val="28"/>
          <w:lang w:val="ru-RU"/>
        </w:rPr>
      </w:pPr>
      <w:r w:rsidRPr="005E4086">
        <w:rPr>
          <w:rFonts w:eastAsia="Calibri"/>
          <w:b/>
          <w:lang w:val="uk-UA"/>
        </w:rPr>
        <w:t>Варіанти ситуаційних завдань з надання першої психологічної допомоги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4314"/>
        <w:gridCol w:w="4316"/>
      </w:tblGrid>
      <w:tr w:rsidR="00E740B8" w:rsidRPr="00C57960" w14:paraId="733E0B16" w14:textId="77777777" w:rsidTr="003B6895">
        <w:tc>
          <w:tcPr>
            <w:tcW w:w="4320" w:type="dxa"/>
          </w:tcPr>
          <w:p w14:paraId="349424CD" w14:textId="77777777" w:rsidR="00E740B8" w:rsidRPr="00C57960" w:rsidRDefault="00E740B8" w:rsidP="003B6895">
            <w:pPr>
              <w:rPr>
                <w:rFonts w:cs="Times New Roman"/>
                <w:szCs w:val="28"/>
              </w:rPr>
            </w:pPr>
            <w:r w:rsidRPr="00C57960">
              <w:rPr>
                <w:rFonts w:cs="Times New Roman"/>
                <w:szCs w:val="28"/>
              </w:rPr>
              <w:t>№</w:t>
            </w:r>
          </w:p>
        </w:tc>
        <w:tc>
          <w:tcPr>
            <w:tcW w:w="4320" w:type="dxa"/>
          </w:tcPr>
          <w:p w14:paraId="32549DFF" w14:textId="77777777" w:rsidR="00E740B8" w:rsidRPr="00C57960" w:rsidRDefault="00E740B8" w:rsidP="003B6895">
            <w:pPr>
              <w:rPr>
                <w:rFonts w:cs="Times New Roman"/>
                <w:szCs w:val="28"/>
              </w:rPr>
            </w:pPr>
            <w:proofErr w:type="spellStart"/>
            <w:r w:rsidRPr="00C57960">
              <w:rPr>
                <w:rFonts w:cs="Times New Roman"/>
                <w:szCs w:val="28"/>
              </w:rPr>
              <w:t>Ситуація</w:t>
            </w:r>
            <w:proofErr w:type="spellEnd"/>
          </w:p>
        </w:tc>
      </w:tr>
      <w:tr w:rsidR="00E740B8" w:rsidRPr="00C57960" w14:paraId="58A2A3CB" w14:textId="77777777" w:rsidTr="003B6895">
        <w:tc>
          <w:tcPr>
            <w:tcW w:w="4320" w:type="dxa"/>
          </w:tcPr>
          <w:p w14:paraId="2E3C47D3" w14:textId="77777777" w:rsidR="00E740B8" w:rsidRPr="00C57960" w:rsidRDefault="00E740B8" w:rsidP="003B6895">
            <w:pPr>
              <w:rPr>
                <w:rFonts w:cs="Times New Roman"/>
                <w:szCs w:val="28"/>
              </w:rPr>
            </w:pPr>
            <w:r w:rsidRPr="00C57960">
              <w:rPr>
                <w:rFonts w:cs="Times New Roman"/>
                <w:szCs w:val="28"/>
              </w:rPr>
              <w:t>№1</w:t>
            </w:r>
          </w:p>
        </w:tc>
        <w:tc>
          <w:tcPr>
            <w:tcW w:w="4320" w:type="dxa"/>
          </w:tcPr>
          <w:p w14:paraId="599C34CE" w14:textId="77777777" w:rsidR="00E740B8" w:rsidRPr="00C57960" w:rsidRDefault="00E740B8" w:rsidP="003B6895">
            <w:pPr>
              <w:rPr>
                <w:rFonts w:cs="Times New Roman"/>
                <w:szCs w:val="28"/>
              </w:rPr>
            </w:pPr>
            <w:r w:rsidRPr="00C57960">
              <w:rPr>
                <w:rFonts w:cs="Times New Roman"/>
                <w:szCs w:val="28"/>
                <w:lang w:val="ru-RU"/>
              </w:rPr>
              <w:t xml:space="preserve">Блокпост. Ворог </w:t>
            </w:r>
            <w:proofErr w:type="spellStart"/>
            <w:r w:rsidRPr="00C57960">
              <w:rPr>
                <w:rFonts w:cs="Times New Roman"/>
                <w:szCs w:val="28"/>
                <w:lang w:val="ru-RU"/>
              </w:rPr>
              <w:t>відкриває</w:t>
            </w:r>
            <w:proofErr w:type="spellEnd"/>
            <w:r w:rsidRPr="00C57960">
              <w:rPr>
                <w:rFonts w:cs="Times New Roman"/>
                <w:szCs w:val="28"/>
                <w:lang w:val="ru-RU"/>
              </w:rPr>
              <w:t xml:space="preserve"> </w:t>
            </w:r>
            <w:proofErr w:type="spellStart"/>
            <w:r w:rsidRPr="00C57960">
              <w:rPr>
                <w:rFonts w:cs="Times New Roman"/>
                <w:szCs w:val="28"/>
                <w:lang w:val="ru-RU"/>
              </w:rPr>
              <w:t>вогонь</w:t>
            </w:r>
            <w:proofErr w:type="spellEnd"/>
            <w:r w:rsidRPr="00C57960">
              <w:rPr>
                <w:rFonts w:cs="Times New Roman"/>
                <w:szCs w:val="28"/>
                <w:lang w:val="ru-RU"/>
              </w:rPr>
              <w:t xml:space="preserve">, напарник </w:t>
            </w:r>
            <w:proofErr w:type="spellStart"/>
            <w:r w:rsidRPr="00C57960">
              <w:rPr>
                <w:rFonts w:cs="Times New Roman"/>
                <w:szCs w:val="28"/>
                <w:lang w:val="ru-RU"/>
              </w:rPr>
              <w:t>загинув</w:t>
            </w:r>
            <w:proofErr w:type="spellEnd"/>
            <w:r w:rsidRPr="00C57960">
              <w:rPr>
                <w:rFonts w:cs="Times New Roman"/>
                <w:szCs w:val="28"/>
                <w:lang w:val="ru-RU"/>
              </w:rPr>
              <w:t xml:space="preserve">. </w:t>
            </w:r>
            <w:proofErr w:type="spellStart"/>
            <w:r w:rsidRPr="00C57960">
              <w:rPr>
                <w:rFonts w:cs="Times New Roman"/>
                <w:szCs w:val="28"/>
              </w:rPr>
              <w:t>Військовий</w:t>
            </w:r>
            <w:proofErr w:type="spellEnd"/>
            <w:r w:rsidRPr="00C57960">
              <w:rPr>
                <w:rFonts w:cs="Times New Roman"/>
                <w:szCs w:val="28"/>
              </w:rPr>
              <w:t xml:space="preserve"> </w:t>
            </w:r>
            <w:proofErr w:type="spellStart"/>
            <w:r w:rsidRPr="00C57960">
              <w:rPr>
                <w:rFonts w:cs="Times New Roman"/>
                <w:szCs w:val="28"/>
              </w:rPr>
              <w:t>заціпенілий</w:t>
            </w:r>
            <w:proofErr w:type="spellEnd"/>
            <w:r w:rsidRPr="00C57960">
              <w:rPr>
                <w:rFonts w:cs="Times New Roman"/>
                <w:szCs w:val="28"/>
              </w:rPr>
              <w:t xml:space="preserve">, </w:t>
            </w:r>
            <w:proofErr w:type="spellStart"/>
            <w:r w:rsidRPr="00C57960">
              <w:rPr>
                <w:rFonts w:cs="Times New Roman"/>
                <w:szCs w:val="28"/>
              </w:rPr>
              <w:t>плаче</w:t>
            </w:r>
            <w:proofErr w:type="spellEnd"/>
            <w:r w:rsidRPr="00C57960">
              <w:rPr>
                <w:rFonts w:cs="Times New Roman"/>
                <w:szCs w:val="28"/>
              </w:rPr>
              <w:t>.</w:t>
            </w:r>
          </w:p>
        </w:tc>
      </w:tr>
      <w:tr w:rsidR="00E740B8" w:rsidRPr="00C57960" w14:paraId="13AA363F" w14:textId="77777777" w:rsidTr="003B6895">
        <w:tc>
          <w:tcPr>
            <w:tcW w:w="4320" w:type="dxa"/>
          </w:tcPr>
          <w:p w14:paraId="72727E3B" w14:textId="77777777" w:rsidR="00E740B8" w:rsidRPr="00C57960" w:rsidRDefault="00E740B8" w:rsidP="003B6895">
            <w:pPr>
              <w:rPr>
                <w:rFonts w:cs="Times New Roman"/>
                <w:szCs w:val="28"/>
              </w:rPr>
            </w:pPr>
            <w:r w:rsidRPr="00C57960">
              <w:rPr>
                <w:rFonts w:cs="Times New Roman"/>
                <w:szCs w:val="28"/>
              </w:rPr>
              <w:t>№2</w:t>
            </w:r>
          </w:p>
        </w:tc>
        <w:tc>
          <w:tcPr>
            <w:tcW w:w="4320" w:type="dxa"/>
          </w:tcPr>
          <w:p w14:paraId="2D619552" w14:textId="77777777" w:rsidR="00E740B8" w:rsidRPr="00C57960" w:rsidRDefault="00E740B8" w:rsidP="003B6895">
            <w:pPr>
              <w:rPr>
                <w:rFonts w:cs="Times New Roman"/>
                <w:szCs w:val="28"/>
                <w:lang w:val="ru-RU"/>
              </w:rPr>
            </w:pPr>
            <w:proofErr w:type="spellStart"/>
            <w:r w:rsidRPr="00C57960">
              <w:rPr>
                <w:rFonts w:cs="Times New Roman"/>
                <w:szCs w:val="28"/>
                <w:lang w:val="ru-RU"/>
              </w:rPr>
              <w:t>Бій</w:t>
            </w:r>
            <w:proofErr w:type="spellEnd"/>
            <w:r w:rsidRPr="00C57960">
              <w:rPr>
                <w:rFonts w:cs="Times New Roman"/>
                <w:szCs w:val="28"/>
                <w:lang w:val="ru-RU"/>
              </w:rPr>
              <w:t xml:space="preserve">. </w:t>
            </w:r>
            <w:proofErr w:type="spellStart"/>
            <w:r w:rsidRPr="00C57960">
              <w:rPr>
                <w:rFonts w:cs="Times New Roman"/>
                <w:szCs w:val="28"/>
                <w:lang w:val="ru-RU"/>
              </w:rPr>
              <w:t>Втрати</w:t>
            </w:r>
            <w:proofErr w:type="spellEnd"/>
            <w:r w:rsidRPr="00C57960">
              <w:rPr>
                <w:rFonts w:cs="Times New Roman"/>
                <w:szCs w:val="28"/>
                <w:lang w:val="ru-RU"/>
              </w:rPr>
              <w:t xml:space="preserve">. </w:t>
            </w:r>
            <w:proofErr w:type="spellStart"/>
            <w:r w:rsidRPr="00C57960">
              <w:rPr>
                <w:rFonts w:cs="Times New Roman"/>
                <w:szCs w:val="28"/>
                <w:lang w:val="ru-RU"/>
              </w:rPr>
              <w:t>Доброволець</w:t>
            </w:r>
            <w:proofErr w:type="spellEnd"/>
            <w:r w:rsidRPr="00C57960">
              <w:rPr>
                <w:rFonts w:cs="Times New Roman"/>
                <w:szCs w:val="28"/>
                <w:lang w:val="ru-RU"/>
              </w:rPr>
              <w:t xml:space="preserve"> </w:t>
            </w:r>
            <w:proofErr w:type="spellStart"/>
            <w:r w:rsidRPr="00C57960">
              <w:rPr>
                <w:rFonts w:cs="Times New Roman"/>
                <w:szCs w:val="28"/>
                <w:lang w:val="ru-RU"/>
              </w:rPr>
              <w:t>агресивний</w:t>
            </w:r>
            <w:proofErr w:type="spellEnd"/>
            <w:r w:rsidRPr="00C57960">
              <w:rPr>
                <w:rFonts w:cs="Times New Roman"/>
                <w:szCs w:val="28"/>
                <w:lang w:val="ru-RU"/>
              </w:rPr>
              <w:t xml:space="preserve">, </w:t>
            </w:r>
            <w:proofErr w:type="spellStart"/>
            <w:r w:rsidRPr="00C57960">
              <w:rPr>
                <w:rFonts w:cs="Times New Roman"/>
                <w:szCs w:val="28"/>
                <w:lang w:val="ru-RU"/>
              </w:rPr>
              <w:t>звинувачує</w:t>
            </w:r>
            <w:proofErr w:type="spellEnd"/>
            <w:r w:rsidRPr="00C57960">
              <w:rPr>
                <w:rFonts w:cs="Times New Roman"/>
                <w:szCs w:val="28"/>
                <w:lang w:val="ru-RU"/>
              </w:rPr>
              <w:t xml:space="preserve"> командира.</w:t>
            </w:r>
          </w:p>
        </w:tc>
      </w:tr>
      <w:tr w:rsidR="00E740B8" w:rsidRPr="00C57960" w14:paraId="619533D0" w14:textId="77777777" w:rsidTr="003B6895">
        <w:tc>
          <w:tcPr>
            <w:tcW w:w="4320" w:type="dxa"/>
          </w:tcPr>
          <w:p w14:paraId="03EFBEFF" w14:textId="77777777" w:rsidR="00E740B8" w:rsidRPr="00C57960" w:rsidRDefault="00E740B8" w:rsidP="003B6895">
            <w:pPr>
              <w:rPr>
                <w:rFonts w:cs="Times New Roman"/>
                <w:szCs w:val="28"/>
              </w:rPr>
            </w:pPr>
            <w:r w:rsidRPr="00C57960">
              <w:rPr>
                <w:rFonts w:cs="Times New Roman"/>
                <w:szCs w:val="28"/>
              </w:rPr>
              <w:t>№3</w:t>
            </w:r>
          </w:p>
        </w:tc>
        <w:tc>
          <w:tcPr>
            <w:tcW w:w="4320" w:type="dxa"/>
          </w:tcPr>
          <w:p w14:paraId="1F7EE147" w14:textId="77777777" w:rsidR="00E740B8" w:rsidRPr="00C57960" w:rsidRDefault="00E740B8" w:rsidP="003B6895">
            <w:pPr>
              <w:rPr>
                <w:rFonts w:cs="Times New Roman"/>
                <w:szCs w:val="28"/>
                <w:lang w:val="ru-RU"/>
              </w:rPr>
            </w:pPr>
            <w:r w:rsidRPr="00C57960">
              <w:rPr>
                <w:rFonts w:cs="Times New Roman"/>
                <w:szCs w:val="28"/>
                <w:lang w:val="ru-RU"/>
              </w:rPr>
              <w:t xml:space="preserve">Смерть напарника в </w:t>
            </w:r>
            <w:proofErr w:type="spellStart"/>
            <w:r w:rsidRPr="00C57960">
              <w:rPr>
                <w:rFonts w:cs="Times New Roman"/>
                <w:szCs w:val="28"/>
                <w:lang w:val="ru-RU"/>
              </w:rPr>
              <w:t>окопі</w:t>
            </w:r>
            <w:proofErr w:type="spellEnd"/>
            <w:r w:rsidRPr="00C57960">
              <w:rPr>
                <w:rFonts w:cs="Times New Roman"/>
                <w:szCs w:val="28"/>
                <w:lang w:val="ru-RU"/>
              </w:rPr>
              <w:t xml:space="preserve">. </w:t>
            </w:r>
            <w:proofErr w:type="spellStart"/>
            <w:r w:rsidRPr="00C57960">
              <w:rPr>
                <w:rFonts w:cs="Times New Roman"/>
                <w:szCs w:val="28"/>
                <w:lang w:val="ru-RU"/>
              </w:rPr>
              <w:t>Військовий</w:t>
            </w:r>
            <w:proofErr w:type="spellEnd"/>
            <w:r w:rsidRPr="00C57960">
              <w:rPr>
                <w:rFonts w:cs="Times New Roman"/>
                <w:szCs w:val="28"/>
                <w:lang w:val="ru-RU"/>
              </w:rPr>
              <w:t xml:space="preserve"> у </w:t>
            </w:r>
            <w:proofErr w:type="spellStart"/>
            <w:r w:rsidRPr="00C57960">
              <w:rPr>
                <w:rFonts w:cs="Times New Roman"/>
                <w:szCs w:val="28"/>
                <w:lang w:val="ru-RU"/>
              </w:rPr>
              <w:t>ступорі</w:t>
            </w:r>
            <w:proofErr w:type="spellEnd"/>
            <w:r w:rsidRPr="00C57960">
              <w:rPr>
                <w:rFonts w:cs="Times New Roman"/>
                <w:szCs w:val="28"/>
                <w:lang w:val="ru-RU"/>
              </w:rPr>
              <w:t xml:space="preserve">, руки </w:t>
            </w:r>
            <w:proofErr w:type="spellStart"/>
            <w:r w:rsidRPr="00C57960">
              <w:rPr>
                <w:rFonts w:cs="Times New Roman"/>
                <w:szCs w:val="28"/>
                <w:lang w:val="ru-RU"/>
              </w:rPr>
              <w:t>тремтять</w:t>
            </w:r>
            <w:proofErr w:type="spellEnd"/>
            <w:r w:rsidRPr="00C57960">
              <w:rPr>
                <w:rFonts w:cs="Times New Roman"/>
                <w:szCs w:val="28"/>
                <w:lang w:val="ru-RU"/>
              </w:rPr>
              <w:t>.</w:t>
            </w:r>
          </w:p>
        </w:tc>
      </w:tr>
      <w:tr w:rsidR="00E740B8" w:rsidRPr="00C57960" w14:paraId="134B6E51" w14:textId="77777777" w:rsidTr="003B6895">
        <w:tc>
          <w:tcPr>
            <w:tcW w:w="4320" w:type="dxa"/>
          </w:tcPr>
          <w:p w14:paraId="33F1964B" w14:textId="77777777" w:rsidR="00E740B8" w:rsidRPr="00C57960" w:rsidRDefault="00E740B8" w:rsidP="003B6895">
            <w:pPr>
              <w:rPr>
                <w:rFonts w:cs="Times New Roman"/>
                <w:szCs w:val="28"/>
              </w:rPr>
            </w:pPr>
            <w:r w:rsidRPr="00C57960">
              <w:rPr>
                <w:rFonts w:cs="Times New Roman"/>
                <w:szCs w:val="28"/>
              </w:rPr>
              <w:t>№4</w:t>
            </w:r>
          </w:p>
        </w:tc>
        <w:tc>
          <w:tcPr>
            <w:tcW w:w="4320" w:type="dxa"/>
          </w:tcPr>
          <w:p w14:paraId="561F8C05" w14:textId="77777777" w:rsidR="00E740B8" w:rsidRPr="00C57960" w:rsidRDefault="00E740B8" w:rsidP="003B6895">
            <w:pPr>
              <w:rPr>
                <w:rFonts w:cs="Times New Roman"/>
                <w:szCs w:val="28"/>
                <w:lang w:val="ru-RU"/>
              </w:rPr>
            </w:pPr>
            <w:proofErr w:type="spellStart"/>
            <w:r w:rsidRPr="00C57960">
              <w:rPr>
                <w:rFonts w:cs="Times New Roman"/>
                <w:szCs w:val="28"/>
                <w:lang w:val="ru-RU"/>
              </w:rPr>
              <w:t>Обстріл</w:t>
            </w:r>
            <w:proofErr w:type="spellEnd"/>
            <w:r w:rsidRPr="00C57960">
              <w:rPr>
                <w:rFonts w:cs="Times New Roman"/>
                <w:szCs w:val="28"/>
                <w:lang w:val="ru-RU"/>
              </w:rPr>
              <w:t xml:space="preserve">. </w:t>
            </w:r>
            <w:proofErr w:type="spellStart"/>
            <w:r w:rsidRPr="00C57960">
              <w:rPr>
                <w:rFonts w:cs="Times New Roman"/>
                <w:szCs w:val="28"/>
                <w:lang w:val="ru-RU"/>
              </w:rPr>
              <w:t>Загинув</w:t>
            </w:r>
            <w:proofErr w:type="spellEnd"/>
            <w:r w:rsidRPr="00C57960">
              <w:rPr>
                <w:rFonts w:cs="Times New Roman"/>
                <w:szCs w:val="28"/>
                <w:lang w:val="ru-RU"/>
              </w:rPr>
              <w:t xml:space="preserve"> друг. </w:t>
            </w:r>
            <w:proofErr w:type="spellStart"/>
            <w:r w:rsidRPr="00C57960">
              <w:rPr>
                <w:rFonts w:cs="Times New Roman"/>
                <w:szCs w:val="28"/>
                <w:lang w:val="ru-RU"/>
              </w:rPr>
              <w:t>Військовий</w:t>
            </w:r>
            <w:proofErr w:type="spellEnd"/>
            <w:r w:rsidRPr="00C57960">
              <w:rPr>
                <w:rFonts w:cs="Times New Roman"/>
                <w:szCs w:val="28"/>
                <w:lang w:val="ru-RU"/>
              </w:rPr>
              <w:t xml:space="preserve"> </w:t>
            </w:r>
            <w:proofErr w:type="spellStart"/>
            <w:r w:rsidRPr="00C57960">
              <w:rPr>
                <w:rFonts w:cs="Times New Roman"/>
                <w:szCs w:val="28"/>
                <w:lang w:val="ru-RU"/>
              </w:rPr>
              <w:t>переживає</w:t>
            </w:r>
            <w:proofErr w:type="spellEnd"/>
            <w:r w:rsidRPr="00C57960">
              <w:rPr>
                <w:rFonts w:cs="Times New Roman"/>
                <w:szCs w:val="28"/>
                <w:lang w:val="ru-RU"/>
              </w:rPr>
              <w:t xml:space="preserve"> горе, </w:t>
            </w:r>
            <w:proofErr w:type="spellStart"/>
            <w:r w:rsidRPr="00C57960">
              <w:rPr>
                <w:rFonts w:cs="Times New Roman"/>
                <w:szCs w:val="28"/>
                <w:lang w:val="ru-RU"/>
              </w:rPr>
              <w:t>має</w:t>
            </w:r>
            <w:proofErr w:type="spellEnd"/>
            <w:r w:rsidRPr="00C57960">
              <w:rPr>
                <w:rFonts w:cs="Times New Roman"/>
                <w:szCs w:val="28"/>
                <w:lang w:val="ru-RU"/>
              </w:rPr>
              <w:t xml:space="preserve"> </w:t>
            </w:r>
            <w:proofErr w:type="spellStart"/>
            <w:r w:rsidRPr="00C57960">
              <w:rPr>
                <w:rFonts w:cs="Times New Roman"/>
                <w:szCs w:val="28"/>
                <w:lang w:val="ru-RU"/>
              </w:rPr>
              <w:t>повідомити</w:t>
            </w:r>
            <w:proofErr w:type="spellEnd"/>
            <w:r w:rsidRPr="00C57960">
              <w:rPr>
                <w:rFonts w:cs="Times New Roman"/>
                <w:szCs w:val="28"/>
                <w:lang w:val="ru-RU"/>
              </w:rPr>
              <w:t xml:space="preserve"> </w:t>
            </w:r>
            <w:proofErr w:type="spellStart"/>
            <w:r w:rsidRPr="00C57960">
              <w:rPr>
                <w:rFonts w:cs="Times New Roman"/>
                <w:szCs w:val="28"/>
                <w:lang w:val="ru-RU"/>
              </w:rPr>
              <w:t>сім’ю</w:t>
            </w:r>
            <w:proofErr w:type="spellEnd"/>
            <w:r w:rsidRPr="00C57960">
              <w:rPr>
                <w:rFonts w:cs="Times New Roman"/>
                <w:szCs w:val="28"/>
                <w:lang w:val="ru-RU"/>
              </w:rPr>
              <w:t>.</w:t>
            </w:r>
          </w:p>
        </w:tc>
      </w:tr>
      <w:tr w:rsidR="00E740B8" w:rsidRPr="00C57960" w14:paraId="40D31403" w14:textId="77777777" w:rsidTr="003B6895">
        <w:tc>
          <w:tcPr>
            <w:tcW w:w="4320" w:type="dxa"/>
          </w:tcPr>
          <w:p w14:paraId="4FD3CC60" w14:textId="77777777" w:rsidR="00E740B8" w:rsidRPr="00C57960" w:rsidRDefault="00E740B8" w:rsidP="003B6895">
            <w:pPr>
              <w:rPr>
                <w:rFonts w:cs="Times New Roman"/>
                <w:szCs w:val="28"/>
              </w:rPr>
            </w:pPr>
            <w:r w:rsidRPr="00C57960">
              <w:rPr>
                <w:rFonts w:cs="Times New Roman"/>
                <w:szCs w:val="28"/>
              </w:rPr>
              <w:t>№5</w:t>
            </w:r>
          </w:p>
        </w:tc>
        <w:tc>
          <w:tcPr>
            <w:tcW w:w="4320" w:type="dxa"/>
          </w:tcPr>
          <w:p w14:paraId="0B546C80" w14:textId="77777777" w:rsidR="00E740B8" w:rsidRPr="00C57960" w:rsidRDefault="00E740B8" w:rsidP="003B6895">
            <w:pPr>
              <w:rPr>
                <w:rFonts w:cs="Times New Roman"/>
                <w:szCs w:val="28"/>
                <w:lang w:val="ru-RU"/>
              </w:rPr>
            </w:pPr>
            <w:proofErr w:type="spellStart"/>
            <w:r w:rsidRPr="00C57960">
              <w:rPr>
                <w:rFonts w:cs="Times New Roman"/>
                <w:szCs w:val="28"/>
                <w:lang w:val="ru-RU"/>
              </w:rPr>
              <w:t>Щоденні</w:t>
            </w:r>
            <w:proofErr w:type="spellEnd"/>
            <w:r w:rsidRPr="00C57960">
              <w:rPr>
                <w:rFonts w:cs="Times New Roman"/>
                <w:szCs w:val="28"/>
                <w:lang w:val="ru-RU"/>
              </w:rPr>
              <w:t xml:space="preserve"> </w:t>
            </w:r>
            <w:proofErr w:type="spellStart"/>
            <w:r w:rsidRPr="00C57960">
              <w:rPr>
                <w:rFonts w:cs="Times New Roman"/>
                <w:szCs w:val="28"/>
                <w:lang w:val="ru-RU"/>
              </w:rPr>
              <w:t>обстріли</w:t>
            </w:r>
            <w:proofErr w:type="spellEnd"/>
            <w:r w:rsidRPr="00C57960">
              <w:rPr>
                <w:rFonts w:cs="Times New Roman"/>
                <w:szCs w:val="28"/>
                <w:lang w:val="ru-RU"/>
              </w:rPr>
              <w:t xml:space="preserve">. </w:t>
            </w:r>
            <w:proofErr w:type="spellStart"/>
            <w:r w:rsidRPr="00C57960">
              <w:rPr>
                <w:rFonts w:cs="Times New Roman"/>
                <w:szCs w:val="28"/>
                <w:lang w:val="ru-RU"/>
              </w:rPr>
              <w:t>Військовий</w:t>
            </w:r>
            <w:proofErr w:type="spellEnd"/>
            <w:r w:rsidRPr="00C57960">
              <w:rPr>
                <w:rFonts w:cs="Times New Roman"/>
                <w:szCs w:val="28"/>
                <w:lang w:val="ru-RU"/>
              </w:rPr>
              <w:t xml:space="preserve"> у </w:t>
            </w:r>
            <w:proofErr w:type="spellStart"/>
            <w:r w:rsidRPr="00C57960">
              <w:rPr>
                <w:rFonts w:cs="Times New Roman"/>
                <w:szCs w:val="28"/>
                <w:lang w:val="ru-RU"/>
              </w:rPr>
              <w:t>відчаї</w:t>
            </w:r>
            <w:proofErr w:type="spellEnd"/>
            <w:r w:rsidRPr="00C57960">
              <w:rPr>
                <w:rFonts w:cs="Times New Roman"/>
                <w:szCs w:val="28"/>
                <w:lang w:val="ru-RU"/>
              </w:rPr>
              <w:t xml:space="preserve">, </w:t>
            </w:r>
            <w:proofErr w:type="spellStart"/>
            <w:r w:rsidRPr="00C57960">
              <w:rPr>
                <w:rFonts w:cs="Times New Roman"/>
                <w:szCs w:val="28"/>
                <w:lang w:val="ru-RU"/>
              </w:rPr>
              <w:t>відмовляється</w:t>
            </w:r>
            <w:proofErr w:type="spellEnd"/>
            <w:r w:rsidRPr="00C57960">
              <w:rPr>
                <w:rFonts w:cs="Times New Roman"/>
                <w:szCs w:val="28"/>
                <w:lang w:val="ru-RU"/>
              </w:rPr>
              <w:t xml:space="preserve"> </w:t>
            </w:r>
            <w:proofErr w:type="spellStart"/>
            <w:r w:rsidRPr="00C57960">
              <w:rPr>
                <w:rFonts w:cs="Times New Roman"/>
                <w:szCs w:val="28"/>
                <w:lang w:val="ru-RU"/>
              </w:rPr>
              <w:t>виконувати</w:t>
            </w:r>
            <w:proofErr w:type="spellEnd"/>
            <w:r w:rsidRPr="00C57960">
              <w:rPr>
                <w:rFonts w:cs="Times New Roman"/>
                <w:szCs w:val="28"/>
                <w:lang w:val="ru-RU"/>
              </w:rPr>
              <w:t xml:space="preserve"> </w:t>
            </w:r>
            <w:proofErr w:type="spellStart"/>
            <w:r w:rsidRPr="00C57960">
              <w:rPr>
                <w:rFonts w:cs="Times New Roman"/>
                <w:szCs w:val="28"/>
                <w:lang w:val="ru-RU"/>
              </w:rPr>
              <w:t>накази</w:t>
            </w:r>
            <w:proofErr w:type="spellEnd"/>
            <w:r w:rsidRPr="00C57960">
              <w:rPr>
                <w:rFonts w:cs="Times New Roman"/>
                <w:szCs w:val="28"/>
                <w:lang w:val="ru-RU"/>
              </w:rPr>
              <w:t>.</w:t>
            </w:r>
          </w:p>
        </w:tc>
      </w:tr>
      <w:tr w:rsidR="00E740B8" w:rsidRPr="00C57960" w14:paraId="40207684" w14:textId="77777777" w:rsidTr="003B6895">
        <w:tc>
          <w:tcPr>
            <w:tcW w:w="4320" w:type="dxa"/>
          </w:tcPr>
          <w:p w14:paraId="7CB382B0" w14:textId="77777777" w:rsidR="00E740B8" w:rsidRPr="00C57960" w:rsidRDefault="00E740B8" w:rsidP="003B6895">
            <w:pPr>
              <w:rPr>
                <w:rFonts w:cs="Times New Roman"/>
                <w:szCs w:val="28"/>
              </w:rPr>
            </w:pPr>
            <w:r w:rsidRPr="00C57960">
              <w:rPr>
                <w:rFonts w:cs="Times New Roman"/>
                <w:szCs w:val="28"/>
              </w:rPr>
              <w:lastRenderedPageBreak/>
              <w:t>№6</w:t>
            </w:r>
          </w:p>
        </w:tc>
        <w:tc>
          <w:tcPr>
            <w:tcW w:w="4320" w:type="dxa"/>
          </w:tcPr>
          <w:p w14:paraId="0DA9A4B5" w14:textId="77777777" w:rsidR="00E740B8" w:rsidRPr="00C57960" w:rsidRDefault="00E740B8" w:rsidP="003B6895">
            <w:pPr>
              <w:rPr>
                <w:rFonts w:cs="Times New Roman"/>
                <w:szCs w:val="28"/>
                <w:lang w:val="ru-RU"/>
              </w:rPr>
            </w:pPr>
            <w:r w:rsidRPr="00C57960">
              <w:rPr>
                <w:rFonts w:cs="Times New Roman"/>
                <w:szCs w:val="28"/>
                <w:lang w:val="ru-RU"/>
              </w:rPr>
              <w:t xml:space="preserve">Полон, </w:t>
            </w:r>
            <w:proofErr w:type="spellStart"/>
            <w:r w:rsidRPr="00C57960">
              <w:rPr>
                <w:rFonts w:cs="Times New Roman"/>
                <w:szCs w:val="28"/>
                <w:lang w:val="ru-RU"/>
              </w:rPr>
              <w:t>насильство</w:t>
            </w:r>
            <w:proofErr w:type="spellEnd"/>
            <w:r w:rsidRPr="00C57960">
              <w:rPr>
                <w:rFonts w:cs="Times New Roman"/>
                <w:szCs w:val="28"/>
                <w:lang w:val="ru-RU"/>
              </w:rPr>
              <w:t xml:space="preserve">. </w:t>
            </w:r>
            <w:proofErr w:type="spellStart"/>
            <w:r w:rsidRPr="00C57960">
              <w:rPr>
                <w:rFonts w:cs="Times New Roman"/>
                <w:szCs w:val="28"/>
                <w:lang w:val="ru-RU"/>
              </w:rPr>
              <w:t>Військовий</w:t>
            </w:r>
            <w:proofErr w:type="spellEnd"/>
            <w:r w:rsidRPr="00C57960">
              <w:rPr>
                <w:rFonts w:cs="Times New Roman"/>
                <w:szCs w:val="28"/>
                <w:lang w:val="ru-RU"/>
              </w:rPr>
              <w:t xml:space="preserve"> </w:t>
            </w:r>
            <w:proofErr w:type="spellStart"/>
            <w:r w:rsidRPr="00C57960">
              <w:rPr>
                <w:rFonts w:cs="Times New Roman"/>
                <w:szCs w:val="28"/>
                <w:lang w:val="ru-RU"/>
              </w:rPr>
              <w:t>дезорієнтований</w:t>
            </w:r>
            <w:proofErr w:type="spellEnd"/>
            <w:r w:rsidRPr="00C57960">
              <w:rPr>
                <w:rFonts w:cs="Times New Roman"/>
                <w:szCs w:val="28"/>
                <w:lang w:val="ru-RU"/>
              </w:rPr>
              <w:t xml:space="preserve">, </w:t>
            </w:r>
            <w:proofErr w:type="spellStart"/>
            <w:r w:rsidRPr="00C57960">
              <w:rPr>
                <w:rFonts w:cs="Times New Roman"/>
                <w:szCs w:val="28"/>
                <w:lang w:val="ru-RU"/>
              </w:rPr>
              <w:t>відчуває</w:t>
            </w:r>
            <w:proofErr w:type="spellEnd"/>
            <w:r w:rsidRPr="00C57960">
              <w:rPr>
                <w:rFonts w:cs="Times New Roman"/>
                <w:szCs w:val="28"/>
                <w:lang w:val="ru-RU"/>
              </w:rPr>
              <w:t xml:space="preserve"> </w:t>
            </w:r>
            <w:proofErr w:type="spellStart"/>
            <w:r w:rsidRPr="00C57960">
              <w:rPr>
                <w:rFonts w:cs="Times New Roman"/>
                <w:szCs w:val="28"/>
                <w:lang w:val="ru-RU"/>
              </w:rPr>
              <w:t>провину</w:t>
            </w:r>
            <w:proofErr w:type="spellEnd"/>
            <w:r w:rsidRPr="00C57960">
              <w:rPr>
                <w:rFonts w:cs="Times New Roman"/>
                <w:szCs w:val="28"/>
                <w:lang w:val="ru-RU"/>
              </w:rPr>
              <w:t>.</w:t>
            </w:r>
          </w:p>
        </w:tc>
      </w:tr>
      <w:tr w:rsidR="00E740B8" w:rsidRPr="00C57960" w14:paraId="61E6411D" w14:textId="77777777" w:rsidTr="003B6895">
        <w:tc>
          <w:tcPr>
            <w:tcW w:w="4320" w:type="dxa"/>
          </w:tcPr>
          <w:p w14:paraId="386F79B9" w14:textId="77777777" w:rsidR="00E740B8" w:rsidRPr="00C57960" w:rsidRDefault="00E740B8" w:rsidP="003B6895">
            <w:pPr>
              <w:rPr>
                <w:rFonts w:cs="Times New Roman"/>
                <w:szCs w:val="28"/>
              </w:rPr>
            </w:pPr>
            <w:r w:rsidRPr="00C57960">
              <w:rPr>
                <w:rFonts w:cs="Times New Roman"/>
                <w:szCs w:val="28"/>
              </w:rPr>
              <w:t>№7</w:t>
            </w:r>
          </w:p>
        </w:tc>
        <w:tc>
          <w:tcPr>
            <w:tcW w:w="4320" w:type="dxa"/>
          </w:tcPr>
          <w:p w14:paraId="279D8AE5" w14:textId="77777777" w:rsidR="00E740B8" w:rsidRPr="00C57960" w:rsidRDefault="00E740B8" w:rsidP="003B6895">
            <w:pPr>
              <w:rPr>
                <w:rFonts w:cs="Times New Roman"/>
                <w:szCs w:val="28"/>
                <w:lang w:val="ru-RU"/>
              </w:rPr>
            </w:pPr>
            <w:proofErr w:type="spellStart"/>
            <w:r w:rsidRPr="00C57960">
              <w:rPr>
                <w:rFonts w:cs="Times New Roman"/>
                <w:szCs w:val="28"/>
                <w:lang w:val="ru-RU"/>
              </w:rPr>
              <w:t>Після</w:t>
            </w:r>
            <w:proofErr w:type="spellEnd"/>
            <w:r w:rsidRPr="00C57960">
              <w:rPr>
                <w:rFonts w:cs="Times New Roman"/>
                <w:szCs w:val="28"/>
                <w:lang w:val="ru-RU"/>
              </w:rPr>
              <w:t xml:space="preserve"> бою </w:t>
            </w:r>
            <w:proofErr w:type="spellStart"/>
            <w:r w:rsidRPr="00C57960">
              <w:rPr>
                <w:rFonts w:cs="Times New Roman"/>
                <w:szCs w:val="28"/>
                <w:lang w:val="ru-RU"/>
              </w:rPr>
              <w:t>військовий</w:t>
            </w:r>
            <w:proofErr w:type="spellEnd"/>
            <w:r w:rsidRPr="00C57960">
              <w:rPr>
                <w:rFonts w:cs="Times New Roman"/>
                <w:szCs w:val="28"/>
                <w:lang w:val="ru-RU"/>
              </w:rPr>
              <w:t xml:space="preserve"> </w:t>
            </w:r>
            <w:proofErr w:type="spellStart"/>
            <w:r w:rsidRPr="00C57960">
              <w:rPr>
                <w:rFonts w:cs="Times New Roman"/>
                <w:szCs w:val="28"/>
                <w:lang w:val="ru-RU"/>
              </w:rPr>
              <w:t>погрожує</w:t>
            </w:r>
            <w:proofErr w:type="spellEnd"/>
            <w:r w:rsidRPr="00C57960">
              <w:rPr>
                <w:rFonts w:cs="Times New Roman"/>
                <w:szCs w:val="28"/>
                <w:lang w:val="ru-RU"/>
              </w:rPr>
              <w:t xml:space="preserve"> мирному </w:t>
            </w:r>
            <w:proofErr w:type="spellStart"/>
            <w:r w:rsidRPr="00C57960">
              <w:rPr>
                <w:rFonts w:cs="Times New Roman"/>
                <w:szCs w:val="28"/>
                <w:lang w:val="ru-RU"/>
              </w:rPr>
              <w:t>мешканцю</w:t>
            </w:r>
            <w:proofErr w:type="spellEnd"/>
            <w:r w:rsidRPr="00C57960">
              <w:rPr>
                <w:rFonts w:cs="Times New Roman"/>
                <w:szCs w:val="28"/>
                <w:lang w:val="ru-RU"/>
              </w:rPr>
              <w:t>.</w:t>
            </w:r>
          </w:p>
        </w:tc>
      </w:tr>
      <w:tr w:rsidR="00E740B8" w:rsidRPr="00C57960" w14:paraId="7D0D2C83" w14:textId="77777777" w:rsidTr="003B6895">
        <w:tc>
          <w:tcPr>
            <w:tcW w:w="4320" w:type="dxa"/>
          </w:tcPr>
          <w:p w14:paraId="595CF224" w14:textId="77777777" w:rsidR="00E740B8" w:rsidRPr="00C57960" w:rsidRDefault="00E740B8" w:rsidP="003B6895">
            <w:pPr>
              <w:rPr>
                <w:rFonts w:cs="Times New Roman"/>
                <w:szCs w:val="28"/>
              </w:rPr>
            </w:pPr>
            <w:r w:rsidRPr="00C57960">
              <w:rPr>
                <w:rFonts w:cs="Times New Roman"/>
                <w:szCs w:val="28"/>
              </w:rPr>
              <w:t>№8</w:t>
            </w:r>
          </w:p>
        </w:tc>
        <w:tc>
          <w:tcPr>
            <w:tcW w:w="4320" w:type="dxa"/>
          </w:tcPr>
          <w:p w14:paraId="5DC22B8A" w14:textId="77777777" w:rsidR="00E740B8" w:rsidRPr="00C57960" w:rsidRDefault="00E740B8" w:rsidP="003B6895">
            <w:pPr>
              <w:rPr>
                <w:rFonts w:cs="Times New Roman"/>
                <w:szCs w:val="28"/>
                <w:lang w:val="ru-RU"/>
              </w:rPr>
            </w:pPr>
            <w:r w:rsidRPr="00C57960">
              <w:rPr>
                <w:rFonts w:cs="Times New Roman"/>
                <w:szCs w:val="28"/>
                <w:lang w:val="ru-RU"/>
              </w:rPr>
              <w:t xml:space="preserve">Помер </w:t>
            </w:r>
            <w:proofErr w:type="spellStart"/>
            <w:r w:rsidRPr="00C57960">
              <w:rPr>
                <w:rFonts w:cs="Times New Roman"/>
                <w:szCs w:val="28"/>
                <w:lang w:val="ru-RU"/>
              </w:rPr>
              <w:t>батько</w:t>
            </w:r>
            <w:proofErr w:type="spellEnd"/>
            <w:r w:rsidRPr="00C57960">
              <w:rPr>
                <w:rFonts w:cs="Times New Roman"/>
                <w:szCs w:val="28"/>
                <w:lang w:val="ru-RU"/>
              </w:rPr>
              <w:t xml:space="preserve">. </w:t>
            </w:r>
            <w:proofErr w:type="spellStart"/>
            <w:r w:rsidRPr="00C57960">
              <w:rPr>
                <w:rFonts w:cs="Times New Roman"/>
                <w:szCs w:val="28"/>
                <w:lang w:val="ru-RU"/>
              </w:rPr>
              <w:t>Військовий</w:t>
            </w:r>
            <w:proofErr w:type="spellEnd"/>
            <w:r w:rsidRPr="00C57960">
              <w:rPr>
                <w:rFonts w:cs="Times New Roman"/>
                <w:szCs w:val="28"/>
                <w:lang w:val="ru-RU"/>
              </w:rPr>
              <w:t xml:space="preserve"> на </w:t>
            </w:r>
            <w:proofErr w:type="spellStart"/>
            <w:r w:rsidRPr="00C57960">
              <w:rPr>
                <w:rFonts w:cs="Times New Roman"/>
                <w:szCs w:val="28"/>
                <w:lang w:val="ru-RU"/>
              </w:rPr>
              <w:t>передовій</w:t>
            </w:r>
            <w:proofErr w:type="spellEnd"/>
            <w:r w:rsidRPr="00C57960">
              <w:rPr>
                <w:rFonts w:cs="Times New Roman"/>
                <w:szCs w:val="28"/>
                <w:lang w:val="ru-RU"/>
              </w:rPr>
              <w:t xml:space="preserve">, не </w:t>
            </w:r>
            <w:proofErr w:type="spellStart"/>
            <w:r w:rsidRPr="00C57960">
              <w:rPr>
                <w:rFonts w:cs="Times New Roman"/>
                <w:szCs w:val="28"/>
                <w:lang w:val="ru-RU"/>
              </w:rPr>
              <w:t>може</w:t>
            </w:r>
            <w:proofErr w:type="spellEnd"/>
            <w:r w:rsidRPr="00C57960">
              <w:rPr>
                <w:rFonts w:cs="Times New Roman"/>
                <w:szCs w:val="28"/>
                <w:lang w:val="ru-RU"/>
              </w:rPr>
              <w:t xml:space="preserve"> </w:t>
            </w:r>
            <w:proofErr w:type="spellStart"/>
            <w:r w:rsidRPr="00C57960">
              <w:rPr>
                <w:rFonts w:cs="Times New Roman"/>
                <w:szCs w:val="28"/>
                <w:lang w:val="ru-RU"/>
              </w:rPr>
              <w:t>поїхати</w:t>
            </w:r>
            <w:proofErr w:type="spellEnd"/>
            <w:r w:rsidRPr="00C57960">
              <w:rPr>
                <w:rFonts w:cs="Times New Roman"/>
                <w:szCs w:val="28"/>
                <w:lang w:val="ru-RU"/>
              </w:rPr>
              <w:t xml:space="preserve"> </w:t>
            </w:r>
            <w:proofErr w:type="spellStart"/>
            <w:r w:rsidRPr="00C57960">
              <w:rPr>
                <w:rFonts w:cs="Times New Roman"/>
                <w:szCs w:val="28"/>
                <w:lang w:val="ru-RU"/>
              </w:rPr>
              <w:t>додому</w:t>
            </w:r>
            <w:proofErr w:type="spellEnd"/>
            <w:r w:rsidRPr="00C57960">
              <w:rPr>
                <w:rFonts w:cs="Times New Roman"/>
                <w:szCs w:val="28"/>
                <w:lang w:val="ru-RU"/>
              </w:rPr>
              <w:t>.</w:t>
            </w:r>
          </w:p>
        </w:tc>
      </w:tr>
      <w:tr w:rsidR="00E740B8" w:rsidRPr="00C57960" w14:paraId="4D2BB58B" w14:textId="77777777" w:rsidTr="003B6895">
        <w:tc>
          <w:tcPr>
            <w:tcW w:w="4320" w:type="dxa"/>
          </w:tcPr>
          <w:p w14:paraId="7D71A68E" w14:textId="77777777" w:rsidR="00E740B8" w:rsidRPr="00C57960" w:rsidRDefault="00E740B8" w:rsidP="003B6895">
            <w:pPr>
              <w:rPr>
                <w:rFonts w:cs="Times New Roman"/>
                <w:szCs w:val="28"/>
              </w:rPr>
            </w:pPr>
            <w:r w:rsidRPr="00C57960">
              <w:rPr>
                <w:rFonts w:cs="Times New Roman"/>
                <w:szCs w:val="28"/>
              </w:rPr>
              <w:t>№9</w:t>
            </w:r>
          </w:p>
        </w:tc>
        <w:tc>
          <w:tcPr>
            <w:tcW w:w="4320" w:type="dxa"/>
          </w:tcPr>
          <w:p w14:paraId="0C0F974A" w14:textId="77777777" w:rsidR="00E740B8" w:rsidRPr="00C57960" w:rsidRDefault="00E740B8" w:rsidP="003B6895">
            <w:pPr>
              <w:rPr>
                <w:rFonts w:cs="Times New Roman"/>
                <w:szCs w:val="28"/>
                <w:lang w:val="ru-RU"/>
              </w:rPr>
            </w:pPr>
            <w:proofErr w:type="spellStart"/>
            <w:r w:rsidRPr="00C57960">
              <w:rPr>
                <w:rFonts w:cs="Times New Roman"/>
                <w:szCs w:val="28"/>
                <w:lang w:val="ru-RU"/>
              </w:rPr>
              <w:t>Паніка</w:t>
            </w:r>
            <w:proofErr w:type="spellEnd"/>
            <w:r w:rsidRPr="00C57960">
              <w:rPr>
                <w:rFonts w:cs="Times New Roman"/>
                <w:szCs w:val="28"/>
                <w:lang w:val="ru-RU"/>
              </w:rPr>
              <w:t xml:space="preserve"> </w:t>
            </w:r>
            <w:proofErr w:type="spellStart"/>
            <w:r w:rsidRPr="00C57960">
              <w:rPr>
                <w:rFonts w:cs="Times New Roman"/>
                <w:szCs w:val="28"/>
                <w:lang w:val="ru-RU"/>
              </w:rPr>
              <w:t>під</w:t>
            </w:r>
            <w:proofErr w:type="spellEnd"/>
            <w:r w:rsidRPr="00C57960">
              <w:rPr>
                <w:rFonts w:cs="Times New Roman"/>
                <w:szCs w:val="28"/>
                <w:lang w:val="ru-RU"/>
              </w:rPr>
              <w:t xml:space="preserve"> час </w:t>
            </w:r>
            <w:proofErr w:type="spellStart"/>
            <w:r w:rsidRPr="00C57960">
              <w:rPr>
                <w:rFonts w:cs="Times New Roman"/>
                <w:szCs w:val="28"/>
                <w:lang w:val="ru-RU"/>
              </w:rPr>
              <w:t>нічного</w:t>
            </w:r>
            <w:proofErr w:type="spellEnd"/>
            <w:r w:rsidRPr="00C57960">
              <w:rPr>
                <w:rFonts w:cs="Times New Roman"/>
                <w:szCs w:val="28"/>
                <w:lang w:val="ru-RU"/>
              </w:rPr>
              <w:t xml:space="preserve"> </w:t>
            </w:r>
            <w:proofErr w:type="spellStart"/>
            <w:r w:rsidRPr="00C57960">
              <w:rPr>
                <w:rFonts w:cs="Times New Roman"/>
                <w:szCs w:val="28"/>
                <w:lang w:val="ru-RU"/>
              </w:rPr>
              <w:t>чергування</w:t>
            </w:r>
            <w:proofErr w:type="spellEnd"/>
            <w:r w:rsidRPr="00C57960">
              <w:rPr>
                <w:rFonts w:cs="Times New Roman"/>
                <w:szCs w:val="28"/>
                <w:lang w:val="ru-RU"/>
              </w:rPr>
              <w:t xml:space="preserve"> в </w:t>
            </w:r>
            <w:proofErr w:type="spellStart"/>
            <w:r w:rsidRPr="00C57960">
              <w:rPr>
                <w:rFonts w:cs="Times New Roman"/>
                <w:szCs w:val="28"/>
                <w:lang w:val="ru-RU"/>
              </w:rPr>
              <w:t>окопі</w:t>
            </w:r>
            <w:proofErr w:type="spellEnd"/>
            <w:r w:rsidRPr="00C57960">
              <w:rPr>
                <w:rFonts w:cs="Times New Roman"/>
                <w:szCs w:val="28"/>
                <w:lang w:val="ru-RU"/>
              </w:rPr>
              <w:t>.</w:t>
            </w:r>
          </w:p>
        </w:tc>
      </w:tr>
      <w:tr w:rsidR="00E740B8" w:rsidRPr="00C57960" w14:paraId="546F0232" w14:textId="77777777" w:rsidTr="003B6895">
        <w:tc>
          <w:tcPr>
            <w:tcW w:w="4320" w:type="dxa"/>
          </w:tcPr>
          <w:p w14:paraId="20E07029" w14:textId="77777777" w:rsidR="00E740B8" w:rsidRPr="00C57960" w:rsidRDefault="00E740B8" w:rsidP="003B6895">
            <w:pPr>
              <w:rPr>
                <w:rFonts w:cs="Times New Roman"/>
                <w:szCs w:val="28"/>
              </w:rPr>
            </w:pPr>
            <w:r w:rsidRPr="00C57960">
              <w:rPr>
                <w:rFonts w:cs="Times New Roman"/>
                <w:szCs w:val="28"/>
              </w:rPr>
              <w:t>№10</w:t>
            </w:r>
          </w:p>
        </w:tc>
        <w:tc>
          <w:tcPr>
            <w:tcW w:w="4320" w:type="dxa"/>
          </w:tcPr>
          <w:p w14:paraId="5D3BA67D" w14:textId="77777777" w:rsidR="00E740B8" w:rsidRPr="00C57960" w:rsidRDefault="00E740B8" w:rsidP="003B6895">
            <w:pPr>
              <w:rPr>
                <w:rFonts w:cs="Times New Roman"/>
                <w:szCs w:val="28"/>
                <w:lang w:val="ru-RU"/>
              </w:rPr>
            </w:pPr>
            <w:proofErr w:type="spellStart"/>
            <w:r w:rsidRPr="00C57960">
              <w:rPr>
                <w:rFonts w:cs="Times New Roman"/>
                <w:szCs w:val="28"/>
                <w:lang w:val="ru-RU"/>
              </w:rPr>
              <w:t>Ледь</w:t>
            </w:r>
            <w:proofErr w:type="spellEnd"/>
            <w:r w:rsidRPr="00C57960">
              <w:rPr>
                <w:rFonts w:cs="Times New Roman"/>
                <w:szCs w:val="28"/>
                <w:lang w:val="ru-RU"/>
              </w:rPr>
              <w:t xml:space="preserve"> не вбив мирного жителя. </w:t>
            </w:r>
            <w:proofErr w:type="spellStart"/>
            <w:r w:rsidRPr="00C57960">
              <w:rPr>
                <w:rFonts w:cs="Times New Roman"/>
                <w:szCs w:val="28"/>
                <w:lang w:val="ru-RU"/>
              </w:rPr>
              <w:t>Військовий</w:t>
            </w:r>
            <w:proofErr w:type="spellEnd"/>
            <w:r w:rsidRPr="00C57960">
              <w:rPr>
                <w:rFonts w:cs="Times New Roman"/>
                <w:szCs w:val="28"/>
                <w:lang w:val="ru-RU"/>
              </w:rPr>
              <w:t xml:space="preserve"> </w:t>
            </w:r>
            <w:proofErr w:type="spellStart"/>
            <w:r w:rsidRPr="00C57960">
              <w:rPr>
                <w:rFonts w:cs="Times New Roman"/>
                <w:szCs w:val="28"/>
                <w:lang w:val="ru-RU"/>
              </w:rPr>
              <w:t>наляканий</w:t>
            </w:r>
            <w:proofErr w:type="spellEnd"/>
            <w:r w:rsidRPr="00C57960">
              <w:rPr>
                <w:rFonts w:cs="Times New Roman"/>
                <w:szCs w:val="28"/>
                <w:lang w:val="ru-RU"/>
              </w:rPr>
              <w:t xml:space="preserve">, </w:t>
            </w:r>
            <w:proofErr w:type="spellStart"/>
            <w:r w:rsidRPr="00C57960">
              <w:rPr>
                <w:rFonts w:cs="Times New Roman"/>
                <w:szCs w:val="28"/>
                <w:lang w:val="ru-RU"/>
              </w:rPr>
              <w:t>відмовляється</w:t>
            </w:r>
            <w:proofErr w:type="spellEnd"/>
            <w:r w:rsidRPr="00C57960">
              <w:rPr>
                <w:rFonts w:cs="Times New Roman"/>
                <w:szCs w:val="28"/>
                <w:lang w:val="ru-RU"/>
              </w:rPr>
              <w:t xml:space="preserve"> </w:t>
            </w:r>
            <w:proofErr w:type="spellStart"/>
            <w:r w:rsidRPr="00C57960">
              <w:rPr>
                <w:rFonts w:cs="Times New Roman"/>
                <w:szCs w:val="28"/>
                <w:lang w:val="ru-RU"/>
              </w:rPr>
              <w:t>від</w:t>
            </w:r>
            <w:proofErr w:type="spellEnd"/>
            <w:r w:rsidRPr="00C57960">
              <w:rPr>
                <w:rFonts w:cs="Times New Roman"/>
                <w:szCs w:val="28"/>
                <w:lang w:val="ru-RU"/>
              </w:rPr>
              <w:t xml:space="preserve"> </w:t>
            </w:r>
            <w:proofErr w:type="spellStart"/>
            <w:r w:rsidRPr="00C57960">
              <w:rPr>
                <w:rFonts w:cs="Times New Roman"/>
                <w:szCs w:val="28"/>
                <w:lang w:val="ru-RU"/>
              </w:rPr>
              <w:t>зброї</w:t>
            </w:r>
            <w:proofErr w:type="spellEnd"/>
            <w:r w:rsidRPr="00C57960">
              <w:rPr>
                <w:rFonts w:cs="Times New Roman"/>
                <w:szCs w:val="28"/>
                <w:lang w:val="ru-RU"/>
              </w:rPr>
              <w:t>.</w:t>
            </w:r>
          </w:p>
        </w:tc>
      </w:tr>
    </w:tbl>
    <w:p w14:paraId="41B40A83" w14:textId="77777777" w:rsidR="00E740B8" w:rsidRPr="00C57960" w:rsidRDefault="00E740B8" w:rsidP="00E740B8">
      <w:pPr>
        <w:rPr>
          <w:rFonts w:cs="Times New Roman"/>
          <w:szCs w:val="28"/>
          <w:lang w:val="ru-RU"/>
        </w:rPr>
      </w:pPr>
    </w:p>
    <w:p w14:paraId="18133991" w14:textId="77777777" w:rsidR="00E740B8" w:rsidRPr="00C57960" w:rsidRDefault="00E740B8" w:rsidP="007452E9">
      <w:pPr>
        <w:rPr>
          <w:rFonts w:cs="Times New Roman"/>
          <w:szCs w:val="28"/>
          <w:lang w:val="ru-RU"/>
        </w:rPr>
      </w:pPr>
    </w:p>
    <w:sectPr w:rsidR="00E740B8" w:rsidRPr="00C5796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93D08D9"/>
    <w:multiLevelType w:val="multilevel"/>
    <w:tmpl w:val="2EE8F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F5F0DD0"/>
    <w:multiLevelType w:val="multilevel"/>
    <w:tmpl w:val="32F2B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7452E9"/>
    <w:rsid w:val="00AA1D8D"/>
    <w:rsid w:val="00B47730"/>
    <w:rsid w:val="00C57960"/>
    <w:rsid w:val="00CB0664"/>
    <w:rsid w:val="00E740B8"/>
    <w:rsid w:val="00EF295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E48B6F"/>
  <w14:defaultImageDpi w14:val="300"/>
  <w15:docId w15:val="{D65FDC2B-3696-4B84-BC46-A23781FC5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31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1777</Words>
  <Characters>1014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2786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dcterms:created xsi:type="dcterms:W3CDTF">2025-04-26T10:07:00Z</dcterms:created>
  <dcterms:modified xsi:type="dcterms:W3CDTF">2025-04-26T10:07:00Z</dcterms:modified>
  <cp:category/>
</cp:coreProperties>
</file>