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6A04B" w14:textId="7CAD109D" w:rsidR="001E7082" w:rsidRPr="003518F8" w:rsidRDefault="00145266" w:rsidP="003518F8">
      <w:pPr>
        <w:spacing w:after="0" w:line="240" w:lineRule="auto"/>
        <w:ind w:left="4820"/>
        <w:jc w:val="right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Командиру </w:t>
      </w:r>
      <w:r w:rsidR="003518F8" w:rsidRPr="003518F8">
        <w:rPr>
          <w:szCs w:val="28"/>
          <w:lang w:val="uk-UA"/>
        </w:rPr>
        <w:t>1 навчальної роти</w:t>
      </w:r>
      <w:r w:rsidRPr="003518F8">
        <w:rPr>
          <w:szCs w:val="28"/>
          <w:lang w:val="uk-UA"/>
        </w:rPr>
        <w:br/>
      </w:r>
    </w:p>
    <w:p w14:paraId="3AB02554" w14:textId="77777777" w:rsidR="00145266" w:rsidRPr="003518F8" w:rsidRDefault="00145266" w:rsidP="003518F8">
      <w:pPr>
        <w:spacing w:after="0" w:line="240" w:lineRule="auto"/>
        <w:ind w:left="4820"/>
        <w:rPr>
          <w:szCs w:val="28"/>
          <w:lang w:val="uk-UA"/>
        </w:rPr>
      </w:pPr>
    </w:p>
    <w:p w14:paraId="7E11E9B1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1294D751" w14:textId="77777777" w:rsidR="00145266" w:rsidRPr="003518F8" w:rsidRDefault="00145266" w:rsidP="003518F8">
      <w:pPr>
        <w:spacing w:after="0" w:line="240" w:lineRule="auto"/>
        <w:ind w:left="4820"/>
        <w:rPr>
          <w:szCs w:val="28"/>
          <w:lang w:val="uk-UA"/>
        </w:rPr>
      </w:pPr>
    </w:p>
    <w:p w14:paraId="7315030F" w14:textId="77777777" w:rsidR="001E7082" w:rsidRPr="003518F8" w:rsidRDefault="00145266" w:rsidP="003518F8">
      <w:pPr>
        <w:spacing w:after="0" w:line="240" w:lineRule="auto"/>
        <w:jc w:val="center"/>
        <w:rPr>
          <w:szCs w:val="28"/>
          <w:lang w:val="uk-UA"/>
        </w:rPr>
      </w:pPr>
      <w:r w:rsidRPr="003518F8">
        <w:rPr>
          <w:szCs w:val="28"/>
          <w:lang w:val="uk-UA"/>
        </w:rPr>
        <w:t>РАПОРТ</w:t>
      </w:r>
    </w:p>
    <w:p w14:paraId="08233EFA" w14:textId="5F065E23" w:rsidR="001E7082" w:rsidRPr="003518F8" w:rsidRDefault="00042F72" w:rsidP="003518F8">
      <w:pPr>
        <w:spacing w:after="0" w:line="240" w:lineRule="auto"/>
        <w:ind w:firstLine="720"/>
        <w:jc w:val="both"/>
        <w:rPr>
          <w:szCs w:val="28"/>
          <w:lang w:val="uk-UA"/>
        </w:rPr>
      </w:pPr>
      <w:r>
        <w:rPr>
          <w:noProof/>
          <w:szCs w:val="28"/>
          <w:lang w:val="uk-UA"/>
        </w:rPr>
        <w:drawing>
          <wp:anchor distT="0" distB="0" distL="114300" distR="114300" simplePos="0" relativeHeight="251661312" behindDoc="1" locked="0" layoutInCell="1" allowOverlap="1" wp14:anchorId="3C1D4A5B" wp14:editId="0CF1539C">
            <wp:simplePos x="0" y="0"/>
            <wp:positionH relativeFrom="column">
              <wp:posOffset>2449987</wp:posOffset>
            </wp:positionH>
            <wp:positionV relativeFrom="paragraph">
              <wp:posOffset>1117260</wp:posOffset>
            </wp:positionV>
            <wp:extent cx="1095469" cy="1857914"/>
            <wp:effectExtent l="0" t="0" r="0" b="0"/>
            <wp:wrapNone/>
            <wp:docPr id="1009868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68121" name="Picture 10098681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5469" cy="1857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266" w:rsidRPr="003518F8">
        <w:rPr>
          <w:szCs w:val="28"/>
          <w:lang w:val="uk-UA"/>
        </w:rPr>
        <w:t xml:space="preserve">Прошу Вашого клопотання перед вищим командуванням про надання мені, командиру </w:t>
      </w:r>
      <w:r w:rsidR="00E056DC">
        <w:rPr>
          <w:szCs w:val="28"/>
          <w:lang w:val="uk-UA"/>
        </w:rPr>
        <w:t>6</w:t>
      </w:r>
      <w:r w:rsidR="003518F8">
        <w:rPr>
          <w:szCs w:val="28"/>
          <w:lang w:val="uk-UA"/>
        </w:rPr>
        <w:t xml:space="preserve"> навчального взводу-викладачу 1 навчальної роти 1 навчального батальйону </w:t>
      </w:r>
      <w:r w:rsidR="00145266" w:rsidRPr="003518F8">
        <w:rPr>
          <w:szCs w:val="28"/>
          <w:lang w:val="uk-UA"/>
        </w:rPr>
        <w:t xml:space="preserve">військової частини А2900, </w:t>
      </w:r>
      <w:r w:rsidR="00E056DC">
        <w:rPr>
          <w:szCs w:val="28"/>
          <w:lang w:val="uk-UA"/>
        </w:rPr>
        <w:t>молодшому лейтенанту</w:t>
      </w:r>
      <w:r w:rsidR="00145266" w:rsidRPr="003518F8">
        <w:rPr>
          <w:szCs w:val="28"/>
          <w:lang w:val="uk-UA"/>
        </w:rPr>
        <w:t xml:space="preserve"> </w:t>
      </w:r>
      <w:r w:rsidR="00E056DC">
        <w:rPr>
          <w:szCs w:val="28"/>
          <w:lang w:val="uk-UA"/>
        </w:rPr>
        <w:t>РАЖИКУ Денису Петровичу</w:t>
      </w:r>
      <w:r w:rsidR="00145266" w:rsidRPr="003518F8">
        <w:rPr>
          <w:szCs w:val="28"/>
          <w:lang w:val="uk-UA"/>
        </w:rPr>
        <w:t xml:space="preserve">, дозволу </w:t>
      </w:r>
      <w:r w:rsidR="00E056DC">
        <w:rPr>
          <w:szCs w:val="28"/>
          <w:lang w:val="uk-UA"/>
        </w:rPr>
        <w:t>для заочної форми навчання</w:t>
      </w:r>
      <w:r w:rsidR="00145266" w:rsidRPr="003518F8">
        <w:rPr>
          <w:szCs w:val="28"/>
          <w:lang w:val="uk-UA"/>
        </w:rPr>
        <w:t xml:space="preserve"> </w:t>
      </w:r>
      <w:r w:rsidR="00E056DC">
        <w:rPr>
          <w:szCs w:val="28"/>
          <w:lang w:val="uk-UA"/>
        </w:rPr>
        <w:t>у</w:t>
      </w:r>
      <w:r w:rsidR="00145266" w:rsidRPr="003518F8">
        <w:rPr>
          <w:szCs w:val="28"/>
          <w:lang w:val="uk-UA"/>
        </w:rPr>
        <w:t xml:space="preserve"> </w:t>
      </w:r>
      <w:r w:rsidR="003F39D9" w:rsidRPr="003518F8">
        <w:rPr>
          <w:szCs w:val="28"/>
          <w:lang w:val="uk-UA"/>
        </w:rPr>
        <w:t>Державно</w:t>
      </w:r>
      <w:r w:rsidR="00E056DC">
        <w:rPr>
          <w:szCs w:val="28"/>
          <w:lang w:val="uk-UA"/>
        </w:rPr>
        <w:t>му</w:t>
      </w:r>
      <w:r w:rsidR="003F39D9" w:rsidRPr="003518F8">
        <w:rPr>
          <w:szCs w:val="28"/>
          <w:lang w:val="uk-UA"/>
        </w:rPr>
        <w:t xml:space="preserve"> університет</w:t>
      </w:r>
      <w:r w:rsidR="00E056DC">
        <w:rPr>
          <w:szCs w:val="28"/>
          <w:lang w:val="uk-UA"/>
        </w:rPr>
        <w:t>і</w:t>
      </w:r>
      <w:r w:rsidR="003F39D9" w:rsidRPr="003518F8">
        <w:rPr>
          <w:szCs w:val="28"/>
          <w:lang w:val="uk-UA"/>
        </w:rPr>
        <w:t xml:space="preserve"> «Житомирська політехніка»</w:t>
      </w:r>
      <w:r w:rsidR="00E056DC">
        <w:rPr>
          <w:szCs w:val="28"/>
          <w:lang w:val="uk-UA"/>
        </w:rPr>
        <w:t xml:space="preserve"> за спеціаль</w:t>
      </w:r>
      <w:r w:rsidR="002E3CE5">
        <w:rPr>
          <w:szCs w:val="28"/>
          <w:lang w:val="uk-UA"/>
        </w:rPr>
        <w:t>ністю</w:t>
      </w:r>
      <w:r w:rsidR="00E056DC">
        <w:rPr>
          <w:szCs w:val="28"/>
          <w:lang w:val="uk-UA"/>
        </w:rPr>
        <w:t xml:space="preserve"> «технологія захисту навколишнього середовища»</w:t>
      </w:r>
      <w:r w:rsidR="00145266" w:rsidRPr="003518F8">
        <w:rPr>
          <w:szCs w:val="28"/>
          <w:lang w:val="uk-UA"/>
        </w:rPr>
        <w:t>, без відриву від виконання службових обов'язків.</w:t>
      </w:r>
    </w:p>
    <w:p w14:paraId="4B33BF48" w14:textId="450FB098" w:rsidR="00145266" w:rsidRDefault="00145266" w:rsidP="003518F8">
      <w:pPr>
        <w:spacing w:after="0" w:line="240" w:lineRule="auto"/>
        <w:rPr>
          <w:szCs w:val="28"/>
          <w:lang w:val="uk-UA"/>
        </w:rPr>
      </w:pPr>
    </w:p>
    <w:p w14:paraId="69D5459E" w14:textId="324EF85C" w:rsidR="003518F8" w:rsidRPr="003518F8" w:rsidRDefault="003518F8" w:rsidP="003518F8">
      <w:pPr>
        <w:spacing w:after="0" w:line="240" w:lineRule="auto"/>
        <w:rPr>
          <w:szCs w:val="28"/>
          <w:lang w:val="uk-UA"/>
        </w:rPr>
      </w:pPr>
    </w:p>
    <w:p w14:paraId="14328251" w14:textId="1CB5AF68" w:rsidR="003518F8" w:rsidRDefault="00145266" w:rsidP="003518F8">
      <w:pPr>
        <w:tabs>
          <w:tab w:val="right" w:pos="9973"/>
        </w:tabs>
        <w:spacing w:after="0" w:line="240" w:lineRule="auto"/>
        <w:jc w:val="both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Командир </w:t>
      </w:r>
      <w:r w:rsidR="00E056DC">
        <w:rPr>
          <w:szCs w:val="28"/>
          <w:lang w:val="uk-UA"/>
        </w:rPr>
        <w:t>6</w:t>
      </w:r>
      <w:r w:rsidR="003518F8">
        <w:rPr>
          <w:szCs w:val="28"/>
          <w:lang w:val="uk-UA"/>
        </w:rPr>
        <w:t xml:space="preserve"> навчального взводу-викладач 1 навчальної роти 1 навчального батальйону </w:t>
      </w:r>
      <w:r w:rsidR="003518F8" w:rsidRPr="003518F8">
        <w:rPr>
          <w:szCs w:val="28"/>
          <w:lang w:val="uk-UA"/>
        </w:rPr>
        <w:t>військової частини А2900</w:t>
      </w:r>
      <w:r w:rsidR="003518F8">
        <w:rPr>
          <w:szCs w:val="28"/>
          <w:lang w:val="uk-UA"/>
        </w:rPr>
        <w:tab/>
      </w:r>
      <w:r w:rsidRPr="003518F8">
        <w:rPr>
          <w:szCs w:val="28"/>
          <w:lang w:val="uk-UA"/>
        </w:rPr>
        <w:br/>
      </w:r>
      <w:r w:rsidR="00E056DC">
        <w:rPr>
          <w:szCs w:val="28"/>
          <w:lang w:val="uk-UA"/>
        </w:rPr>
        <w:t>молодший лейтенант</w:t>
      </w:r>
      <w:r w:rsidR="003518F8">
        <w:rPr>
          <w:szCs w:val="28"/>
          <w:lang w:val="uk-UA"/>
        </w:rPr>
        <w:tab/>
      </w:r>
      <w:r w:rsidR="00E056DC">
        <w:rPr>
          <w:szCs w:val="28"/>
          <w:lang w:val="uk-UA"/>
        </w:rPr>
        <w:t>Денис РАЖИК</w:t>
      </w:r>
    </w:p>
    <w:p w14:paraId="1B3E0B6B" w14:textId="2D39AAAE" w:rsidR="00145266" w:rsidRPr="003518F8" w:rsidRDefault="003518F8" w:rsidP="003518F8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__.0</w:t>
      </w:r>
      <w:r w:rsidR="00E056DC">
        <w:rPr>
          <w:szCs w:val="28"/>
          <w:lang w:val="uk-UA"/>
        </w:rPr>
        <w:t>9</w:t>
      </w:r>
      <w:r w:rsidR="00145266" w:rsidRPr="003518F8">
        <w:rPr>
          <w:szCs w:val="28"/>
          <w:lang w:val="uk-UA"/>
        </w:rPr>
        <w:t>.2026</w:t>
      </w:r>
    </w:p>
    <w:p w14:paraId="3648CEAE" w14:textId="1C6DD004" w:rsidR="00145266" w:rsidRPr="007263A9" w:rsidRDefault="00145266" w:rsidP="003518F8">
      <w:pPr>
        <w:spacing w:after="0" w:line="240" w:lineRule="auto"/>
        <w:jc w:val="right"/>
        <w:rPr>
          <w:szCs w:val="28"/>
          <w:lang w:val="uk-UA"/>
        </w:rPr>
      </w:pPr>
    </w:p>
    <w:p w14:paraId="4A0F3999" w14:textId="68F36863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  <w:r>
        <w:rPr>
          <w:szCs w:val="28"/>
          <w:lang w:val="uk-UA"/>
        </w:rPr>
        <w:t>Командиру 1 навчального батальйону</w:t>
      </w:r>
    </w:p>
    <w:p w14:paraId="6FD0883A" w14:textId="2D1306AA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</w:p>
    <w:p w14:paraId="5FFCF436" w14:textId="0F322584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</w:p>
    <w:p w14:paraId="3A10FAB7" w14:textId="00920FDB" w:rsidR="003518F8" w:rsidRPr="003518F8" w:rsidRDefault="003518F8" w:rsidP="003518F8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Клопочу по суті рапорту </w:t>
      </w:r>
      <w:r w:rsidR="00E056DC">
        <w:rPr>
          <w:szCs w:val="28"/>
          <w:lang w:val="uk-UA"/>
        </w:rPr>
        <w:t>молодшого лейтенанта</w:t>
      </w:r>
      <w:r>
        <w:rPr>
          <w:szCs w:val="28"/>
          <w:lang w:val="uk-UA"/>
        </w:rPr>
        <w:t xml:space="preserve"> </w:t>
      </w:r>
      <w:r w:rsidR="00E056DC">
        <w:rPr>
          <w:szCs w:val="28"/>
          <w:lang w:val="uk-UA"/>
        </w:rPr>
        <w:t>РАЖИКА Дениса Петровича</w:t>
      </w:r>
      <w:r>
        <w:rPr>
          <w:szCs w:val="28"/>
          <w:lang w:val="uk-UA"/>
        </w:rPr>
        <w:t>.</w:t>
      </w:r>
    </w:p>
    <w:p w14:paraId="2E553053" w14:textId="47DF0FD1" w:rsidR="00145266" w:rsidRDefault="00145266" w:rsidP="00042F72">
      <w:pPr>
        <w:spacing w:after="0" w:line="240" w:lineRule="auto"/>
        <w:rPr>
          <w:szCs w:val="28"/>
          <w:lang w:val="uk-UA"/>
        </w:rPr>
      </w:pPr>
    </w:p>
    <w:p w14:paraId="06CBAF82" w14:textId="16C56DD8" w:rsidR="003518F8" w:rsidRDefault="00457256" w:rsidP="00042F72">
      <w:pPr>
        <w:spacing w:after="0" w:line="240" w:lineRule="auto"/>
        <w:rPr>
          <w:szCs w:val="28"/>
          <w:lang w:val="uk-UA"/>
        </w:rPr>
      </w:pPr>
      <w:r>
        <w:rPr>
          <w:noProof/>
          <w:szCs w:val="28"/>
          <w:lang w:val="uk-UA"/>
        </w:rPr>
        <w:drawing>
          <wp:anchor distT="0" distB="0" distL="114300" distR="114300" simplePos="0" relativeHeight="251658240" behindDoc="0" locked="0" layoutInCell="1" allowOverlap="1" wp14:anchorId="601F5E48" wp14:editId="00F843BD">
            <wp:simplePos x="0" y="0"/>
            <wp:positionH relativeFrom="column">
              <wp:posOffset>1465580</wp:posOffset>
            </wp:positionH>
            <wp:positionV relativeFrom="paragraph">
              <wp:posOffset>164689</wp:posOffset>
            </wp:positionV>
            <wp:extent cx="2979996" cy="1021976"/>
            <wp:effectExtent l="0" t="0" r="0" b="0"/>
            <wp:wrapNone/>
            <wp:docPr id="198396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62684" name="Picture 19839626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9996" cy="1021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617C5" w14:textId="74AA16F3" w:rsidR="003518F8" w:rsidRDefault="003518F8" w:rsidP="00042F72">
      <w:pPr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Командир 1 навчальної роти-старший викладач</w:t>
      </w:r>
    </w:p>
    <w:p w14:paraId="078CA1CC" w14:textId="23BA3BE7" w:rsidR="003518F8" w:rsidRDefault="003518F8" w:rsidP="00042F72">
      <w:pPr>
        <w:tabs>
          <w:tab w:val="right" w:pos="9973"/>
        </w:tabs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лейтенант</w:t>
      </w:r>
      <w:r>
        <w:rPr>
          <w:szCs w:val="28"/>
          <w:lang w:val="uk-UA"/>
        </w:rPr>
        <w:tab/>
        <w:t>Богдан ГЕНЗЕЛЬ</w:t>
      </w:r>
    </w:p>
    <w:p w14:paraId="57BA3A55" w14:textId="3660B0EC" w:rsidR="00457256" w:rsidRPr="003518F8" w:rsidRDefault="00457256" w:rsidP="00042F72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__.0</w:t>
      </w:r>
      <w:r w:rsidR="00E056DC">
        <w:rPr>
          <w:szCs w:val="28"/>
          <w:lang w:val="uk-UA"/>
        </w:rPr>
        <w:t>9</w:t>
      </w:r>
      <w:r w:rsidRPr="003518F8">
        <w:rPr>
          <w:szCs w:val="28"/>
          <w:lang w:val="uk-UA"/>
        </w:rPr>
        <w:t>.2026</w:t>
      </w:r>
    </w:p>
    <w:p w14:paraId="2E3238CF" w14:textId="403F1070" w:rsidR="00457256" w:rsidRDefault="00457256" w:rsidP="00042F72">
      <w:pPr>
        <w:tabs>
          <w:tab w:val="right" w:pos="9973"/>
        </w:tabs>
        <w:spacing w:after="0" w:line="240" w:lineRule="auto"/>
        <w:rPr>
          <w:szCs w:val="28"/>
          <w:lang w:val="uk-UA"/>
        </w:rPr>
      </w:pPr>
    </w:p>
    <w:p w14:paraId="2D62F367" w14:textId="77777777" w:rsidR="00042F72" w:rsidRDefault="00042F72" w:rsidP="00042F72">
      <w:pPr>
        <w:tabs>
          <w:tab w:val="right" w:pos="9973"/>
        </w:tabs>
        <w:spacing w:after="0" w:line="240" w:lineRule="auto"/>
        <w:rPr>
          <w:szCs w:val="28"/>
          <w:lang w:val="uk-UA"/>
        </w:rPr>
      </w:pPr>
    </w:p>
    <w:p w14:paraId="3E672333" w14:textId="77777777" w:rsidR="00042F72" w:rsidRDefault="00042F72" w:rsidP="00042F72">
      <w:pPr>
        <w:spacing w:after="0" w:line="240" w:lineRule="auto"/>
        <w:ind w:right="-1"/>
        <w:jc w:val="right"/>
        <w:rPr>
          <w:szCs w:val="28"/>
          <w:lang w:val="uk-UA"/>
        </w:rPr>
      </w:pPr>
      <w:proofErr w:type="spellStart"/>
      <w:r w:rsidRPr="00B8364D">
        <w:rPr>
          <w:szCs w:val="28"/>
        </w:rPr>
        <w:t>Командиру</w:t>
      </w:r>
      <w:proofErr w:type="spellEnd"/>
      <w:r w:rsidRPr="00B8364D">
        <w:rPr>
          <w:szCs w:val="28"/>
        </w:rPr>
        <w:t xml:space="preserve"> </w:t>
      </w:r>
      <w:proofErr w:type="spellStart"/>
      <w:r w:rsidRPr="00B8364D">
        <w:rPr>
          <w:szCs w:val="28"/>
        </w:rPr>
        <w:t>військової</w:t>
      </w:r>
      <w:proofErr w:type="spellEnd"/>
      <w:r w:rsidRPr="00B8364D">
        <w:rPr>
          <w:szCs w:val="28"/>
        </w:rPr>
        <w:t xml:space="preserve"> </w:t>
      </w:r>
      <w:proofErr w:type="spellStart"/>
      <w:r w:rsidRPr="00B8364D">
        <w:rPr>
          <w:szCs w:val="28"/>
        </w:rPr>
        <w:t>частини</w:t>
      </w:r>
      <w:proofErr w:type="spellEnd"/>
      <w:r w:rsidRPr="00B8364D">
        <w:rPr>
          <w:szCs w:val="28"/>
        </w:rPr>
        <w:t xml:space="preserve"> А2900</w:t>
      </w:r>
    </w:p>
    <w:p w14:paraId="0E8EC098" w14:textId="77777777" w:rsidR="00042F72" w:rsidRPr="00042F72" w:rsidRDefault="00042F72" w:rsidP="00042F72">
      <w:pPr>
        <w:spacing w:after="0" w:line="240" w:lineRule="auto"/>
        <w:ind w:right="-1"/>
        <w:jc w:val="right"/>
        <w:rPr>
          <w:szCs w:val="28"/>
          <w:lang w:val="uk-UA"/>
        </w:rPr>
      </w:pPr>
    </w:p>
    <w:p w14:paraId="4C80501E" w14:textId="75804CDC" w:rsidR="00042F72" w:rsidRDefault="00042F72" w:rsidP="00042F72">
      <w:pPr>
        <w:spacing w:after="0" w:line="240" w:lineRule="auto"/>
        <w:jc w:val="both"/>
        <w:rPr>
          <w:szCs w:val="28"/>
          <w:lang w:val="uk-UA"/>
        </w:rPr>
      </w:pPr>
    </w:p>
    <w:p w14:paraId="7D46D902" w14:textId="56118E94" w:rsidR="00042F72" w:rsidRPr="003518F8" w:rsidRDefault="007263A9" w:rsidP="00042F72">
      <w:pPr>
        <w:spacing w:after="0" w:line="240" w:lineRule="auto"/>
        <w:jc w:val="both"/>
        <w:rPr>
          <w:szCs w:val="28"/>
          <w:lang w:val="uk-UA"/>
        </w:rPr>
      </w:pPr>
      <w:r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053304FF" wp14:editId="242DBE5C">
            <wp:simplePos x="0" y="0"/>
            <wp:positionH relativeFrom="column">
              <wp:posOffset>1290307</wp:posOffset>
            </wp:positionH>
            <wp:positionV relativeFrom="paragraph">
              <wp:posOffset>13335</wp:posOffset>
            </wp:positionV>
            <wp:extent cx="3076640" cy="2051093"/>
            <wp:effectExtent l="0" t="0" r="0" b="0"/>
            <wp:wrapNone/>
            <wp:docPr id="135849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491190" name="Picture 135849119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6640" cy="2051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F72">
        <w:rPr>
          <w:szCs w:val="28"/>
          <w:lang w:val="uk-UA"/>
        </w:rPr>
        <w:tab/>
        <w:t>Клопочу по суті рапорту молодшого лейтенанта РАЖИКА Дениса Петровича.</w:t>
      </w:r>
    </w:p>
    <w:p w14:paraId="360AEB46" w14:textId="77777777" w:rsidR="00042F72" w:rsidRPr="00217057" w:rsidRDefault="00042F72" w:rsidP="00042F72">
      <w:pPr>
        <w:spacing w:after="0" w:line="240" w:lineRule="auto"/>
        <w:ind w:right="-1"/>
        <w:jc w:val="both"/>
        <w:rPr>
          <w:szCs w:val="28"/>
        </w:rPr>
      </w:pPr>
    </w:p>
    <w:p w14:paraId="5BF0BC56" w14:textId="77777777" w:rsidR="00042F72" w:rsidRPr="00B8364D" w:rsidRDefault="00042F72" w:rsidP="00042F72">
      <w:pPr>
        <w:spacing w:after="0" w:line="240" w:lineRule="auto"/>
        <w:ind w:right="-1"/>
        <w:jc w:val="both"/>
        <w:rPr>
          <w:szCs w:val="28"/>
        </w:rPr>
      </w:pPr>
    </w:p>
    <w:p w14:paraId="3D761C43" w14:textId="77777777" w:rsidR="00042F72" w:rsidRPr="00B8364D" w:rsidRDefault="00042F72" w:rsidP="00042F72">
      <w:pPr>
        <w:spacing w:after="0" w:line="240" w:lineRule="auto"/>
        <w:ind w:right="-1"/>
        <w:jc w:val="both"/>
        <w:rPr>
          <w:szCs w:val="28"/>
        </w:rPr>
      </w:pPr>
      <w:proofErr w:type="spellStart"/>
      <w:r>
        <w:rPr>
          <w:szCs w:val="28"/>
        </w:rPr>
        <w:t>Командир</w:t>
      </w:r>
      <w:proofErr w:type="spellEnd"/>
      <w:r w:rsidRPr="00B8364D">
        <w:rPr>
          <w:szCs w:val="28"/>
        </w:rPr>
        <w:t xml:space="preserve"> 1 </w:t>
      </w:r>
      <w:proofErr w:type="spellStart"/>
      <w:r w:rsidRPr="00B8364D">
        <w:rPr>
          <w:szCs w:val="28"/>
        </w:rPr>
        <w:t>навчального</w:t>
      </w:r>
      <w:proofErr w:type="spellEnd"/>
      <w:r w:rsidRPr="00B8364D">
        <w:rPr>
          <w:szCs w:val="28"/>
        </w:rPr>
        <w:t xml:space="preserve"> </w:t>
      </w:r>
      <w:proofErr w:type="spellStart"/>
      <w:r w:rsidRPr="00B8364D">
        <w:rPr>
          <w:szCs w:val="28"/>
        </w:rPr>
        <w:t>батальйону</w:t>
      </w:r>
      <w:proofErr w:type="spellEnd"/>
    </w:p>
    <w:p w14:paraId="77271B31" w14:textId="77777777" w:rsidR="00042F72" w:rsidRPr="00B8364D" w:rsidRDefault="00042F72" w:rsidP="00042F72">
      <w:pPr>
        <w:tabs>
          <w:tab w:val="right" w:pos="9923"/>
        </w:tabs>
        <w:spacing w:after="0" w:line="240" w:lineRule="auto"/>
        <w:ind w:right="-1"/>
        <w:jc w:val="both"/>
        <w:rPr>
          <w:szCs w:val="28"/>
        </w:rPr>
      </w:pPr>
      <w:proofErr w:type="spellStart"/>
      <w:r>
        <w:rPr>
          <w:szCs w:val="28"/>
        </w:rPr>
        <w:t>підполковник</w:t>
      </w:r>
      <w:proofErr w:type="spellEnd"/>
      <w:r>
        <w:rPr>
          <w:szCs w:val="28"/>
        </w:rPr>
        <w:t xml:space="preserve"> </w:t>
      </w:r>
      <w:r>
        <w:rPr>
          <w:szCs w:val="28"/>
        </w:rPr>
        <w:tab/>
      </w:r>
      <w:proofErr w:type="spellStart"/>
      <w:r>
        <w:rPr>
          <w:szCs w:val="28"/>
        </w:rPr>
        <w:t>Віктор</w:t>
      </w:r>
      <w:proofErr w:type="spellEnd"/>
      <w:r>
        <w:rPr>
          <w:szCs w:val="28"/>
        </w:rPr>
        <w:t xml:space="preserve"> МОРОЗ</w:t>
      </w:r>
    </w:p>
    <w:p w14:paraId="324B135F" w14:textId="77777777" w:rsidR="00042F72" w:rsidRPr="0040795F" w:rsidRDefault="00042F72" w:rsidP="00042F72">
      <w:pPr>
        <w:spacing w:after="0" w:line="240" w:lineRule="auto"/>
        <w:ind w:right="-1"/>
        <w:jc w:val="both"/>
        <w:rPr>
          <w:szCs w:val="28"/>
        </w:rPr>
      </w:pPr>
      <w:r>
        <w:rPr>
          <w:szCs w:val="28"/>
        </w:rPr>
        <w:t>__</w:t>
      </w:r>
      <w:r w:rsidRPr="00B8364D">
        <w:rPr>
          <w:szCs w:val="28"/>
        </w:rPr>
        <w:t>.</w:t>
      </w:r>
      <w:r>
        <w:rPr>
          <w:szCs w:val="28"/>
        </w:rPr>
        <w:t>09</w:t>
      </w:r>
      <w:r w:rsidRPr="00B8364D">
        <w:rPr>
          <w:szCs w:val="28"/>
        </w:rPr>
        <w:t>.202</w:t>
      </w:r>
      <w:r>
        <w:rPr>
          <w:szCs w:val="28"/>
        </w:rPr>
        <w:t>6</w:t>
      </w:r>
    </w:p>
    <w:p w14:paraId="212909BC" w14:textId="77777777" w:rsidR="00042F72" w:rsidRPr="003518F8" w:rsidRDefault="00042F72" w:rsidP="003518F8">
      <w:pPr>
        <w:tabs>
          <w:tab w:val="right" w:pos="9973"/>
        </w:tabs>
        <w:spacing w:after="0" w:line="240" w:lineRule="auto"/>
        <w:rPr>
          <w:szCs w:val="28"/>
          <w:lang w:val="uk-UA"/>
        </w:rPr>
      </w:pPr>
    </w:p>
    <w:sectPr w:rsidR="00042F72" w:rsidRPr="003518F8" w:rsidSect="00145266">
      <w:headerReference w:type="default" r:id="rId11"/>
      <w:pgSz w:w="12240" w:h="15840"/>
      <w:pgMar w:top="850" w:right="850" w:bottom="850" w:left="141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54FDAB" w14:textId="77777777" w:rsidR="00B54A98" w:rsidRDefault="00B54A98" w:rsidP="003518F8">
      <w:pPr>
        <w:spacing w:after="0" w:line="240" w:lineRule="auto"/>
      </w:pPr>
      <w:r>
        <w:separator/>
      </w:r>
    </w:p>
  </w:endnote>
  <w:endnote w:type="continuationSeparator" w:id="0">
    <w:p w14:paraId="3017ECD9" w14:textId="77777777" w:rsidR="00B54A98" w:rsidRDefault="00B54A98" w:rsidP="0035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319037" w14:textId="77777777" w:rsidR="00B54A98" w:rsidRDefault="00B54A98" w:rsidP="003518F8">
      <w:pPr>
        <w:spacing w:after="0" w:line="240" w:lineRule="auto"/>
      </w:pPr>
      <w:r>
        <w:separator/>
      </w:r>
    </w:p>
  </w:footnote>
  <w:footnote w:type="continuationSeparator" w:id="0">
    <w:p w14:paraId="7BF803C2" w14:textId="77777777" w:rsidR="00B54A98" w:rsidRDefault="00B54A98" w:rsidP="0035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61BDAF" w14:textId="76533F2D" w:rsidR="003518F8" w:rsidRPr="003518F8" w:rsidRDefault="003518F8" w:rsidP="003518F8">
    <w:pPr>
      <w:pStyle w:val="Header"/>
      <w:tabs>
        <w:tab w:val="clear" w:pos="4680"/>
        <w:tab w:val="left" w:pos="6379"/>
      </w:tabs>
      <w:rPr>
        <w:lang w:val="uk-UA"/>
      </w:rPr>
    </w:pPr>
    <w:r>
      <w:rPr>
        <w:lang w:val="uk-UA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580989">
    <w:abstractNumId w:val="8"/>
  </w:num>
  <w:num w:numId="2" w16cid:durableId="509415132">
    <w:abstractNumId w:val="6"/>
  </w:num>
  <w:num w:numId="3" w16cid:durableId="532769125">
    <w:abstractNumId w:val="5"/>
  </w:num>
  <w:num w:numId="4" w16cid:durableId="636764004">
    <w:abstractNumId w:val="4"/>
  </w:num>
  <w:num w:numId="5" w16cid:durableId="217664673">
    <w:abstractNumId w:val="7"/>
  </w:num>
  <w:num w:numId="6" w16cid:durableId="1480537266">
    <w:abstractNumId w:val="3"/>
  </w:num>
  <w:num w:numId="7" w16cid:durableId="10188208">
    <w:abstractNumId w:val="2"/>
  </w:num>
  <w:num w:numId="8" w16cid:durableId="1296057069">
    <w:abstractNumId w:val="1"/>
  </w:num>
  <w:num w:numId="9" w16cid:durableId="20165669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F72"/>
    <w:rsid w:val="0006063C"/>
    <w:rsid w:val="00145266"/>
    <w:rsid w:val="0015074B"/>
    <w:rsid w:val="0017192C"/>
    <w:rsid w:val="001E7082"/>
    <w:rsid w:val="0029639D"/>
    <w:rsid w:val="002C7470"/>
    <w:rsid w:val="002E3CE5"/>
    <w:rsid w:val="00326F90"/>
    <w:rsid w:val="003518F8"/>
    <w:rsid w:val="003F39D9"/>
    <w:rsid w:val="00457256"/>
    <w:rsid w:val="004F4DD0"/>
    <w:rsid w:val="005A2891"/>
    <w:rsid w:val="007263A9"/>
    <w:rsid w:val="007C3B9D"/>
    <w:rsid w:val="00836A6F"/>
    <w:rsid w:val="00866B12"/>
    <w:rsid w:val="00A51314"/>
    <w:rsid w:val="00A6162A"/>
    <w:rsid w:val="00AA1D8D"/>
    <w:rsid w:val="00B2689E"/>
    <w:rsid w:val="00B47730"/>
    <w:rsid w:val="00B54A98"/>
    <w:rsid w:val="00BC779A"/>
    <w:rsid w:val="00CB0664"/>
    <w:rsid w:val="00E056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306833"/>
  <w14:defaultImageDpi w14:val="300"/>
  <w15:docId w15:val="{CC560A65-F0B2-40E2-9733-6FDA5D08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F72"/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2777C2-6CA1-4438-8F09-B616C624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Олександр</cp:lastModifiedBy>
  <cp:revision>4</cp:revision>
  <cp:lastPrinted>2026-07-31T10:04:00Z</cp:lastPrinted>
  <dcterms:created xsi:type="dcterms:W3CDTF">2026-09-12T12:22:00Z</dcterms:created>
  <dcterms:modified xsi:type="dcterms:W3CDTF">2026-09-12T12:29:00Z</dcterms:modified>
  <cp:category/>
</cp:coreProperties>
</file>