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489987" w14:textId="77777777" w:rsidR="003F39D9" w:rsidRPr="00145266" w:rsidRDefault="003F39D9" w:rsidP="003F39D9">
      <w:pPr>
        <w:ind w:firstLine="4820"/>
        <w:rPr>
          <w:sz w:val="24"/>
        </w:rPr>
      </w:pPr>
      <w:proofErr w:type="spellStart"/>
      <w:r w:rsidRPr="00145266">
        <w:rPr>
          <w:sz w:val="24"/>
        </w:rPr>
        <w:t>Відкрита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інформація</w:t>
      </w:r>
      <w:proofErr w:type="spellEnd"/>
      <w:r w:rsidRPr="00145266">
        <w:rPr>
          <w:sz w:val="24"/>
        </w:rPr>
        <w:t xml:space="preserve"> </w:t>
      </w:r>
    </w:p>
    <w:p w14:paraId="3036A04B" w14:textId="77777777" w:rsidR="001E7082" w:rsidRPr="00145266" w:rsidRDefault="00145266" w:rsidP="003F39D9">
      <w:pPr>
        <w:ind w:left="4820"/>
        <w:rPr>
          <w:sz w:val="24"/>
        </w:rPr>
      </w:pPr>
      <w:proofErr w:type="spellStart"/>
      <w:r w:rsidRPr="00145266">
        <w:rPr>
          <w:sz w:val="24"/>
        </w:rPr>
        <w:t>Командиру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взводу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ремонту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та</w:t>
      </w:r>
      <w:proofErr w:type="spellEnd"/>
      <w:r w:rsidRPr="00145266">
        <w:rPr>
          <w:sz w:val="24"/>
        </w:rPr>
        <w:br/>
      </w:r>
      <w:proofErr w:type="spellStart"/>
      <w:r w:rsidRPr="00145266">
        <w:rPr>
          <w:sz w:val="24"/>
        </w:rPr>
        <w:t>обслуговування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роти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логістики</w:t>
      </w:r>
      <w:proofErr w:type="spellEnd"/>
      <w:r w:rsidRPr="00145266">
        <w:rPr>
          <w:sz w:val="24"/>
        </w:rPr>
        <w:br/>
      </w:r>
    </w:p>
    <w:p w14:paraId="3AB02554" w14:textId="77777777" w:rsidR="00145266" w:rsidRPr="00145266" w:rsidRDefault="00145266" w:rsidP="003F39D9">
      <w:pPr>
        <w:ind w:left="4820"/>
        <w:rPr>
          <w:sz w:val="24"/>
        </w:rPr>
      </w:pPr>
    </w:p>
    <w:p w14:paraId="1294D751" w14:textId="77777777" w:rsidR="00145266" w:rsidRPr="00145266" w:rsidRDefault="00145266" w:rsidP="003F39D9">
      <w:pPr>
        <w:ind w:left="4820"/>
        <w:rPr>
          <w:sz w:val="24"/>
        </w:rPr>
      </w:pPr>
    </w:p>
    <w:p w14:paraId="7315030F" w14:textId="77777777" w:rsidR="001E7082" w:rsidRPr="00145266" w:rsidRDefault="00145266" w:rsidP="003F39D9">
      <w:pPr>
        <w:jc w:val="center"/>
        <w:rPr>
          <w:sz w:val="24"/>
        </w:rPr>
      </w:pPr>
      <w:r w:rsidRPr="00145266">
        <w:rPr>
          <w:b/>
          <w:sz w:val="24"/>
        </w:rPr>
        <w:t>РАПОРТ</w:t>
      </w:r>
    </w:p>
    <w:p w14:paraId="08233EFA" w14:textId="77777777" w:rsidR="001E7082" w:rsidRPr="00145266" w:rsidRDefault="00145266" w:rsidP="003F39D9">
      <w:pPr>
        <w:ind w:firstLine="720"/>
        <w:jc w:val="both"/>
        <w:rPr>
          <w:sz w:val="24"/>
        </w:rPr>
      </w:pPr>
      <w:proofErr w:type="spellStart"/>
      <w:r w:rsidRPr="00145266">
        <w:rPr>
          <w:sz w:val="24"/>
        </w:rPr>
        <w:t>Прошу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Вашого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клопотання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перед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вищим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командуванням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про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надання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мені</w:t>
      </w:r>
      <w:proofErr w:type="spellEnd"/>
      <w:r w:rsidRPr="00145266">
        <w:rPr>
          <w:sz w:val="24"/>
        </w:rPr>
        <w:t xml:space="preserve">, </w:t>
      </w:r>
      <w:proofErr w:type="spellStart"/>
      <w:r w:rsidRPr="00145266">
        <w:rPr>
          <w:sz w:val="24"/>
        </w:rPr>
        <w:t>командиру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відділення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ремонту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та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зарядки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акумуляторних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батарей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взводу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ремонту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та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обслуговування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роти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логістики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військової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частини</w:t>
      </w:r>
      <w:proofErr w:type="spellEnd"/>
      <w:r w:rsidRPr="00145266">
        <w:rPr>
          <w:sz w:val="24"/>
        </w:rPr>
        <w:t xml:space="preserve"> А2900, </w:t>
      </w:r>
      <w:proofErr w:type="spellStart"/>
      <w:r w:rsidRPr="00145266">
        <w:rPr>
          <w:sz w:val="24"/>
        </w:rPr>
        <w:t>молодшому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сержанту</w:t>
      </w:r>
      <w:proofErr w:type="spellEnd"/>
      <w:r w:rsidRPr="00145266">
        <w:rPr>
          <w:sz w:val="24"/>
        </w:rPr>
        <w:t xml:space="preserve"> </w:t>
      </w:r>
      <w:r w:rsidR="003F39D9" w:rsidRPr="00145266">
        <w:rPr>
          <w:sz w:val="24"/>
          <w:lang w:val="uk-UA"/>
        </w:rPr>
        <w:t>ПІБ</w:t>
      </w:r>
      <w:r w:rsidRPr="00145266">
        <w:rPr>
          <w:sz w:val="24"/>
        </w:rPr>
        <w:t xml:space="preserve">, </w:t>
      </w:r>
      <w:proofErr w:type="spellStart"/>
      <w:r w:rsidRPr="00145266">
        <w:rPr>
          <w:sz w:val="24"/>
        </w:rPr>
        <w:t>дозволу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на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вступ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до</w:t>
      </w:r>
      <w:proofErr w:type="spellEnd"/>
      <w:r w:rsidRPr="00145266">
        <w:rPr>
          <w:sz w:val="24"/>
        </w:rPr>
        <w:t xml:space="preserve"> </w:t>
      </w:r>
      <w:r w:rsidR="003F39D9" w:rsidRPr="00145266">
        <w:rPr>
          <w:sz w:val="24"/>
          <w:lang w:val="uk-UA"/>
        </w:rPr>
        <w:t>Державному університеті «Житомирська політехніка»</w:t>
      </w:r>
      <w:r w:rsidRPr="00145266">
        <w:rPr>
          <w:sz w:val="24"/>
        </w:rPr>
        <w:t xml:space="preserve">, </w:t>
      </w:r>
      <w:proofErr w:type="spellStart"/>
      <w:r w:rsidRPr="00145266">
        <w:rPr>
          <w:sz w:val="24"/>
        </w:rPr>
        <w:t>на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заочну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форму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навчання</w:t>
      </w:r>
      <w:proofErr w:type="spellEnd"/>
      <w:r w:rsidRPr="00145266">
        <w:rPr>
          <w:sz w:val="24"/>
        </w:rPr>
        <w:t xml:space="preserve"> без відриву від виконання службових обов'язків.</w:t>
      </w:r>
    </w:p>
    <w:p w14:paraId="4B33BF48" w14:textId="77777777" w:rsidR="00145266" w:rsidRPr="00145266" w:rsidRDefault="00145266">
      <w:pPr>
        <w:rPr>
          <w:sz w:val="24"/>
          <w:lang w:val="uk-UA"/>
        </w:rPr>
      </w:pPr>
    </w:p>
    <w:p w14:paraId="1B3E0B6B" w14:textId="77777777" w:rsidR="00145266" w:rsidRPr="00145266" w:rsidRDefault="00145266">
      <w:pPr>
        <w:rPr>
          <w:sz w:val="24"/>
          <w:lang w:val="uk-UA"/>
        </w:rPr>
      </w:pPr>
      <w:r w:rsidRPr="00145266">
        <w:rPr>
          <w:sz w:val="24"/>
          <w:lang w:val="uk-UA"/>
        </w:rPr>
        <w:t xml:space="preserve">Командир відділення ремонту та зарядки акумуляторних </w:t>
      </w:r>
      <w:proofErr w:type="spellStart"/>
      <w:r w:rsidRPr="00145266">
        <w:rPr>
          <w:sz w:val="24"/>
          <w:lang w:val="uk-UA"/>
        </w:rPr>
        <w:t>батарей</w:t>
      </w:r>
      <w:proofErr w:type="spellEnd"/>
      <w:r w:rsidRPr="00145266">
        <w:rPr>
          <w:sz w:val="24"/>
          <w:lang w:val="uk-UA"/>
        </w:rPr>
        <w:t xml:space="preserve"> взводу ремонту та обслуговування роти логістики військової частини А2900</w:t>
      </w:r>
      <w:r w:rsidRPr="00145266">
        <w:rPr>
          <w:sz w:val="24"/>
          <w:lang w:val="uk-UA"/>
        </w:rPr>
        <w:br/>
        <w:t>молодший сержант</w:t>
      </w:r>
      <w:r w:rsidRPr="00145266">
        <w:rPr>
          <w:sz w:val="24"/>
          <w:lang w:val="uk-UA"/>
        </w:rPr>
        <w:tab/>
      </w:r>
      <w:r w:rsidRPr="00145266">
        <w:rPr>
          <w:sz w:val="24"/>
          <w:lang w:val="uk-UA"/>
        </w:rPr>
        <w:tab/>
      </w:r>
      <w:r w:rsidRPr="00145266">
        <w:rPr>
          <w:sz w:val="24"/>
          <w:lang w:val="uk-UA"/>
        </w:rPr>
        <w:tab/>
      </w:r>
      <w:r w:rsidRPr="00145266">
        <w:rPr>
          <w:sz w:val="24"/>
          <w:lang w:val="uk-UA"/>
        </w:rPr>
        <w:tab/>
      </w:r>
      <w:r w:rsidRPr="00145266">
        <w:rPr>
          <w:sz w:val="24"/>
          <w:lang w:val="uk-UA"/>
        </w:rPr>
        <w:tab/>
      </w:r>
      <w:r w:rsidRPr="00145266">
        <w:rPr>
          <w:sz w:val="24"/>
          <w:lang w:val="uk-UA"/>
        </w:rPr>
        <w:tab/>
      </w:r>
      <w:r w:rsidRPr="00145266">
        <w:rPr>
          <w:sz w:val="24"/>
          <w:lang w:val="uk-UA"/>
        </w:rPr>
        <w:tab/>
        <w:t>ПІБ</w:t>
      </w:r>
      <w:r w:rsidRPr="00145266">
        <w:rPr>
          <w:sz w:val="24"/>
        </w:rPr>
        <w:br/>
      </w:r>
      <w:r w:rsidRPr="00145266">
        <w:rPr>
          <w:sz w:val="24"/>
          <w:lang w:val="uk-UA"/>
        </w:rPr>
        <w:t>30.07.2026</w:t>
      </w:r>
    </w:p>
    <w:p w14:paraId="3648CEAE" w14:textId="77777777" w:rsidR="00145266" w:rsidRPr="00145266" w:rsidRDefault="00145266" w:rsidP="00145266">
      <w:pPr>
        <w:jc w:val="right"/>
        <w:rPr>
          <w:sz w:val="24"/>
          <w:lang w:val="uk-UA"/>
        </w:rPr>
      </w:pPr>
    </w:p>
    <w:p w14:paraId="222DB5A4" w14:textId="77777777" w:rsidR="00145266" w:rsidRPr="00145266" w:rsidRDefault="00145266" w:rsidP="00145266">
      <w:pPr>
        <w:jc w:val="right"/>
        <w:rPr>
          <w:sz w:val="24"/>
          <w:lang w:val="uk-UA"/>
        </w:rPr>
      </w:pPr>
      <w:r w:rsidRPr="00145266">
        <w:rPr>
          <w:sz w:val="24"/>
          <w:lang w:val="uk-UA"/>
        </w:rPr>
        <w:t>Командиру роти логістики</w:t>
      </w:r>
    </w:p>
    <w:p w14:paraId="4E9E128B" w14:textId="77777777" w:rsidR="001E7082" w:rsidRPr="00145266" w:rsidRDefault="00145266" w:rsidP="00145266">
      <w:pPr>
        <w:ind w:firstLine="720"/>
        <w:rPr>
          <w:sz w:val="24"/>
        </w:rPr>
      </w:pPr>
      <w:proofErr w:type="spellStart"/>
      <w:r w:rsidRPr="00145266">
        <w:rPr>
          <w:sz w:val="24"/>
        </w:rPr>
        <w:t>Клопочу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по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суті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рапорту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молодшого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сержанта</w:t>
      </w:r>
      <w:proofErr w:type="spellEnd"/>
      <w:r w:rsidRPr="00145266">
        <w:rPr>
          <w:sz w:val="24"/>
        </w:rPr>
        <w:t xml:space="preserve"> </w:t>
      </w:r>
      <w:r w:rsidRPr="00145266">
        <w:rPr>
          <w:sz w:val="24"/>
          <w:lang w:val="uk-UA"/>
        </w:rPr>
        <w:t>ПІБ</w:t>
      </w:r>
      <w:r w:rsidRPr="00145266">
        <w:rPr>
          <w:sz w:val="24"/>
        </w:rPr>
        <w:t>.</w:t>
      </w:r>
    </w:p>
    <w:p w14:paraId="213A40A8" w14:textId="77777777" w:rsidR="00145266" w:rsidRPr="00145266" w:rsidRDefault="00145266" w:rsidP="00145266">
      <w:pPr>
        <w:ind w:firstLine="720"/>
        <w:rPr>
          <w:sz w:val="24"/>
        </w:rPr>
      </w:pPr>
    </w:p>
    <w:p w14:paraId="52CF1E8F" w14:textId="77777777" w:rsidR="001E7082" w:rsidRPr="00145266" w:rsidRDefault="00145266" w:rsidP="00145266">
      <w:pPr>
        <w:ind w:firstLine="720"/>
        <w:rPr>
          <w:sz w:val="24"/>
          <w:lang w:val="uk-UA"/>
        </w:rPr>
      </w:pPr>
      <w:proofErr w:type="spellStart"/>
      <w:r w:rsidRPr="00145266">
        <w:rPr>
          <w:sz w:val="24"/>
        </w:rPr>
        <w:t>Командир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взводу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ремонту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та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обслуговування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роти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логістики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військової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частини</w:t>
      </w:r>
      <w:proofErr w:type="spellEnd"/>
      <w:r w:rsidRPr="00145266">
        <w:rPr>
          <w:sz w:val="24"/>
        </w:rPr>
        <w:t xml:space="preserve"> А2900</w:t>
      </w:r>
      <w:r w:rsidRPr="00145266">
        <w:rPr>
          <w:sz w:val="24"/>
        </w:rPr>
        <w:br/>
      </w:r>
      <w:proofErr w:type="spellStart"/>
      <w:r w:rsidRPr="00145266">
        <w:rPr>
          <w:sz w:val="24"/>
        </w:rPr>
        <w:t>старший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сержант</w:t>
      </w:r>
      <w:proofErr w:type="spellEnd"/>
      <w:r w:rsidRPr="00145266">
        <w:rPr>
          <w:sz w:val="24"/>
        </w:rPr>
        <w:t xml:space="preserve"> </w:t>
      </w:r>
      <w:r w:rsidRPr="00145266">
        <w:rPr>
          <w:sz w:val="24"/>
        </w:rPr>
        <w:tab/>
      </w:r>
      <w:r w:rsidRPr="00145266">
        <w:rPr>
          <w:sz w:val="24"/>
        </w:rPr>
        <w:tab/>
      </w:r>
      <w:r w:rsidRPr="00145266">
        <w:rPr>
          <w:sz w:val="24"/>
        </w:rPr>
        <w:tab/>
      </w:r>
      <w:r w:rsidRPr="00145266">
        <w:rPr>
          <w:sz w:val="24"/>
        </w:rPr>
        <w:tab/>
      </w:r>
      <w:r w:rsidRPr="00145266">
        <w:rPr>
          <w:sz w:val="24"/>
        </w:rPr>
        <w:tab/>
      </w:r>
      <w:r w:rsidRPr="00145266">
        <w:rPr>
          <w:sz w:val="24"/>
        </w:rPr>
        <w:tab/>
      </w:r>
      <w:r w:rsidRPr="00145266">
        <w:rPr>
          <w:sz w:val="24"/>
        </w:rPr>
        <w:tab/>
      </w:r>
      <w:r w:rsidRPr="00145266">
        <w:rPr>
          <w:sz w:val="24"/>
          <w:lang w:val="uk-UA"/>
        </w:rPr>
        <w:t>ПІБ</w:t>
      </w:r>
      <w:r w:rsidRPr="00145266">
        <w:rPr>
          <w:sz w:val="24"/>
          <w:lang w:val="uk-UA"/>
        </w:rPr>
        <w:br/>
        <w:t>30.07.2026</w:t>
      </w:r>
    </w:p>
    <w:p w14:paraId="6ED43042" w14:textId="77777777" w:rsidR="00145266" w:rsidRPr="00145266" w:rsidRDefault="00145266" w:rsidP="00145266">
      <w:pPr>
        <w:ind w:firstLine="720"/>
        <w:jc w:val="right"/>
        <w:rPr>
          <w:sz w:val="24"/>
          <w:lang w:val="uk-UA"/>
        </w:rPr>
      </w:pPr>
      <w:r w:rsidRPr="00145266">
        <w:rPr>
          <w:sz w:val="24"/>
          <w:lang w:val="uk-UA"/>
        </w:rPr>
        <w:t>Командиру військової частини А2900</w:t>
      </w:r>
    </w:p>
    <w:p w14:paraId="5D4C4BC9" w14:textId="77777777" w:rsidR="001E7082" w:rsidRPr="00145266" w:rsidRDefault="00145266" w:rsidP="00145266">
      <w:pPr>
        <w:rPr>
          <w:sz w:val="24"/>
          <w:lang w:val="uk-UA"/>
        </w:rPr>
      </w:pPr>
      <w:r w:rsidRPr="00145266">
        <w:rPr>
          <w:sz w:val="24"/>
        </w:rPr>
        <w:br/>
      </w:r>
      <w:r w:rsidRPr="00145266">
        <w:rPr>
          <w:sz w:val="24"/>
        </w:rPr>
        <w:tab/>
      </w:r>
      <w:proofErr w:type="spellStart"/>
      <w:r w:rsidRPr="00145266">
        <w:rPr>
          <w:sz w:val="24"/>
        </w:rPr>
        <w:t>Клопочу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по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суті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рапорту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молодшого</w:t>
      </w:r>
      <w:proofErr w:type="spellEnd"/>
      <w:r w:rsidRPr="00145266">
        <w:rPr>
          <w:sz w:val="24"/>
        </w:rPr>
        <w:t xml:space="preserve"> </w:t>
      </w:r>
      <w:r w:rsidRPr="00145266">
        <w:rPr>
          <w:sz w:val="24"/>
          <w:lang w:val="uk-UA"/>
        </w:rPr>
        <w:t>ПІБ</w:t>
      </w:r>
    </w:p>
    <w:p w14:paraId="530448F1" w14:textId="77777777" w:rsidR="00145266" w:rsidRDefault="00145266">
      <w:pPr>
        <w:rPr>
          <w:sz w:val="24"/>
          <w:lang w:val="uk-UA"/>
        </w:rPr>
      </w:pPr>
      <w:proofErr w:type="spellStart"/>
      <w:r w:rsidRPr="00145266">
        <w:rPr>
          <w:sz w:val="24"/>
        </w:rPr>
        <w:t>Командир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роти</w:t>
      </w:r>
      <w:proofErr w:type="spellEnd"/>
      <w:r w:rsidRPr="00145266">
        <w:rPr>
          <w:sz w:val="24"/>
        </w:rPr>
        <w:t xml:space="preserve"> </w:t>
      </w:r>
      <w:proofErr w:type="spellStart"/>
      <w:r w:rsidRPr="00145266">
        <w:rPr>
          <w:sz w:val="24"/>
        </w:rPr>
        <w:t>логістики</w:t>
      </w:r>
      <w:proofErr w:type="spellEnd"/>
      <w:r w:rsidRPr="00145266">
        <w:rPr>
          <w:sz w:val="24"/>
        </w:rPr>
        <w:br/>
      </w:r>
      <w:proofErr w:type="spellStart"/>
      <w:r w:rsidRPr="00145266">
        <w:rPr>
          <w:sz w:val="24"/>
        </w:rPr>
        <w:t>лейтенант</w:t>
      </w:r>
      <w:proofErr w:type="spellEnd"/>
      <w:r w:rsidRPr="00145266"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lang w:val="uk-UA"/>
        </w:rPr>
        <w:t>ПІБ</w:t>
      </w:r>
      <w:r>
        <w:rPr>
          <w:sz w:val="24"/>
          <w:lang w:val="uk-UA"/>
        </w:rPr>
        <w:br/>
        <w:t>30.07.2026</w:t>
      </w:r>
    </w:p>
    <w:p w14:paraId="666F271B" w14:textId="77777777" w:rsidR="00145266" w:rsidRDefault="00145266">
      <w:pPr>
        <w:rPr>
          <w:sz w:val="24"/>
          <w:lang w:val="uk-UA"/>
        </w:rPr>
      </w:pPr>
    </w:p>
    <w:p w14:paraId="513C23AE" w14:textId="77777777" w:rsidR="00145266" w:rsidRDefault="00145266">
      <w:pPr>
        <w:rPr>
          <w:sz w:val="24"/>
          <w:lang w:val="uk-UA"/>
        </w:rPr>
      </w:pPr>
    </w:p>
    <w:p w14:paraId="0B31A122" w14:textId="77777777" w:rsidR="00145266" w:rsidRDefault="00145266" w:rsidP="00145266">
      <w:pPr>
        <w:jc w:val="center"/>
        <w:rPr>
          <w:sz w:val="24"/>
          <w:lang w:val="uk-UA"/>
        </w:rPr>
      </w:pPr>
      <w:r>
        <w:rPr>
          <w:sz w:val="24"/>
          <w:lang w:val="uk-UA"/>
        </w:rPr>
        <w:t>ВІДКРИТА ІНФОРМАЦІЯ</w:t>
      </w:r>
    </w:p>
    <w:p w14:paraId="09FF3D71" w14:textId="77777777" w:rsidR="00145266" w:rsidRDefault="00145266" w:rsidP="00145266">
      <w:pPr>
        <w:jc w:val="center"/>
      </w:pPr>
      <w:r>
        <w:rPr>
          <w:b/>
        </w:rPr>
        <w:lastRenderedPageBreak/>
        <w:t>ВІЙСЬКОВА ЧАСТИНА А2900</w:t>
      </w:r>
      <w:r>
        <w:rPr>
          <w:b/>
        </w:rPr>
        <w:br/>
        <w:t>ВИТЯГ З НАКАЗУ</w:t>
      </w:r>
      <w:r>
        <w:rPr>
          <w:b/>
        </w:rPr>
        <w:br/>
      </w:r>
      <w:proofErr w:type="spellStart"/>
      <w:r>
        <w:t>командира</w:t>
      </w:r>
      <w:proofErr w:type="spellEnd"/>
      <w:r>
        <w:t xml:space="preserve"> </w:t>
      </w:r>
      <w:proofErr w:type="spellStart"/>
      <w:r>
        <w:t>військової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А2900</w:t>
      </w:r>
      <w:r>
        <w:br/>
      </w:r>
      <w:r>
        <w:br/>
      </w:r>
    </w:p>
    <w:p w14:paraId="1FE4D259" w14:textId="77777777" w:rsidR="00145266" w:rsidRDefault="00145266" w:rsidP="00145266">
      <w:r>
        <w:rPr>
          <w:b/>
        </w:rPr>
        <w:t>30.07.2026 № ____</w:t>
      </w:r>
      <w:r>
        <w:rPr>
          <w:b/>
        </w:rPr>
        <w:br/>
      </w:r>
      <w:r>
        <w:rPr>
          <w:b/>
        </w:rPr>
        <w:br/>
      </w:r>
    </w:p>
    <w:p w14:paraId="28665FF3" w14:textId="77777777" w:rsidR="00145266" w:rsidRDefault="00145266" w:rsidP="00145266">
      <w:pPr>
        <w:jc w:val="center"/>
      </w:pPr>
      <w:proofErr w:type="spellStart"/>
      <w:r>
        <w:rPr>
          <w:b/>
        </w:rPr>
        <w:t>Про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надання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дозволу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навчання</w:t>
      </w:r>
      <w:proofErr w:type="spellEnd"/>
    </w:p>
    <w:p w14:paraId="7A7BA8EB" w14:textId="77777777" w:rsidR="00145266" w:rsidRDefault="00145266" w:rsidP="00145266">
      <w:pPr>
        <w:ind w:firstLine="720"/>
        <w:jc w:val="both"/>
      </w:pPr>
      <w:proofErr w:type="spellStart"/>
      <w:r>
        <w:t>Відповідно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вимог</w:t>
      </w:r>
      <w:proofErr w:type="spellEnd"/>
      <w:r>
        <w:t xml:space="preserve"> </w:t>
      </w:r>
      <w:proofErr w:type="spellStart"/>
      <w:r>
        <w:t>чинного</w:t>
      </w:r>
      <w:proofErr w:type="spellEnd"/>
      <w:r>
        <w:t xml:space="preserve"> </w:t>
      </w:r>
      <w:proofErr w:type="spellStart"/>
      <w:r>
        <w:t>законодавства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з </w:t>
      </w:r>
      <w:proofErr w:type="spellStart"/>
      <w:r>
        <w:t>метою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реалізації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військовослужбовців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освіту</w:t>
      </w:r>
      <w:proofErr w:type="spellEnd"/>
    </w:p>
    <w:p w14:paraId="750C2FB0" w14:textId="77777777" w:rsidR="00145266" w:rsidRDefault="00145266" w:rsidP="00145266">
      <w:pPr>
        <w:jc w:val="center"/>
      </w:pPr>
      <w:r>
        <w:rPr>
          <w:b/>
        </w:rPr>
        <w:t>НАКАЗУЮ:</w:t>
      </w:r>
    </w:p>
    <w:p w14:paraId="6F8E5790" w14:textId="77777777" w:rsidR="00145266" w:rsidRDefault="00145266" w:rsidP="00145266">
      <w:pPr>
        <w:ind w:firstLine="720"/>
        <w:jc w:val="both"/>
      </w:pPr>
      <w:r>
        <w:t xml:space="preserve">1. </w:t>
      </w:r>
      <w:proofErr w:type="spellStart"/>
      <w:r>
        <w:t>Надати</w:t>
      </w:r>
      <w:proofErr w:type="spellEnd"/>
      <w:r>
        <w:t xml:space="preserve"> </w:t>
      </w:r>
      <w:proofErr w:type="spellStart"/>
      <w:r>
        <w:t>командиру</w:t>
      </w:r>
      <w:proofErr w:type="spellEnd"/>
      <w:r>
        <w:t xml:space="preserve"> </w:t>
      </w:r>
      <w:proofErr w:type="spellStart"/>
      <w:r>
        <w:t>відділення</w:t>
      </w:r>
      <w:proofErr w:type="spellEnd"/>
      <w:r>
        <w:t xml:space="preserve"> </w:t>
      </w:r>
      <w:proofErr w:type="spellStart"/>
      <w:r>
        <w:t>ремонту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зарядки</w:t>
      </w:r>
      <w:proofErr w:type="spellEnd"/>
      <w:r>
        <w:t xml:space="preserve"> </w:t>
      </w:r>
      <w:proofErr w:type="spellStart"/>
      <w:r>
        <w:t>акумуляторних</w:t>
      </w:r>
      <w:proofErr w:type="spellEnd"/>
      <w:r>
        <w:t xml:space="preserve"> </w:t>
      </w:r>
      <w:proofErr w:type="spellStart"/>
      <w:r>
        <w:t>батарей</w:t>
      </w:r>
      <w:proofErr w:type="spellEnd"/>
      <w:r>
        <w:t xml:space="preserve"> </w:t>
      </w:r>
      <w:proofErr w:type="spellStart"/>
      <w:r>
        <w:t>взводу</w:t>
      </w:r>
      <w:proofErr w:type="spellEnd"/>
      <w:r>
        <w:t xml:space="preserve"> </w:t>
      </w:r>
      <w:proofErr w:type="spellStart"/>
      <w:r>
        <w:t>ремонту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обслуговування</w:t>
      </w:r>
      <w:proofErr w:type="spellEnd"/>
      <w:r>
        <w:t xml:space="preserve"> </w:t>
      </w:r>
      <w:proofErr w:type="spellStart"/>
      <w:r>
        <w:t>роти</w:t>
      </w:r>
      <w:proofErr w:type="spellEnd"/>
      <w:r>
        <w:t xml:space="preserve"> </w:t>
      </w:r>
      <w:proofErr w:type="spellStart"/>
      <w:r>
        <w:t>логістики</w:t>
      </w:r>
      <w:proofErr w:type="spellEnd"/>
      <w:r>
        <w:t xml:space="preserve"> </w:t>
      </w:r>
      <w:proofErr w:type="spellStart"/>
      <w:r>
        <w:t>військової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А2900 </w:t>
      </w:r>
      <w:proofErr w:type="spellStart"/>
      <w:r>
        <w:t>молодшому</w:t>
      </w:r>
      <w:proofErr w:type="spellEnd"/>
      <w:r>
        <w:t xml:space="preserve"> </w:t>
      </w:r>
      <w:proofErr w:type="spellStart"/>
      <w:r>
        <w:t>сержанту</w:t>
      </w:r>
      <w:proofErr w:type="spellEnd"/>
      <w:r>
        <w:t xml:space="preserve"> </w:t>
      </w:r>
      <w:r>
        <w:rPr>
          <w:lang w:val="uk-UA"/>
        </w:rPr>
        <w:t>ПІБ</w:t>
      </w:r>
      <w:r>
        <w:t xml:space="preserve"> </w:t>
      </w:r>
      <w:proofErr w:type="spellStart"/>
      <w:r>
        <w:t>дозвіл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навчання</w:t>
      </w:r>
      <w:proofErr w:type="spellEnd"/>
      <w:r>
        <w:t xml:space="preserve"> у </w:t>
      </w:r>
      <w:r>
        <w:rPr>
          <w:lang w:val="uk-UA"/>
        </w:rPr>
        <w:t>Державному університеті «Житомирська політехніка»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заочною</w:t>
      </w:r>
      <w:proofErr w:type="spellEnd"/>
      <w:r>
        <w:t xml:space="preserve"> </w:t>
      </w:r>
      <w:proofErr w:type="spellStart"/>
      <w:r>
        <w:t>формою</w:t>
      </w:r>
      <w:proofErr w:type="spellEnd"/>
      <w:r>
        <w:t xml:space="preserve"> </w:t>
      </w:r>
      <w:proofErr w:type="spellStart"/>
      <w:r>
        <w:t>здобуття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відриву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проходження</w:t>
      </w:r>
      <w:proofErr w:type="spellEnd"/>
      <w:r>
        <w:t xml:space="preserve"> </w:t>
      </w:r>
      <w:proofErr w:type="spellStart"/>
      <w:r>
        <w:t>військової</w:t>
      </w:r>
      <w:proofErr w:type="spellEnd"/>
      <w:r>
        <w:t xml:space="preserve"> </w:t>
      </w:r>
      <w:proofErr w:type="spellStart"/>
      <w:r>
        <w:t>служби</w:t>
      </w:r>
      <w:proofErr w:type="spellEnd"/>
      <w:r>
        <w:t>.</w:t>
      </w:r>
    </w:p>
    <w:p w14:paraId="42C22D6B" w14:textId="77777777" w:rsidR="00145266" w:rsidRDefault="00145266" w:rsidP="00145266">
      <w:pPr>
        <w:ind w:firstLine="720"/>
        <w:jc w:val="both"/>
      </w:pPr>
      <w:r>
        <w:t xml:space="preserve">2. </w:t>
      </w:r>
      <w:proofErr w:type="spellStart"/>
      <w:r>
        <w:t>Контроль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виконанням</w:t>
      </w:r>
      <w:proofErr w:type="spellEnd"/>
      <w:r>
        <w:t xml:space="preserve"> </w:t>
      </w:r>
      <w:proofErr w:type="spellStart"/>
      <w:r>
        <w:t>цього</w:t>
      </w:r>
      <w:proofErr w:type="spellEnd"/>
      <w:r>
        <w:t xml:space="preserve"> </w:t>
      </w:r>
      <w:proofErr w:type="spellStart"/>
      <w:r>
        <w:t>наказу</w:t>
      </w:r>
      <w:proofErr w:type="spellEnd"/>
      <w:r>
        <w:t xml:space="preserve"> </w:t>
      </w:r>
      <w:proofErr w:type="spellStart"/>
      <w:r>
        <w:t>залишаю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собою</w:t>
      </w:r>
      <w:proofErr w:type="spellEnd"/>
      <w:r>
        <w:t>.</w:t>
      </w:r>
    </w:p>
    <w:p w14:paraId="2E553053" w14:textId="77777777" w:rsidR="00145266" w:rsidRPr="00145266" w:rsidRDefault="00145266" w:rsidP="00145266">
      <w:r>
        <w:br/>
      </w:r>
      <w:proofErr w:type="spellStart"/>
      <w:r>
        <w:t>Командир</w:t>
      </w:r>
      <w:proofErr w:type="spellEnd"/>
      <w:r>
        <w:t xml:space="preserve"> </w:t>
      </w:r>
      <w:proofErr w:type="spellStart"/>
      <w:r>
        <w:t>військової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А2900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uk-UA"/>
        </w:rPr>
        <w:t>ПІБ</w:t>
      </w:r>
    </w:p>
    <w:sectPr w:rsidR="00145266" w:rsidRPr="00145266" w:rsidSect="00145266">
      <w:pgSz w:w="12240" w:h="15840"/>
      <w:pgMar w:top="850" w:right="850" w:bottom="850" w:left="1417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8580989">
    <w:abstractNumId w:val="8"/>
  </w:num>
  <w:num w:numId="2" w16cid:durableId="509415132">
    <w:abstractNumId w:val="6"/>
  </w:num>
  <w:num w:numId="3" w16cid:durableId="532769125">
    <w:abstractNumId w:val="5"/>
  </w:num>
  <w:num w:numId="4" w16cid:durableId="636764004">
    <w:abstractNumId w:val="4"/>
  </w:num>
  <w:num w:numId="5" w16cid:durableId="217664673">
    <w:abstractNumId w:val="7"/>
  </w:num>
  <w:num w:numId="6" w16cid:durableId="1480537266">
    <w:abstractNumId w:val="3"/>
  </w:num>
  <w:num w:numId="7" w16cid:durableId="10188208">
    <w:abstractNumId w:val="2"/>
  </w:num>
  <w:num w:numId="8" w16cid:durableId="1296057069">
    <w:abstractNumId w:val="1"/>
  </w:num>
  <w:num w:numId="9" w16cid:durableId="20165669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5266"/>
    <w:rsid w:val="0015074B"/>
    <w:rsid w:val="001E7082"/>
    <w:rsid w:val="0029639D"/>
    <w:rsid w:val="002C7470"/>
    <w:rsid w:val="00326F90"/>
    <w:rsid w:val="003F39D9"/>
    <w:rsid w:val="00AA1D8D"/>
    <w:rsid w:val="00B47730"/>
    <w:rsid w:val="00BC779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1306833"/>
  <w14:defaultImageDpi w14:val="300"/>
  <w15:docId w15:val="{CC560A65-F0B2-40E2-9733-6FDA5D08C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2777C2-6CA1-4438-8F09-B616C6241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Олександр</cp:lastModifiedBy>
  <cp:revision>2</cp:revision>
  <dcterms:created xsi:type="dcterms:W3CDTF">2026-07-31T09:51:00Z</dcterms:created>
  <dcterms:modified xsi:type="dcterms:W3CDTF">2026-07-31T09:51:00Z</dcterms:modified>
  <cp:category/>
</cp:coreProperties>
</file>