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36A04B" w14:textId="7CAD109D" w:rsidR="001E7082" w:rsidRPr="003518F8" w:rsidRDefault="00145266" w:rsidP="003518F8">
      <w:pPr>
        <w:spacing w:after="0" w:line="240" w:lineRule="auto"/>
        <w:ind w:left="4820"/>
        <w:jc w:val="right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Командиру </w:t>
      </w:r>
      <w:r w:rsidR="003518F8" w:rsidRPr="003518F8">
        <w:rPr>
          <w:szCs w:val="28"/>
          <w:lang w:val="uk-UA"/>
        </w:rPr>
        <w:t>1 навчальної роти</w:t>
      </w:r>
      <w:r w:rsidRPr="003518F8">
        <w:rPr>
          <w:szCs w:val="28"/>
          <w:lang w:val="uk-UA"/>
        </w:rPr>
        <w:br/>
      </w:r>
    </w:p>
    <w:p w14:paraId="3AB02554" w14:textId="77777777" w:rsidR="00145266" w:rsidRPr="003518F8" w:rsidRDefault="00145266" w:rsidP="003518F8">
      <w:pPr>
        <w:spacing w:after="0" w:line="240" w:lineRule="auto"/>
        <w:ind w:left="4820"/>
        <w:rPr>
          <w:szCs w:val="28"/>
          <w:lang w:val="uk-UA"/>
        </w:rPr>
      </w:pPr>
    </w:p>
    <w:p w14:paraId="1CF97D24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56903DD0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7E11E9B1" w14:textId="77777777" w:rsidR="003518F8" w:rsidRPr="003518F8" w:rsidRDefault="003518F8" w:rsidP="003518F8">
      <w:pPr>
        <w:spacing w:after="0" w:line="240" w:lineRule="auto"/>
        <w:ind w:left="4820"/>
        <w:rPr>
          <w:szCs w:val="28"/>
          <w:lang w:val="uk-UA"/>
        </w:rPr>
      </w:pPr>
    </w:p>
    <w:p w14:paraId="1294D751" w14:textId="77777777" w:rsidR="00145266" w:rsidRPr="003518F8" w:rsidRDefault="00145266" w:rsidP="003518F8">
      <w:pPr>
        <w:spacing w:after="0" w:line="240" w:lineRule="auto"/>
        <w:ind w:left="4820"/>
        <w:rPr>
          <w:szCs w:val="28"/>
          <w:lang w:val="uk-UA"/>
        </w:rPr>
      </w:pPr>
    </w:p>
    <w:p w14:paraId="7315030F" w14:textId="77777777" w:rsidR="001E7082" w:rsidRPr="003518F8" w:rsidRDefault="00145266" w:rsidP="003518F8">
      <w:pPr>
        <w:spacing w:after="0" w:line="240" w:lineRule="auto"/>
        <w:jc w:val="center"/>
        <w:rPr>
          <w:szCs w:val="28"/>
          <w:lang w:val="uk-UA"/>
        </w:rPr>
      </w:pPr>
      <w:r w:rsidRPr="003518F8">
        <w:rPr>
          <w:szCs w:val="28"/>
          <w:lang w:val="uk-UA"/>
        </w:rPr>
        <w:t>РАПОРТ</w:t>
      </w:r>
    </w:p>
    <w:p w14:paraId="08233EFA" w14:textId="3F91A6A3" w:rsidR="001E7082" w:rsidRPr="003518F8" w:rsidRDefault="00145266" w:rsidP="003518F8">
      <w:pPr>
        <w:spacing w:after="0" w:line="240" w:lineRule="auto"/>
        <w:ind w:firstLine="720"/>
        <w:jc w:val="both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Прошу Вашого клопотання перед вищим командуванням про надання мені, командиру </w:t>
      </w:r>
      <w:r w:rsidR="003518F8">
        <w:rPr>
          <w:szCs w:val="28"/>
          <w:lang w:val="uk-UA"/>
        </w:rPr>
        <w:t xml:space="preserve">5 навчального взводу-викладачу 1 навчальної роти 1 навчального батальйону </w:t>
      </w:r>
      <w:r w:rsidRPr="003518F8">
        <w:rPr>
          <w:szCs w:val="28"/>
          <w:lang w:val="uk-UA"/>
        </w:rPr>
        <w:t xml:space="preserve">військової частини А2900, молодшому сержанту </w:t>
      </w:r>
      <w:r w:rsidR="003518F8">
        <w:rPr>
          <w:szCs w:val="28"/>
          <w:lang w:val="uk-UA"/>
        </w:rPr>
        <w:t>ЧЕРНЕНКУ Андрію Юрійовичу</w:t>
      </w:r>
      <w:r w:rsidRPr="003518F8">
        <w:rPr>
          <w:szCs w:val="28"/>
          <w:lang w:val="uk-UA"/>
        </w:rPr>
        <w:t xml:space="preserve">, дозволу на вступ до </w:t>
      </w:r>
      <w:r w:rsidR="003F39D9" w:rsidRPr="003518F8">
        <w:rPr>
          <w:szCs w:val="28"/>
          <w:lang w:val="uk-UA"/>
        </w:rPr>
        <w:t>Державно</w:t>
      </w:r>
      <w:r w:rsidR="003518F8">
        <w:rPr>
          <w:szCs w:val="28"/>
          <w:lang w:val="uk-UA"/>
        </w:rPr>
        <w:t>го</w:t>
      </w:r>
      <w:r w:rsidR="003F39D9" w:rsidRPr="003518F8">
        <w:rPr>
          <w:szCs w:val="28"/>
          <w:lang w:val="uk-UA"/>
        </w:rPr>
        <w:t xml:space="preserve"> університет</w:t>
      </w:r>
      <w:r w:rsidR="003518F8">
        <w:rPr>
          <w:szCs w:val="28"/>
          <w:lang w:val="uk-UA"/>
        </w:rPr>
        <w:t>у</w:t>
      </w:r>
      <w:r w:rsidR="003F39D9" w:rsidRPr="003518F8">
        <w:rPr>
          <w:szCs w:val="28"/>
          <w:lang w:val="uk-UA"/>
        </w:rPr>
        <w:t xml:space="preserve"> «Житомирська політехніка»</w:t>
      </w:r>
      <w:r w:rsidRPr="003518F8">
        <w:rPr>
          <w:szCs w:val="28"/>
          <w:lang w:val="uk-UA"/>
        </w:rPr>
        <w:t>, на заочну форму навчання без відриву від виконання службових обов'язків.</w:t>
      </w:r>
    </w:p>
    <w:p w14:paraId="4B33BF48" w14:textId="5688918E" w:rsidR="00145266" w:rsidRDefault="00145266" w:rsidP="003518F8">
      <w:pPr>
        <w:spacing w:after="0" w:line="240" w:lineRule="auto"/>
        <w:rPr>
          <w:szCs w:val="28"/>
          <w:lang w:val="uk-UA"/>
        </w:rPr>
      </w:pPr>
    </w:p>
    <w:p w14:paraId="69D5459E" w14:textId="5776C0F1" w:rsidR="003518F8" w:rsidRPr="003518F8" w:rsidRDefault="00B2689E" w:rsidP="003518F8">
      <w:pPr>
        <w:spacing w:after="0" w:line="240" w:lineRule="auto"/>
        <w:rPr>
          <w:szCs w:val="28"/>
          <w:lang w:val="uk-UA"/>
        </w:rPr>
      </w:pPr>
      <w:r w:rsidRPr="00B2689E">
        <w:rPr>
          <w:szCs w:val="28"/>
          <w:lang w:val="uk-UA"/>
        </w:rPr>
        <w:drawing>
          <wp:anchor distT="0" distB="0" distL="114300" distR="114300" simplePos="0" relativeHeight="251659264" behindDoc="1" locked="0" layoutInCell="1" allowOverlap="1" wp14:anchorId="7AFE3BB2" wp14:editId="6133CB72">
            <wp:simplePos x="0" y="0"/>
            <wp:positionH relativeFrom="column">
              <wp:posOffset>2380764</wp:posOffset>
            </wp:positionH>
            <wp:positionV relativeFrom="paragraph">
              <wp:posOffset>107277</wp:posOffset>
            </wp:positionV>
            <wp:extent cx="1065007" cy="1199064"/>
            <wp:effectExtent l="0" t="0" r="1905" b="0"/>
            <wp:wrapNone/>
            <wp:docPr id="6869036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036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5007" cy="1199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28251" w14:textId="507945C7" w:rsidR="003518F8" w:rsidRDefault="00145266" w:rsidP="003518F8">
      <w:pPr>
        <w:tabs>
          <w:tab w:val="right" w:pos="9973"/>
        </w:tabs>
        <w:spacing w:after="0" w:line="240" w:lineRule="auto"/>
        <w:jc w:val="both"/>
        <w:rPr>
          <w:szCs w:val="28"/>
          <w:lang w:val="uk-UA"/>
        </w:rPr>
      </w:pPr>
      <w:r w:rsidRPr="003518F8">
        <w:rPr>
          <w:szCs w:val="28"/>
          <w:lang w:val="uk-UA"/>
        </w:rPr>
        <w:t xml:space="preserve">Командир </w:t>
      </w:r>
      <w:r w:rsidR="003518F8">
        <w:rPr>
          <w:szCs w:val="28"/>
          <w:lang w:val="uk-UA"/>
        </w:rPr>
        <w:t>5 навчального взводу</w:t>
      </w:r>
      <w:r w:rsidR="003518F8">
        <w:rPr>
          <w:szCs w:val="28"/>
          <w:lang w:val="uk-UA"/>
        </w:rPr>
        <w:t>-викладач</w:t>
      </w:r>
      <w:r w:rsidR="003518F8">
        <w:rPr>
          <w:szCs w:val="28"/>
          <w:lang w:val="uk-UA"/>
        </w:rPr>
        <w:t xml:space="preserve"> 1 навчальної роти 1 навчального батальйону </w:t>
      </w:r>
      <w:r w:rsidR="003518F8" w:rsidRPr="003518F8">
        <w:rPr>
          <w:szCs w:val="28"/>
          <w:lang w:val="uk-UA"/>
        </w:rPr>
        <w:t>військової частини А2900</w:t>
      </w:r>
      <w:r w:rsidR="003518F8">
        <w:rPr>
          <w:szCs w:val="28"/>
          <w:lang w:val="uk-UA"/>
        </w:rPr>
        <w:tab/>
      </w:r>
      <w:r w:rsidRPr="003518F8">
        <w:rPr>
          <w:szCs w:val="28"/>
          <w:lang w:val="uk-UA"/>
        </w:rPr>
        <w:br/>
        <w:t>молодший сержант</w:t>
      </w:r>
      <w:r w:rsidR="003518F8">
        <w:rPr>
          <w:szCs w:val="28"/>
          <w:lang w:val="uk-UA"/>
        </w:rPr>
        <w:tab/>
        <w:t>Андрій ЧЕРНЕНКО</w:t>
      </w:r>
    </w:p>
    <w:p w14:paraId="1B3E0B6B" w14:textId="62EAAD72" w:rsidR="00145266" w:rsidRPr="003518F8" w:rsidRDefault="003518F8" w:rsidP="003518F8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__.07</w:t>
      </w:r>
      <w:r w:rsidR="00145266" w:rsidRPr="003518F8">
        <w:rPr>
          <w:szCs w:val="28"/>
          <w:lang w:val="uk-UA"/>
        </w:rPr>
        <w:t>.2026</w:t>
      </w:r>
    </w:p>
    <w:p w14:paraId="3648CEAE" w14:textId="20DB5F15" w:rsidR="00145266" w:rsidRDefault="00145266" w:rsidP="003518F8">
      <w:pPr>
        <w:spacing w:after="0" w:line="240" w:lineRule="auto"/>
        <w:jc w:val="right"/>
        <w:rPr>
          <w:szCs w:val="28"/>
          <w:lang w:val="uk-UA"/>
        </w:rPr>
      </w:pPr>
    </w:p>
    <w:p w14:paraId="4A0F3999" w14:textId="6A362D9E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  <w:r>
        <w:rPr>
          <w:szCs w:val="28"/>
          <w:lang w:val="uk-UA"/>
        </w:rPr>
        <w:t>Командиру 1 навчального батальйону</w:t>
      </w:r>
    </w:p>
    <w:p w14:paraId="6FD0883A" w14:textId="623160C3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</w:p>
    <w:p w14:paraId="5FFCF436" w14:textId="2B2AEB1A" w:rsidR="003518F8" w:rsidRDefault="003518F8" w:rsidP="003518F8">
      <w:pPr>
        <w:spacing w:after="0" w:line="240" w:lineRule="auto"/>
        <w:jc w:val="right"/>
        <w:rPr>
          <w:szCs w:val="28"/>
          <w:lang w:val="uk-UA"/>
        </w:rPr>
      </w:pPr>
    </w:p>
    <w:p w14:paraId="3A10FAB7" w14:textId="4DE643C2" w:rsidR="003518F8" w:rsidRPr="003518F8" w:rsidRDefault="003518F8" w:rsidP="003518F8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ab/>
        <w:t>Клопочу по суті рапорту молодшого сержанта ЧЕРНЕНКА Андрія Юрійовича.</w:t>
      </w:r>
    </w:p>
    <w:p w14:paraId="2E553053" w14:textId="47DF0FD1" w:rsidR="00145266" w:rsidRDefault="00145266" w:rsidP="003518F8">
      <w:pPr>
        <w:spacing w:after="0" w:line="240" w:lineRule="auto"/>
        <w:rPr>
          <w:szCs w:val="28"/>
          <w:lang w:val="uk-UA"/>
        </w:rPr>
      </w:pPr>
    </w:p>
    <w:p w14:paraId="06CBAF82" w14:textId="611F4FE3" w:rsidR="003518F8" w:rsidRDefault="00457256" w:rsidP="003518F8">
      <w:pPr>
        <w:spacing w:after="0" w:line="240" w:lineRule="auto"/>
        <w:rPr>
          <w:szCs w:val="28"/>
          <w:lang w:val="uk-UA"/>
        </w:rPr>
      </w:pPr>
      <w:r>
        <w:rPr>
          <w:noProof/>
          <w:szCs w:val="28"/>
          <w:lang w:val="uk-UA"/>
        </w:rPr>
        <w:drawing>
          <wp:anchor distT="0" distB="0" distL="114300" distR="114300" simplePos="0" relativeHeight="251658240" behindDoc="0" locked="0" layoutInCell="1" allowOverlap="1" wp14:anchorId="601F5E48" wp14:editId="5B1150FA">
            <wp:simplePos x="0" y="0"/>
            <wp:positionH relativeFrom="column">
              <wp:posOffset>1465580</wp:posOffset>
            </wp:positionH>
            <wp:positionV relativeFrom="paragraph">
              <wp:posOffset>164689</wp:posOffset>
            </wp:positionV>
            <wp:extent cx="2979996" cy="1021976"/>
            <wp:effectExtent l="0" t="0" r="0" b="0"/>
            <wp:wrapNone/>
            <wp:docPr id="198396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962684" name="Picture 19839626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9996" cy="1021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617C5" w14:textId="1533366F" w:rsidR="003518F8" w:rsidRDefault="003518F8" w:rsidP="003518F8">
      <w:pPr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Командир 1 навчальної роти-старший викладач</w:t>
      </w:r>
    </w:p>
    <w:p w14:paraId="078CA1CC" w14:textId="6A82D65D" w:rsidR="003518F8" w:rsidRDefault="003518F8" w:rsidP="003518F8">
      <w:pPr>
        <w:tabs>
          <w:tab w:val="right" w:pos="9973"/>
        </w:tabs>
        <w:spacing w:after="0" w:line="240" w:lineRule="auto"/>
        <w:rPr>
          <w:szCs w:val="28"/>
          <w:lang w:val="uk-UA"/>
        </w:rPr>
      </w:pPr>
      <w:r>
        <w:rPr>
          <w:szCs w:val="28"/>
          <w:lang w:val="uk-UA"/>
        </w:rPr>
        <w:t>лейтенант</w:t>
      </w:r>
      <w:r>
        <w:rPr>
          <w:szCs w:val="28"/>
          <w:lang w:val="uk-UA"/>
        </w:rPr>
        <w:tab/>
        <w:t>Богдан ГЕНЗЕЛЬ</w:t>
      </w:r>
    </w:p>
    <w:p w14:paraId="57BA3A55" w14:textId="5F93B4F4" w:rsidR="00457256" w:rsidRPr="003518F8" w:rsidRDefault="00457256" w:rsidP="00457256">
      <w:pPr>
        <w:spacing w:after="0" w:line="240" w:lineRule="auto"/>
        <w:jc w:val="both"/>
        <w:rPr>
          <w:szCs w:val="28"/>
          <w:lang w:val="uk-UA"/>
        </w:rPr>
      </w:pPr>
      <w:r>
        <w:rPr>
          <w:szCs w:val="28"/>
          <w:lang w:val="uk-UA"/>
        </w:rPr>
        <w:t>__.07</w:t>
      </w:r>
      <w:r w:rsidRPr="003518F8">
        <w:rPr>
          <w:szCs w:val="28"/>
          <w:lang w:val="uk-UA"/>
        </w:rPr>
        <w:t>.2026</w:t>
      </w:r>
    </w:p>
    <w:p w14:paraId="2E3238CF" w14:textId="5503205C" w:rsidR="00457256" w:rsidRPr="003518F8" w:rsidRDefault="00457256" w:rsidP="003518F8">
      <w:pPr>
        <w:tabs>
          <w:tab w:val="right" w:pos="9973"/>
        </w:tabs>
        <w:spacing w:after="0" w:line="240" w:lineRule="auto"/>
        <w:rPr>
          <w:szCs w:val="28"/>
          <w:lang w:val="uk-UA"/>
        </w:rPr>
      </w:pPr>
    </w:p>
    <w:sectPr w:rsidR="00457256" w:rsidRPr="003518F8" w:rsidSect="00145266">
      <w:headerReference w:type="default" r:id="rId10"/>
      <w:pgSz w:w="12240" w:h="15840"/>
      <w:pgMar w:top="850" w:right="850" w:bottom="850" w:left="141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5AE33A" w14:textId="77777777" w:rsidR="000A7BAC" w:rsidRDefault="000A7BAC" w:rsidP="003518F8">
      <w:pPr>
        <w:spacing w:after="0" w:line="240" w:lineRule="auto"/>
      </w:pPr>
      <w:r>
        <w:separator/>
      </w:r>
    </w:p>
  </w:endnote>
  <w:endnote w:type="continuationSeparator" w:id="0">
    <w:p w14:paraId="0BA2A01A" w14:textId="77777777" w:rsidR="000A7BAC" w:rsidRDefault="000A7BAC" w:rsidP="0035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44F3CA" w14:textId="77777777" w:rsidR="000A7BAC" w:rsidRDefault="000A7BAC" w:rsidP="003518F8">
      <w:pPr>
        <w:spacing w:after="0" w:line="240" w:lineRule="auto"/>
      </w:pPr>
      <w:r>
        <w:separator/>
      </w:r>
    </w:p>
  </w:footnote>
  <w:footnote w:type="continuationSeparator" w:id="0">
    <w:p w14:paraId="7748315C" w14:textId="77777777" w:rsidR="000A7BAC" w:rsidRDefault="000A7BAC" w:rsidP="00351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61BDAF" w14:textId="76533F2D" w:rsidR="003518F8" w:rsidRPr="003518F8" w:rsidRDefault="003518F8" w:rsidP="003518F8">
    <w:pPr>
      <w:pStyle w:val="Header"/>
      <w:tabs>
        <w:tab w:val="clear" w:pos="4680"/>
        <w:tab w:val="left" w:pos="6379"/>
      </w:tabs>
      <w:rPr>
        <w:lang w:val="uk-UA"/>
      </w:rPr>
    </w:pPr>
    <w:r>
      <w:rPr>
        <w:lang w:val="uk-UA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580989">
    <w:abstractNumId w:val="8"/>
  </w:num>
  <w:num w:numId="2" w16cid:durableId="509415132">
    <w:abstractNumId w:val="6"/>
  </w:num>
  <w:num w:numId="3" w16cid:durableId="532769125">
    <w:abstractNumId w:val="5"/>
  </w:num>
  <w:num w:numId="4" w16cid:durableId="636764004">
    <w:abstractNumId w:val="4"/>
  </w:num>
  <w:num w:numId="5" w16cid:durableId="217664673">
    <w:abstractNumId w:val="7"/>
  </w:num>
  <w:num w:numId="6" w16cid:durableId="1480537266">
    <w:abstractNumId w:val="3"/>
  </w:num>
  <w:num w:numId="7" w16cid:durableId="10188208">
    <w:abstractNumId w:val="2"/>
  </w:num>
  <w:num w:numId="8" w16cid:durableId="1296057069">
    <w:abstractNumId w:val="1"/>
  </w:num>
  <w:num w:numId="9" w16cid:durableId="20165669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BAC"/>
    <w:rsid w:val="00145266"/>
    <w:rsid w:val="0015074B"/>
    <w:rsid w:val="0017192C"/>
    <w:rsid w:val="001E7082"/>
    <w:rsid w:val="0029639D"/>
    <w:rsid w:val="002C7470"/>
    <w:rsid w:val="00326F90"/>
    <w:rsid w:val="003518F8"/>
    <w:rsid w:val="003F39D9"/>
    <w:rsid w:val="00457256"/>
    <w:rsid w:val="00AA1D8D"/>
    <w:rsid w:val="00B2689E"/>
    <w:rsid w:val="00B47730"/>
    <w:rsid w:val="00BC779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1306833"/>
  <w14:defaultImageDpi w14:val="300"/>
  <w15:docId w15:val="{CC560A65-F0B2-40E2-9733-6FDA5D08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256"/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2777C2-6CA1-4438-8F09-B616C6241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Олександр</cp:lastModifiedBy>
  <cp:revision>4</cp:revision>
  <dcterms:created xsi:type="dcterms:W3CDTF">2026-07-31T09:51:00Z</dcterms:created>
  <dcterms:modified xsi:type="dcterms:W3CDTF">2026-07-31T10:03:00Z</dcterms:modified>
  <cp:category/>
</cp:coreProperties>
</file>