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36A04B" w14:textId="7CAD109D" w:rsidR="001E7082" w:rsidRPr="003518F8" w:rsidRDefault="00145266" w:rsidP="003518F8">
      <w:pPr>
        <w:spacing w:after="0" w:line="240" w:lineRule="auto"/>
        <w:ind w:left="4820"/>
        <w:jc w:val="right"/>
        <w:rPr>
          <w:szCs w:val="28"/>
          <w:lang w:val="uk-UA"/>
        </w:rPr>
      </w:pPr>
      <w:r w:rsidRPr="003518F8">
        <w:rPr>
          <w:szCs w:val="28"/>
          <w:lang w:val="uk-UA"/>
        </w:rPr>
        <w:t xml:space="preserve">Командиру </w:t>
      </w:r>
      <w:r w:rsidR="003518F8" w:rsidRPr="003518F8">
        <w:rPr>
          <w:szCs w:val="28"/>
          <w:lang w:val="uk-UA"/>
        </w:rPr>
        <w:t>1 навчальної роти</w:t>
      </w:r>
      <w:r w:rsidRPr="003518F8">
        <w:rPr>
          <w:szCs w:val="28"/>
          <w:lang w:val="uk-UA"/>
        </w:rPr>
        <w:br/>
      </w:r>
    </w:p>
    <w:p w14:paraId="3AB02554" w14:textId="77777777" w:rsidR="00145266" w:rsidRPr="003518F8" w:rsidRDefault="00145266" w:rsidP="003518F8">
      <w:pPr>
        <w:spacing w:after="0" w:line="240" w:lineRule="auto"/>
        <w:ind w:left="4820"/>
        <w:rPr>
          <w:szCs w:val="28"/>
          <w:lang w:val="uk-UA"/>
        </w:rPr>
      </w:pPr>
    </w:p>
    <w:p w14:paraId="1CF97D24" w14:textId="77777777" w:rsidR="003518F8" w:rsidRPr="003518F8" w:rsidRDefault="003518F8" w:rsidP="003518F8">
      <w:pPr>
        <w:spacing w:after="0" w:line="240" w:lineRule="auto"/>
        <w:ind w:left="4820"/>
        <w:rPr>
          <w:szCs w:val="28"/>
          <w:lang w:val="uk-UA"/>
        </w:rPr>
      </w:pPr>
    </w:p>
    <w:p w14:paraId="56903DD0" w14:textId="77777777" w:rsidR="003518F8" w:rsidRPr="003518F8" w:rsidRDefault="003518F8" w:rsidP="003518F8">
      <w:pPr>
        <w:spacing w:after="0" w:line="240" w:lineRule="auto"/>
        <w:ind w:left="4820"/>
        <w:rPr>
          <w:szCs w:val="28"/>
          <w:lang w:val="uk-UA"/>
        </w:rPr>
      </w:pPr>
    </w:p>
    <w:p w14:paraId="7E11E9B1" w14:textId="77777777" w:rsidR="003518F8" w:rsidRPr="003518F8" w:rsidRDefault="003518F8" w:rsidP="003518F8">
      <w:pPr>
        <w:spacing w:after="0" w:line="240" w:lineRule="auto"/>
        <w:ind w:left="4820"/>
        <w:rPr>
          <w:szCs w:val="28"/>
          <w:lang w:val="uk-UA"/>
        </w:rPr>
      </w:pPr>
    </w:p>
    <w:p w14:paraId="1294D751" w14:textId="77777777" w:rsidR="00145266" w:rsidRPr="003518F8" w:rsidRDefault="00145266" w:rsidP="003518F8">
      <w:pPr>
        <w:spacing w:after="0" w:line="240" w:lineRule="auto"/>
        <w:ind w:left="4820"/>
        <w:rPr>
          <w:szCs w:val="28"/>
          <w:lang w:val="uk-UA"/>
        </w:rPr>
      </w:pPr>
    </w:p>
    <w:p w14:paraId="7315030F" w14:textId="77777777" w:rsidR="001E7082" w:rsidRPr="003518F8" w:rsidRDefault="00145266" w:rsidP="003518F8">
      <w:pPr>
        <w:spacing w:after="0" w:line="240" w:lineRule="auto"/>
        <w:jc w:val="center"/>
        <w:rPr>
          <w:szCs w:val="28"/>
          <w:lang w:val="uk-UA"/>
        </w:rPr>
      </w:pPr>
      <w:r w:rsidRPr="003518F8">
        <w:rPr>
          <w:szCs w:val="28"/>
          <w:lang w:val="uk-UA"/>
        </w:rPr>
        <w:t>РАПОРТ</w:t>
      </w:r>
    </w:p>
    <w:p w14:paraId="08233EFA" w14:textId="4D8066D1" w:rsidR="001E7082" w:rsidRPr="003518F8" w:rsidRDefault="00145266" w:rsidP="003518F8">
      <w:pPr>
        <w:spacing w:after="0" w:line="240" w:lineRule="auto"/>
        <w:ind w:firstLine="720"/>
        <w:jc w:val="both"/>
        <w:rPr>
          <w:szCs w:val="28"/>
          <w:lang w:val="uk-UA"/>
        </w:rPr>
      </w:pPr>
      <w:r w:rsidRPr="003518F8">
        <w:rPr>
          <w:szCs w:val="28"/>
          <w:lang w:val="uk-UA"/>
        </w:rPr>
        <w:t xml:space="preserve">Прошу Вашого клопотання перед вищим командуванням про надання мені, командиру </w:t>
      </w:r>
      <w:r w:rsidR="00866B12">
        <w:rPr>
          <w:szCs w:val="28"/>
          <w:lang w:val="uk-UA"/>
        </w:rPr>
        <w:t>4</w:t>
      </w:r>
      <w:r w:rsidR="003518F8">
        <w:rPr>
          <w:szCs w:val="28"/>
          <w:lang w:val="uk-UA"/>
        </w:rPr>
        <w:t xml:space="preserve"> навчального взводу-викладачу 1 навчальної роти 1 навчального батальйону </w:t>
      </w:r>
      <w:r w:rsidRPr="003518F8">
        <w:rPr>
          <w:szCs w:val="28"/>
          <w:lang w:val="uk-UA"/>
        </w:rPr>
        <w:t xml:space="preserve">військової частини А2900, </w:t>
      </w:r>
      <w:r w:rsidR="00866B12">
        <w:rPr>
          <w:szCs w:val="28"/>
          <w:lang w:val="uk-UA"/>
        </w:rPr>
        <w:t>старшому</w:t>
      </w:r>
      <w:r w:rsidRPr="003518F8">
        <w:rPr>
          <w:szCs w:val="28"/>
          <w:lang w:val="uk-UA"/>
        </w:rPr>
        <w:t xml:space="preserve"> сержанту </w:t>
      </w:r>
      <w:r w:rsidR="00866B12">
        <w:rPr>
          <w:szCs w:val="28"/>
          <w:lang w:val="uk-UA"/>
        </w:rPr>
        <w:t>ПОТАПОВУ Олександру Євгеновичу</w:t>
      </w:r>
      <w:r w:rsidRPr="003518F8">
        <w:rPr>
          <w:szCs w:val="28"/>
          <w:lang w:val="uk-UA"/>
        </w:rPr>
        <w:t xml:space="preserve">, дозволу на вступ до </w:t>
      </w:r>
      <w:r w:rsidR="003F39D9" w:rsidRPr="003518F8">
        <w:rPr>
          <w:szCs w:val="28"/>
          <w:lang w:val="uk-UA"/>
        </w:rPr>
        <w:t>Державно</w:t>
      </w:r>
      <w:r w:rsidR="003518F8">
        <w:rPr>
          <w:szCs w:val="28"/>
          <w:lang w:val="uk-UA"/>
        </w:rPr>
        <w:t>го</w:t>
      </w:r>
      <w:r w:rsidR="003F39D9" w:rsidRPr="003518F8">
        <w:rPr>
          <w:szCs w:val="28"/>
          <w:lang w:val="uk-UA"/>
        </w:rPr>
        <w:t xml:space="preserve"> університет</w:t>
      </w:r>
      <w:r w:rsidR="003518F8">
        <w:rPr>
          <w:szCs w:val="28"/>
          <w:lang w:val="uk-UA"/>
        </w:rPr>
        <w:t>у</w:t>
      </w:r>
      <w:r w:rsidR="003F39D9" w:rsidRPr="003518F8">
        <w:rPr>
          <w:szCs w:val="28"/>
          <w:lang w:val="uk-UA"/>
        </w:rPr>
        <w:t xml:space="preserve"> «Житомирська політехніка»</w:t>
      </w:r>
      <w:r w:rsidRPr="003518F8">
        <w:rPr>
          <w:szCs w:val="28"/>
          <w:lang w:val="uk-UA"/>
        </w:rPr>
        <w:t>, на заочну форму навчання без відриву від виконання службових обов'язків.</w:t>
      </w:r>
    </w:p>
    <w:p w14:paraId="4B33BF48" w14:textId="11419F5A" w:rsidR="00145266" w:rsidRDefault="00A6162A" w:rsidP="003518F8">
      <w:pPr>
        <w:spacing w:after="0" w:line="240" w:lineRule="auto"/>
        <w:rPr>
          <w:szCs w:val="28"/>
          <w:lang w:val="uk-UA"/>
        </w:rPr>
      </w:pPr>
      <w:r w:rsidRPr="00A6162A">
        <w:rPr>
          <w:szCs w:val="28"/>
          <w:lang w:val="uk-UA"/>
        </w:rPr>
        <w:drawing>
          <wp:anchor distT="0" distB="0" distL="114300" distR="114300" simplePos="0" relativeHeight="251659264" behindDoc="1" locked="0" layoutInCell="1" allowOverlap="1" wp14:anchorId="47351968" wp14:editId="1D8B0322">
            <wp:simplePos x="0" y="0"/>
            <wp:positionH relativeFrom="column">
              <wp:posOffset>2379736</wp:posOffset>
            </wp:positionH>
            <wp:positionV relativeFrom="paragraph">
              <wp:posOffset>89388</wp:posOffset>
            </wp:positionV>
            <wp:extent cx="1318846" cy="1696977"/>
            <wp:effectExtent l="0" t="0" r="2540" b="5080"/>
            <wp:wrapNone/>
            <wp:docPr id="628500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50031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18846" cy="1696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5459E" w14:textId="27054C02" w:rsidR="003518F8" w:rsidRPr="003518F8" w:rsidRDefault="003518F8" w:rsidP="003518F8">
      <w:pPr>
        <w:spacing w:after="0" w:line="240" w:lineRule="auto"/>
        <w:rPr>
          <w:szCs w:val="28"/>
          <w:lang w:val="uk-UA"/>
        </w:rPr>
      </w:pPr>
    </w:p>
    <w:p w14:paraId="14328251" w14:textId="70002B8E" w:rsidR="003518F8" w:rsidRDefault="00145266" w:rsidP="003518F8">
      <w:pPr>
        <w:tabs>
          <w:tab w:val="right" w:pos="9973"/>
        </w:tabs>
        <w:spacing w:after="0" w:line="240" w:lineRule="auto"/>
        <w:jc w:val="both"/>
        <w:rPr>
          <w:szCs w:val="28"/>
          <w:lang w:val="uk-UA"/>
        </w:rPr>
      </w:pPr>
      <w:r w:rsidRPr="003518F8">
        <w:rPr>
          <w:szCs w:val="28"/>
          <w:lang w:val="uk-UA"/>
        </w:rPr>
        <w:t xml:space="preserve">Командир </w:t>
      </w:r>
      <w:r w:rsidR="00866B12">
        <w:rPr>
          <w:szCs w:val="28"/>
          <w:lang w:val="uk-UA"/>
        </w:rPr>
        <w:t>4</w:t>
      </w:r>
      <w:r w:rsidR="003518F8">
        <w:rPr>
          <w:szCs w:val="28"/>
          <w:lang w:val="uk-UA"/>
        </w:rPr>
        <w:t xml:space="preserve"> навчального взводу</w:t>
      </w:r>
      <w:r w:rsidR="003518F8">
        <w:rPr>
          <w:szCs w:val="28"/>
          <w:lang w:val="uk-UA"/>
        </w:rPr>
        <w:t>-викладач</w:t>
      </w:r>
      <w:r w:rsidR="003518F8">
        <w:rPr>
          <w:szCs w:val="28"/>
          <w:lang w:val="uk-UA"/>
        </w:rPr>
        <w:t xml:space="preserve"> 1 навчальної роти 1 навчального батальйону </w:t>
      </w:r>
      <w:r w:rsidR="003518F8" w:rsidRPr="003518F8">
        <w:rPr>
          <w:szCs w:val="28"/>
          <w:lang w:val="uk-UA"/>
        </w:rPr>
        <w:t>військової частини А2900</w:t>
      </w:r>
      <w:r w:rsidR="003518F8">
        <w:rPr>
          <w:szCs w:val="28"/>
          <w:lang w:val="uk-UA"/>
        </w:rPr>
        <w:tab/>
      </w:r>
      <w:r w:rsidRPr="003518F8">
        <w:rPr>
          <w:szCs w:val="28"/>
          <w:lang w:val="uk-UA"/>
        </w:rPr>
        <w:br/>
      </w:r>
      <w:r w:rsidR="00866B12">
        <w:rPr>
          <w:szCs w:val="28"/>
          <w:lang w:val="uk-UA"/>
        </w:rPr>
        <w:t>старший</w:t>
      </w:r>
      <w:r w:rsidRPr="003518F8">
        <w:rPr>
          <w:szCs w:val="28"/>
          <w:lang w:val="uk-UA"/>
        </w:rPr>
        <w:t xml:space="preserve"> сержант</w:t>
      </w:r>
      <w:r w:rsidR="003518F8">
        <w:rPr>
          <w:szCs w:val="28"/>
          <w:lang w:val="uk-UA"/>
        </w:rPr>
        <w:tab/>
      </w:r>
      <w:r w:rsidR="00866B12">
        <w:rPr>
          <w:szCs w:val="28"/>
          <w:lang w:val="uk-UA"/>
        </w:rPr>
        <w:t>Олександр ПОТАПОВ</w:t>
      </w:r>
    </w:p>
    <w:p w14:paraId="1B3E0B6B" w14:textId="570B23C9" w:rsidR="00145266" w:rsidRPr="003518F8" w:rsidRDefault="003518F8" w:rsidP="003518F8">
      <w:pPr>
        <w:spacing w:after="0" w:line="24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>__.07</w:t>
      </w:r>
      <w:r w:rsidR="00145266" w:rsidRPr="003518F8">
        <w:rPr>
          <w:szCs w:val="28"/>
          <w:lang w:val="uk-UA"/>
        </w:rPr>
        <w:t>.2026</w:t>
      </w:r>
    </w:p>
    <w:p w14:paraId="3648CEAE" w14:textId="04AAA788" w:rsidR="00145266" w:rsidRDefault="00145266" w:rsidP="003518F8">
      <w:pPr>
        <w:spacing w:after="0" w:line="240" w:lineRule="auto"/>
        <w:jc w:val="right"/>
        <w:rPr>
          <w:szCs w:val="28"/>
          <w:lang w:val="uk-UA"/>
        </w:rPr>
      </w:pPr>
    </w:p>
    <w:p w14:paraId="4A0F3999" w14:textId="092FF3BA" w:rsidR="003518F8" w:rsidRDefault="003518F8" w:rsidP="003518F8">
      <w:pPr>
        <w:spacing w:after="0" w:line="240" w:lineRule="auto"/>
        <w:jc w:val="right"/>
        <w:rPr>
          <w:szCs w:val="28"/>
          <w:lang w:val="uk-UA"/>
        </w:rPr>
      </w:pPr>
      <w:r>
        <w:rPr>
          <w:szCs w:val="28"/>
          <w:lang w:val="uk-UA"/>
        </w:rPr>
        <w:t>Командиру 1 навчального батальйону</w:t>
      </w:r>
    </w:p>
    <w:p w14:paraId="6FD0883A" w14:textId="78AF5007" w:rsidR="003518F8" w:rsidRDefault="003518F8" w:rsidP="003518F8">
      <w:pPr>
        <w:spacing w:after="0" w:line="240" w:lineRule="auto"/>
        <w:jc w:val="right"/>
        <w:rPr>
          <w:szCs w:val="28"/>
          <w:lang w:val="uk-UA"/>
        </w:rPr>
      </w:pPr>
    </w:p>
    <w:p w14:paraId="5FFCF436" w14:textId="2B2AEB1A" w:rsidR="003518F8" w:rsidRDefault="003518F8" w:rsidP="003518F8">
      <w:pPr>
        <w:spacing w:after="0" w:line="240" w:lineRule="auto"/>
        <w:jc w:val="right"/>
        <w:rPr>
          <w:szCs w:val="28"/>
          <w:lang w:val="uk-UA"/>
        </w:rPr>
      </w:pPr>
    </w:p>
    <w:p w14:paraId="3A10FAB7" w14:textId="0566EC33" w:rsidR="003518F8" w:rsidRPr="003518F8" w:rsidRDefault="003518F8" w:rsidP="003518F8">
      <w:pPr>
        <w:spacing w:after="0" w:line="24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 xml:space="preserve">Клопочу по суті рапорту </w:t>
      </w:r>
      <w:r w:rsidR="00866B12">
        <w:rPr>
          <w:szCs w:val="28"/>
          <w:lang w:val="uk-UA"/>
        </w:rPr>
        <w:t>старшого</w:t>
      </w:r>
      <w:r>
        <w:rPr>
          <w:szCs w:val="28"/>
          <w:lang w:val="uk-UA"/>
        </w:rPr>
        <w:t xml:space="preserve"> сержанта </w:t>
      </w:r>
      <w:r w:rsidR="00866B12">
        <w:rPr>
          <w:szCs w:val="28"/>
          <w:lang w:val="uk-UA"/>
        </w:rPr>
        <w:t>ПОТАПОВА Олександра Євгеновича</w:t>
      </w:r>
      <w:r>
        <w:rPr>
          <w:szCs w:val="28"/>
          <w:lang w:val="uk-UA"/>
        </w:rPr>
        <w:t>.</w:t>
      </w:r>
    </w:p>
    <w:p w14:paraId="2E553053" w14:textId="47DF0FD1" w:rsidR="00145266" w:rsidRDefault="00145266" w:rsidP="003518F8">
      <w:pPr>
        <w:spacing w:after="0" w:line="240" w:lineRule="auto"/>
        <w:rPr>
          <w:szCs w:val="28"/>
          <w:lang w:val="uk-UA"/>
        </w:rPr>
      </w:pPr>
    </w:p>
    <w:p w14:paraId="06CBAF82" w14:textId="16C56DD8" w:rsidR="003518F8" w:rsidRDefault="00457256" w:rsidP="003518F8">
      <w:pPr>
        <w:spacing w:after="0" w:line="240" w:lineRule="auto"/>
        <w:rPr>
          <w:szCs w:val="28"/>
          <w:lang w:val="uk-UA"/>
        </w:rPr>
      </w:pPr>
      <w:r>
        <w:rPr>
          <w:noProof/>
          <w:szCs w:val="28"/>
          <w:lang w:val="uk-UA"/>
        </w:rPr>
        <w:drawing>
          <wp:anchor distT="0" distB="0" distL="114300" distR="114300" simplePos="0" relativeHeight="251658240" behindDoc="0" locked="0" layoutInCell="1" allowOverlap="1" wp14:anchorId="601F5E48" wp14:editId="00F843BD">
            <wp:simplePos x="0" y="0"/>
            <wp:positionH relativeFrom="column">
              <wp:posOffset>1465580</wp:posOffset>
            </wp:positionH>
            <wp:positionV relativeFrom="paragraph">
              <wp:posOffset>164689</wp:posOffset>
            </wp:positionV>
            <wp:extent cx="2979996" cy="1021976"/>
            <wp:effectExtent l="0" t="0" r="0" b="0"/>
            <wp:wrapNone/>
            <wp:docPr id="1983962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962684" name="Picture 19839626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79996" cy="1021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617C5" w14:textId="74AA16F3" w:rsidR="003518F8" w:rsidRDefault="003518F8" w:rsidP="003518F8">
      <w:pPr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Командир 1 навчальної роти-старший викладач</w:t>
      </w:r>
    </w:p>
    <w:p w14:paraId="078CA1CC" w14:textId="23BA3BE7" w:rsidR="003518F8" w:rsidRDefault="003518F8" w:rsidP="003518F8">
      <w:pPr>
        <w:tabs>
          <w:tab w:val="right" w:pos="9973"/>
        </w:tabs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лейтенант</w:t>
      </w:r>
      <w:r>
        <w:rPr>
          <w:szCs w:val="28"/>
          <w:lang w:val="uk-UA"/>
        </w:rPr>
        <w:tab/>
        <w:t>Богдан ГЕНЗЕЛЬ</w:t>
      </w:r>
    </w:p>
    <w:p w14:paraId="57BA3A55" w14:textId="26C4B19A" w:rsidR="00457256" w:rsidRPr="003518F8" w:rsidRDefault="00457256" w:rsidP="00457256">
      <w:pPr>
        <w:spacing w:after="0" w:line="24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>__.07</w:t>
      </w:r>
      <w:r w:rsidRPr="003518F8">
        <w:rPr>
          <w:szCs w:val="28"/>
          <w:lang w:val="uk-UA"/>
        </w:rPr>
        <w:t>.2026</w:t>
      </w:r>
    </w:p>
    <w:p w14:paraId="2E3238CF" w14:textId="403F1070" w:rsidR="00457256" w:rsidRPr="003518F8" w:rsidRDefault="00457256" w:rsidP="003518F8">
      <w:pPr>
        <w:tabs>
          <w:tab w:val="right" w:pos="9973"/>
        </w:tabs>
        <w:spacing w:after="0" w:line="240" w:lineRule="auto"/>
        <w:rPr>
          <w:szCs w:val="28"/>
          <w:lang w:val="uk-UA"/>
        </w:rPr>
      </w:pPr>
    </w:p>
    <w:sectPr w:rsidR="00457256" w:rsidRPr="003518F8" w:rsidSect="00145266">
      <w:headerReference w:type="default" r:id="rId10"/>
      <w:pgSz w:w="12240" w:h="15840"/>
      <w:pgMar w:top="850" w:right="850" w:bottom="850" w:left="141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BF5528" w14:textId="77777777" w:rsidR="004F4DD0" w:rsidRDefault="004F4DD0" w:rsidP="003518F8">
      <w:pPr>
        <w:spacing w:after="0" w:line="240" w:lineRule="auto"/>
      </w:pPr>
      <w:r>
        <w:separator/>
      </w:r>
    </w:p>
  </w:endnote>
  <w:endnote w:type="continuationSeparator" w:id="0">
    <w:p w14:paraId="44A88998" w14:textId="77777777" w:rsidR="004F4DD0" w:rsidRDefault="004F4DD0" w:rsidP="0035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AD87A2" w14:textId="77777777" w:rsidR="004F4DD0" w:rsidRDefault="004F4DD0" w:rsidP="003518F8">
      <w:pPr>
        <w:spacing w:after="0" w:line="240" w:lineRule="auto"/>
      </w:pPr>
      <w:r>
        <w:separator/>
      </w:r>
    </w:p>
  </w:footnote>
  <w:footnote w:type="continuationSeparator" w:id="0">
    <w:p w14:paraId="49B29272" w14:textId="77777777" w:rsidR="004F4DD0" w:rsidRDefault="004F4DD0" w:rsidP="00351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61BDAF" w14:textId="76533F2D" w:rsidR="003518F8" w:rsidRPr="003518F8" w:rsidRDefault="003518F8" w:rsidP="003518F8">
    <w:pPr>
      <w:pStyle w:val="Header"/>
      <w:tabs>
        <w:tab w:val="clear" w:pos="4680"/>
        <w:tab w:val="left" w:pos="6379"/>
      </w:tabs>
      <w:rPr>
        <w:lang w:val="uk-UA"/>
      </w:rPr>
    </w:pPr>
    <w:r>
      <w:rPr>
        <w:lang w:val="uk-UA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8580989">
    <w:abstractNumId w:val="8"/>
  </w:num>
  <w:num w:numId="2" w16cid:durableId="509415132">
    <w:abstractNumId w:val="6"/>
  </w:num>
  <w:num w:numId="3" w16cid:durableId="532769125">
    <w:abstractNumId w:val="5"/>
  </w:num>
  <w:num w:numId="4" w16cid:durableId="636764004">
    <w:abstractNumId w:val="4"/>
  </w:num>
  <w:num w:numId="5" w16cid:durableId="217664673">
    <w:abstractNumId w:val="7"/>
  </w:num>
  <w:num w:numId="6" w16cid:durableId="1480537266">
    <w:abstractNumId w:val="3"/>
  </w:num>
  <w:num w:numId="7" w16cid:durableId="10188208">
    <w:abstractNumId w:val="2"/>
  </w:num>
  <w:num w:numId="8" w16cid:durableId="1296057069">
    <w:abstractNumId w:val="1"/>
  </w:num>
  <w:num w:numId="9" w16cid:durableId="20165669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266"/>
    <w:rsid w:val="0015074B"/>
    <w:rsid w:val="0017192C"/>
    <w:rsid w:val="001E7082"/>
    <w:rsid w:val="0029639D"/>
    <w:rsid w:val="002C7470"/>
    <w:rsid w:val="00326F90"/>
    <w:rsid w:val="003518F8"/>
    <w:rsid w:val="003F39D9"/>
    <w:rsid w:val="00457256"/>
    <w:rsid w:val="004F4DD0"/>
    <w:rsid w:val="00866B12"/>
    <w:rsid w:val="00A51314"/>
    <w:rsid w:val="00A6162A"/>
    <w:rsid w:val="00AA1D8D"/>
    <w:rsid w:val="00B2689E"/>
    <w:rsid w:val="00B47730"/>
    <w:rsid w:val="00BC779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1306833"/>
  <w14:defaultImageDpi w14:val="300"/>
  <w15:docId w15:val="{CC560A65-F0B2-40E2-9733-6FDA5D08C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256"/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2777C2-6CA1-4438-8F09-B616C6241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Олександр</cp:lastModifiedBy>
  <cp:revision>4</cp:revision>
  <cp:lastPrinted>2026-07-31T10:04:00Z</cp:lastPrinted>
  <dcterms:created xsi:type="dcterms:W3CDTF">2026-07-31T10:04:00Z</dcterms:created>
  <dcterms:modified xsi:type="dcterms:W3CDTF">2026-07-31T10:09:00Z</dcterms:modified>
  <cp:category/>
</cp:coreProperties>
</file>