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9E606" w14:textId="1C4D2259" w:rsidR="009D03D0" w:rsidRPr="009A2619" w:rsidRDefault="00000000">
      <w:pPr>
        <w:jc w:val="center"/>
        <w:rPr>
          <w:lang w:val="uk-UA"/>
        </w:rPr>
      </w:pPr>
      <w:r>
        <w:rPr>
          <w:b/>
          <w:sz w:val="28"/>
        </w:rPr>
        <w:t>ОПИС</w:t>
      </w:r>
      <w:r>
        <w:rPr>
          <w:b/>
          <w:sz w:val="28"/>
        </w:rPr>
        <w:br/>
      </w:r>
      <w:proofErr w:type="spellStart"/>
      <w:r>
        <w:rPr>
          <w:b/>
          <w:sz w:val="28"/>
        </w:rPr>
        <w:t>майна</w:t>
      </w:r>
      <w:proofErr w:type="spellEnd"/>
      <w:r w:rsidR="009A2619">
        <w:rPr>
          <w:b/>
          <w:sz w:val="28"/>
          <w:lang w:val="uk-UA"/>
        </w:rPr>
        <w:t xml:space="preserve"> та засобів</w:t>
      </w:r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що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знаходиться</w:t>
      </w:r>
      <w:proofErr w:type="spellEnd"/>
      <w:r>
        <w:rPr>
          <w:b/>
          <w:sz w:val="28"/>
        </w:rPr>
        <w:t xml:space="preserve"> в </w:t>
      </w:r>
      <w:proofErr w:type="spellStart"/>
      <w:r>
        <w:rPr>
          <w:b/>
          <w:sz w:val="28"/>
        </w:rPr>
        <w:t>аптечці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309"/>
        <w:gridCol w:w="1304"/>
        <w:gridCol w:w="1275"/>
        <w:gridCol w:w="1360"/>
      </w:tblGrid>
      <w:tr w:rsidR="00644BA9" w:rsidRPr="00644BA9" w14:paraId="6F30732C" w14:textId="77777777" w:rsidTr="00644BA9">
        <w:trPr>
          <w:jc w:val="center"/>
        </w:trPr>
        <w:tc>
          <w:tcPr>
            <w:tcW w:w="567" w:type="dxa"/>
          </w:tcPr>
          <w:p w14:paraId="4CCB11B4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b/>
                <w:szCs w:val="28"/>
              </w:rPr>
              <w:t>№ з/п</w:t>
            </w:r>
          </w:p>
        </w:tc>
        <w:tc>
          <w:tcPr>
            <w:tcW w:w="4309" w:type="dxa"/>
            <w:vAlign w:val="center"/>
          </w:tcPr>
          <w:p w14:paraId="25731211" w14:textId="77777777" w:rsidR="00644BA9" w:rsidRPr="00644BA9" w:rsidRDefault="00644BA9" w:rsidP="009A2619">
            <w:pPr>
              <w:jc w:val="center"/>
              <w:rPr>
                <w:szCs w:val="28"/>
              </w:rPr>
            </w:pPr>
            <w:r w:rsidRPr="00644BA9">
              <w:rPr>
                <w:b/>
                <w:szCs w:val="28"/>
              </w:rPr>
              <w:t>Найменування майна / засобу</w:t>
            </w:r>
          </w:p>
        </w:tc>
        <w:tc>
          <w:tcPr>
            <w:tcW w:w="1304" w:type="dxa"/>
            <w:vAlign w:val="center"/>
          </w:tcPr>
          <w:p w14:paraId="4A88CA53" w14:textId="77777777" w:rsidR="00644BA9" w:rsidRPr="00644BA9" w:rsidRDefault="00644BA9" w:rsidP="009A2619">
            <w:pPr>
              <w:jc w:val="center"/>
              <w:rPr>
                <w:szCs w:val="28"/>
              </w:rPr>
            </w:pPr>
            <w:r w:rsidRPr="00644BA9">
              <w:rPr>
                <w:b/>
                <w:szCs w:val="28"/>
              </w:rPr>
              <w:t>Одиниця виміру</w:t>
            </w:r>
          </w:p>
        </w:tc>
        <w:tc>
          <w:tcPr>
            <w:tcW w:w="1099" w:type="dxa"/>
            <w:vAlign w:val="center"/>
          </w:tcPr>
          <w:p w14:paraId="7CC6BC2C" w14:textId="77777777" w:rsidR="00644BA9" w:rsidRPr="00644BA9" w:rsidRDefault="00644BA9" w:rsidP="009A2619">
            <w:pPr>
              <w:jc w:val="center"/>
              <w:rPr>
                <w:szCs w:val="28"/>
              </w:rPr>
            </w:pPr>
            <w:r w:rsidRPr="00644BA9">
              <w:rPr>
                <w:b/>
                <w:szCs w:val="28"/>
              </w:rPr>
              <w:t>Кількість</w:t>
            </w:r>
          </w:p>
        </w:tc>
        <w:tc>
          <w:tcPr>
            <w:tcW w:w="1360" w:type="dxa"/>
            <w:vAlign w:val="center"/>
          </w:tcPr>
          <w:p w14:paraId="4EB775D6" w14:textId="77777777" w:rsidR="00644BA9" w:rsidRPr="00644BA9" w:rsidRDefault="00644BA9" w:rsidP="009A2619">
            <w:pPr>
              <w:jc w:val="center"/>
              <w:rPr>
                <w:szCs w:val="28"/>
              </w:rPr>
            </w:pPr>
            <w:proofErr w:type="spellStart"/>
            <w:r w:rsidRPr="00644BA9">
              <w:rPr>
                <w:b/>
                <w:szCs w:val="28"/>
              </w:rPr>
              <w:t>Примітка</w:t>
            </w:r>
            <w:proofErr w:type="spellEnd"/>
          </w:p>
        </w:tc>
      </w:tr>
      <w:tr w:rsidR="00644BA9" w:rsidRPr="00644BA9" w14:paraId="5E617190" w14:textId="77777777" w:rsidTr="00644BA9">
        <w:trPr>
          <w:jc w:val="center"/>
        </w:trPr>
        <w:tc>
          <w:tcPr>
            <w:tcW w:w="567" w:type="dxa"/>
          </w:tcPr>
          <w:p w14:paraId="30BF566C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1</w:t>
            </w:r>
          </w:p>
        </w:tc>
        <w:tc>
          <w:tcPr>
            <w:tcW w:w="4309" w:type="dxa"/>
          </w:tcPr>
          <w:p w14:paraId="37633564" w14:textId="77777777" w:rsidR="00644BA9" w:rsidRPr="00644BA9" w:rsidRDefault="00644BA9">
            <w:pPr>
              <w:rPr>
                <w:szCs w:val="28"/>
              </w:rPr>
            </w:pPr>
            <w:r w:rsidRPr="00644BA9">
              <w:rPr>
                <w:szCs w:val="28"/>
              </w:rPr>
              <w:t>Бинт марлевий стерильний</w:t>
            </w:r>
          </w:p>
        </w:tc>
        <w:tc>
          <w:tcPr>
            <w:tcW w:w="1304" w:type="dxa"/>
          </w:tcPr>
          <w:p w14:paraId="74041418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шт.</w:t>
            </w:r>
          </w:p>
        </w:tc>
        <w:tc>
          <w:tcPr>
            <w:tcW w:w="1099" w:type="dxa"/>
          </w:tcPr>
          <w:p w14:paraId="5B83C398" w14:textId="7027E6F3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</w:t>
            </w:r>
          </w:p>
        </w:tc>
        <w:tc>
          <w:tcPr>
            <w:tcW w:w="1360" w:type="dxa"/>
          </w:tcPr>
          <w:p w14:paraId="61964EFF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529D3408" w14:textId="77777777" w:rsidTr="00644BA9">
        <w:trPr>
          <w:jc w:val="center"/>
        </w:trPr>
        <w:tc>
          <w:tcPr>
            <w:tcW w:w="567" w:type="dxa"/>
          </w:tcPr>
          <w:p w14:paraId="5B4E94DA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2</w:t>
            </w:r>
          </w:p>
        </w:tc>
        <w:tc>
          <w:tcPr>
            <w:tcW w:w="4309" w:type="dxa"/>
          </w:tcPr>
          <w:p w14:paraId="70B14C7A" w14:textId="77777777" w:rsidR="00644BA9" w:rsidRPr="00644BA9" w:rsidRDefault="00644BA9">
            <w:pPr>
              <w:rPr>
                <w:szCs w:val="28"/>
              </w:rPr>
            </w:pPr>
            <w:r w:rsidRPr="00644BA9">
              <w:rPr>
                <w:szCs w:val="28"/>
              </w:rPr>
              <w:t>Бинт еластичний</w:t>
            </w:r>
          </w:p>
        </w:tc>
        <w:tc>
          <w:tcPr>
            <w:tcW w:w="1304" w:type="dxa"/>
          </w:tcPr>
          <w:p w14:paraId="5CCFE9FE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шт.</w:t>
            </w:r>
          </w:p>
        </w:tc>
        <w:tc>
          <w:tcPr>
            <w:tcW w:w="1099" w:type="dxa"/>
          </w:tcPr>
          <w:p w14:paraId="2F5090E9" w14:textId="45D3F56D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1</w:t>
            </w:r>
          </w:p>
        </w:tc>
        <w:tc>
          <w:tcPr>
            <w:tcW w:w="1360" w:type="dxa"/>
          </w:tcPr>
          <w:p w14:paraId="23FA4105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2AD08B9E" w14:textId="77777777" w:rsidTr="00644BA9">
        <w:trPr>
          <w:jc w:val="center"/>
        </w:trPr>
        <w:tc>
          <w:tcPr>
            <w:tcW w:w="567" w:type="dxa"/>
          </w:tcPr>
          <w:p w14:paraId="73E2013A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3</w:t>
            </w:r>
          </w:p>
        </w:tc>
        <w:tc>
          <w:tcPr>
            <w:tcW w:w="4309" w:type="dxa"/>
          </w:tcPr>
          <w:p w14:paraId="4056049B" w14:textId="77777777" w:rsidR="00644BA9" w:rsidRPr="00644BA9" w:rsidRDefault="00644BA9">
            <w:pPr>
              <w:rPr>
                <w:szCs w:val="28"/>
              </w:rPr>
            </w:pPr>
            <w:r w:rsidRPr="00644BA9">
              <w:rPr>
                <w:szCs w:val="28"/>
              </w:rPr>
              <w:t>Серветки стерильні</w:t>
            </w:r>
          </w:p>
        </w:tc>
        <w:tc>
          <w:tcPr>
            <w:tcW w:w="1304" w:type="dxa"/>
          </w:tcPr>
          <w:p w14:paraId="3EFB95EF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уп.</w:t>
            </w:r>
          </w:p>
        </w:tc>
        <w:tc>
          <w:tcPr>
            <w:tcW w:w="1099" w:type="dxa"/>
          </w:tcPr>
          <w:p w14:paraId="54B3D3AE" w14:textId="6F7B35AE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4</w:t>
            </w:r>
          </w:p>
        </w:tc>
        <w:tc>
          <w:tcPr>
            <w:tcW w:w="1360" w:type="dxa"/>
          </w:tcPr>
          <w:p w14:paraId="71A039A6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152F2561" w14:textId="77777777" w:rsidTr="00644BA9">
        <w:trPr>
          <w:jc w:val="center"/>
        </w:trPr>
        <w:tc>
          <w:tcPr>
            <w:tcW w:w="567" w:type="dxa"/>
          </w:tcPr>
          <w:p w14:paraId="1D88FF0C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4</w:t>
            </w:r>
          </w:p>
        </w:tc>
        <w:tc>
          <w:tcPr>
            <w:tcW w:w="4309" w:type="dxa"/>
          </w:tcPr>
          <w:p w14:paraId="2BAD3040" w14:textId="77777777" w:rsidR="00644BA9" w:rsidRPr="00644BA9" w:rsidRDefault="00644BA9">
            <w:pPr>
              <w:rPr>
                <w:szCs w:val="28"/>
              </w:rPr>
            </w:pPr>
            <w:r w:rsidRPr="00644BA9">
              <w:rPr>
                <w:szCs w:val="28"/>
              </w:rPr>
              <w:t>Джгут / турнікет</w:t>
            </w:r>
          </w:p>
        </w:tc>
        <w:tc>
          <w:tcPr>
            <w:tcW w:w="1304" w:type="dxa"/>
          </w:tcPr>
          <w:p w14:paraId="2E20C644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шт.</w:t>
            </w:r>
          </w:p>
        </w:tc>
        <w:tc>
          <w:tcPr>
            <w:tcW w:w="1099" w:type="dxa"/>
          </w:tcPr>
          <w:p w14:paraId="3A62EF54" w14:textId="64C7414E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5</w:t>
            </w:r>
          </w:p>
        </w:tc>
        <w:tc>
          <w:tcPr>
            <w:tcW w:w="1360" w:type="dxa"/>
          </w:tcPr>
          <w:p w14:paraId="69E87075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46F71482" w14:textId="77777777" w:rsidTr="00644BA9">
        <w:trPr>
          <w:jc w:val="center"/>
        </w:trPr>
        <w:tc>
          <w:tcPr>
            <w:tcW w:w="567" w:type="dxa"/>
            <w:vAlign w:val="center"/>
          </w:tcPr>
          <w:p w14:paraId="4CB9B641" w14:textId="77777777" w:rsidR="00644BA9" w:rsidRPr="00644BA9" w:rsidRDefault="00644BA9" w:rsidP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5</w:t>
            </w:r>
          </w:p>
        </w:tc>
        <w:tc>
          <w:tcPr>
            <w:tcW w:w="4309" w:type="dxa"/>
          </w:tcPr>
          <w:p w14:paraId="0B91C86A" w14:textId="77777777" w:rsidR="00644BA9" w:rsidRPr="00644BA9" w:rsidRDefault="00644BA9">
            <w:pPr>
              <w:rPr>
                <w:szCs w:val="28"/>
              </w:rPr>
            </w:pPr>
            <w:r w:rsidRPr="00644BA9">
              <w:rPr>
                <w:szCs w:val="28"/>
              </w:rPr>
              <w:t>Пакет перев’язувальний індивідуальний</w:t>
            </w:r>
          </w:p>
        </w:tc>
        <w:tc>
          <w:tcPr>
            <w:tcW w:w="1304" w:type="dxa"/>
            <w:vAlign w:val="center"/>
          </w:tcPr>
          <w:p w14:paraId="72C23417" w14:textId="77777777" w:rsidR="00644BA9" w:rsidRPr="00644BA9" w:rsidRDefault="00644BA9" w:rsidP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шт.</w:t>
            </w:r>
          </w:p>
        </w:tc>
        <w:tc>
          <w:tcPr>
            <w:tcW w:w="1099" w:type="dxa"/>
            <w:vAlign w:val="center"/>
          </w:tcPr>
          <w:p w14:paraId="1F554F4B" w14:textId="4B213928" w:rsidR="00644BA9" w:rsidRPr="00644BA9" w:rsidRDefault="00644BA9" w:rsidP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</w:t>
            </w:r>
          </w:p>
        </w:tc>
        <w:tc>
          <w:tcPr>
            <w:tcW w:w="1360" w:type="dxa"/>
          </w:tcPr>
          <w:p w14:paraId="07C5B680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3141B19B" w14:textId="77777777" w:rsidTr="00644BA9">
        <w:trPr>
          <w:jc w:val="center"/>
        </w:trPr>
        <w:tc>
          <w:tcPr>
            <w:tcW w:w="567" w:type="dxa"/>
          </w:tcPr>
          <w:p w14:paraId="0FDA880F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6</w:t>
            </w:r>
          </w:p>
        </w:tc>
        <w:tc>
          <w:tcPr>
            <w:tcW w:w="4309" w:type="dxa"/>
          </w:tcPr>
          <w:p w14:paraId="4DA27034" w14:textId="3DF774DB" w:rsidR="00644BA9" w:rsidRPr="00644BA9" w:rsidRDefault="00644BA9">
            <w:pPr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Вата</w:t>
            </w:r>
          </w:p>
        </w:tc>
        <w:tc>
          <w:tcPr>
            <w:tcW w:w="1304" w:type="dxa"/>
          </w:tcPr>
          <w:p w14:paraId="6BB7630A" w14:textId="77777777" w:rsidR="00644BA9" w:rsidRPr="00644BA9" w:rsidRDefault="00644BA9">
            <w:pPr>
              <w:jc w:val="center"/>
              <w:rPr>
                <w:szCs w:val="28"/>
              </w:rPr>
            </w:pPr>
            <w:proofErr w:type="spellStart"/>
            <w:r w:rsidRPr="00644BA9">
              <w:rPr>
                <w:szCs w:val="28"/>
              </w:rPr>
              <w:t>уп</w:t>
            </w:r>
            <w:proofErr w:type="spellEnd"/>
            <w:r w:rsidRPr="00644BA9">
              <w:rPr>
                <w:szCs w:val="28"/>
              </w:rPr>
              <w:t>.</w:t>
            </w:r>
          </w:p>
        </w:tc>
        <w:tc>
          <w:tcPr>
            <w:tcW w:w="1099" w:type="dxa"/>
          </w:tcPr>
          <w:p w14:paraId="755F62E7" w14:textId="549A9BFB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1</w:t>
            </w:r>
          </w:p>
        </w:tc>
        <w:tc>
          <w:tcPr>
            <w:tcW w:w="1360" w:type="dxa"/>
          </w:tcPr>
          <w:p w14:paraId="3B07B1ED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28866167" w14:textId="77777777" w:rsidTr="00644BA9">
        <w:trPr>
          <w:jc w:val="center"/>
        </w:trPr>
        <w:tc>
          <w:tcPr>
            <w:tcW w:w="567" w:type="dxa"/>
          </w:tcPr>
          <w:p w14:paraId="40475F5A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7</w:t>
            </w:r>
          </w:p>
        </w:tc>
        <w:tc>
          <w:tcPr>
            <w:tcW w:w="4309" w:type="dxa"/>
          </w:tcPr>
          <w:p w14:paraId="0D21C395" w14:textId="77777777" w:rsidR="00644BA9" w:rsidRPr="00644BA9" w:rsidRDefault="00644BA9">
            <w:pPr>
              <w:rPr>
                <w:szCs w:val="28"/>
              </w:rPr>
            </w:pPr>
            <w:r w:rsidRPr="00644BA9">
              <w:rPr>
                <w:szCs w:val="28"/>
              </w:rPr>
              <w:t>Пластир рулонний</w:t>
            </w:r>
          </w:p>
        </w:tc>
        <w:tc>
          <w:tcPr>
            <w:tcW w:w="1304" w:type="dxa"/>
          </w:tcPr>
          <w:p w14:paraId="6358F455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шт.</w:t>
            </w:r>
          </w:p>
        </w:tc>
        <w:tc>
          <w:tcPr>
            <w:tcW w:w="1099" w:type="dxa"/>
          </w:tcPr>
          <w:p w14:paraId="66A24C79" w14:textId="4A5ECDF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1</w:t>
            </w:r>
          </w:p>
        </w:tc>
        <w:tc>
          <w:tcPr>
            <w:tcW w:w="1360" w:type="dxa"/>
          </w:tcPr>
          <w:p w14:paraId="2F06876E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38D2C89C" w14:textId="77777777" w:rsidTr="00644BA9">
        <w:trPr>
          <w:jc w:val="center"/>
        </w:trPr>
        <w:tc>
          <w:tcPr>
            <w:tcW w:w="567" w:type="dxa"/>
          </w:tcPr>
          <w:p w14:paraId="4653691C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8</w:t>
            </w:r>
          </w:p>
        </w:tc>
        <w:tc>
          <w:tcPr>
            <w:tcW w:w="4309" w:type="dxa"/>
          </w:tcPr>
          <w:p w14:paraId="08F435F6" w14:textId="77777777" w:rsidR="00644BA9" w:rsidRPr="00644BA9" w:rsidRDefault="00644BA9">
            <w:pPr>
              <w:rPr>
                <w:szCs w:val="28"/>
              </w:rPr>
            </w:pPr>
            <w:r w:rsidRPr="00644BA9">
              <w:rPr>
                <w:szCs w:val="28"/>
              </w:rPr>
              <w:t>Рукавички медичні одноразові</w:t>
            </w:r>
          </w:p>
        </w:tc>
        <w:tc>
          <w:tcPr>
            <w:tcW w:w="1304" w:type="dxa"/>
          </w:tcPr>
          <w:p w14:paraId="1BC6C93B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пар</w:t>
            </w:r>
          </w:p>
        </w:tc>
        <w:tc>
          <w:tcPr>
            <w:tcW w:w="1099" w:type="dxa"/>
          </w:tcPr>
          <w:p w14:paraId="34228C04" w14:textId="32105825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</w:t>
            </w:r>
          </w:p>
        </w:tc>
        <w:tc>
          <w:tcPr>
            <w:tcW w:w="1360" w:type="dxa"/>
          </w:tcPr>
          <w:p w14:paraId="4EC00D80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18546816" w14:textId="77777777" w:rsidTr="00644BA9">
        <w:trPr>
          <w:jc w:val="center"/>
        </w:trPr>
        <w:tc>
          <w:tcPr>
            <w:tcW w:w="567" w:type="dxa"/>
          </w:tcPr>
          <w:p w14:paraId="0966CBBD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9</w:t>
            </w:r>
          </w:p>
        </w:tc>
        <w:tc>
          <w:tcPr>
            <w:tcW w:w="4309" w:type="dxa"/>
          </w:tcPr>
          <w:p w14:paraId="47A2B494" w14:textId="2454F58F" w:rsidR="00644BA9" w:rsidRPr="00644BA9" w:rsidRDefault="00644BA9">
            <w:pPr>
              <w:rPr>
                <w:szCs w:val="28"/>
                <w:lang w:val="uk-UA"/>
              </w:rPr>
            </w:pPr>
            <w:proofErr w:type="spellStart"/>
            <w:r w:rsidRPr="00644BA9">
              <w:rPr>
                <w:szCs w:val="28"/>
                <w:lang w:val="uk-UA"/>
              </w:rPr>
              <w:t>Оклюзійна</w:t>
            </w:r>
            <w:proofErr w:type="spellEnd"/>
            <w:r w:rsidRPr="00644BA9">
              <w:rPr>
                <w:szCs w:val="28"/>
                <w:lang w:val="uk-UA"/>
              </w:rPr>
              <w:t xml:space="preserve"> наліпка</w:t>
            </w:r>
          </w:p>
        </w:tc>
        <w:tc>
          <w:tcPr>
            <w:tcW w:w="1304" w:type="dxa"/>
          </w:tcPr>
          <w:p w14:paraId="47F65DF8" w14:textId="19277D35" w:rsidR="00644BA9" w:rsidRPr="00644BA9" w:rsidRDefault="00644BA9">
            <w:pPr>
              <w:jc w:val="center"/>
              <w:rPr>
                <w:szCs w:val="28"/>
              </w:rPr>
            </w:pPr>
            <w:proofErr w:type="spellStart"/>
            <w:r w:rsidRPr="00644BA9">
              <w:rPr>
                <w:szCs w:val="28"/>
                <w:lang w:val="uk-UA"/>
              </w:rPr>
              <w:t>уп</w:t>
            </w:r>
            <w:proofErr w:type="spellEnd"/>
            <w:r w:rsidRPr="00644BA9">
              <w:rPr>
                <w:szCs w:val="28"/>
              </w:rPr>
              <w:t>.</w:t>
            </w:r>
          </w:p>
        </w:tc>
        <w:tc>
          <w:tcPr>
            <w:tcW w:w="1099" w:type="dxa"/>
          </w:tcPr>
          <w:p w14:paraId="517FC284" w14:textId="38124DFF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</w:t>
            </w:r>
          </w:p>
        </w:tc>
        <w:tc>
          <w:tcPr>
            <w:tcW w:w="1360" w:type="dxa"/>
          </w:tcPr>
          <w:p w14:paraId="5E8E68B9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5E3F9940" w14:textId="77777777" w:rsidTr="00644BA9">
        <w:trPr>
          <w:jc w:val="center"/>
        </w:trPr>
        <w:tc>
          <w:tcPr>
            <w:tcW w:w="567" w:type="dxa"/>
          </w:tcPr>
          <w:p w14:paraId="7929D686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10</w:t>
            </w:r>
          </w:p>
        </w:tc>
        <w:tc>
          <w:tcPr>
            <w:tcW w:w="4309" w:type="dxa"/>
          </w:tcPr>
          <w:p w14:paraId="5517DE45" w14:textId="07B8362B" w:rsidR="00644BA9" w:rsidRPr="00644BA9" w:rsidRDefault="00644BA9">
            <w:pPr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Бандаж</w:t>
            </w:r>
          </w:p>
        </w:tc>
        <w:tc>
          <w:tcPr>
            <w:tcW w:w="1304" w:type="dxa"/>
          </w:tcPr>
          <w:p w14:paraId="0FB6E632" w14:textId="77777777" w:rsidR="00644BA9" w:rsidRPr="00644BA9" w:rsidRDefault="00644BA9">
            <w:pPr>
              <w:jc w:val="center"/>
              <w:rPr>
                <w:szCs w:val="28"/>
              </w:rPr>
            </w:pPr>
            <w:proofErr w:type="spellStart"/>
            <w:r w:rsidRPr="00644BA9">
              <w:rPr>
                <w:szCs w:val="28"/>
              </w:rPr>
              <w:t>шт</w:t>
            </w:r>
            <w:proofErr w:type="spellEnd"/>
            <w:r w:rsidRPr="00644BA9">
              <w:rPr>
                <w:szCs w:val="28"/>
              </w:rPr>
              <w:t>.</w:t>
            </w:r>
          </w:p>
        </w:tc>
        <w:tc>
          <w:tcPr>
            <w:tcW w:w="1099" w:type="dxa"/>
          </w:tcPr>
          <w:p w14:paraId="76A9B991" w14:textId="3146FF36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</w:t>
            </w:r>
          </w:p>
        </w:tc>
        <w:tc>
          <w:tcPr>
            <w:tcW w:w="1360" w:type="dxa"/>
          </w:tcPr>
          <w:p w14:paraId="1EAC9793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5FA94D67" w14:textId="77777777" w:rsidTr="00644BA9">
        <w:trPr>
          <w:jc w:val="center"/>
        </w:trPr>
        <w:tc>
          <w:tcPr>
            <w:tcW w:w="567" w:type="dxa"/>
          </w:tcPr>
          <w:p w14:paraId="48E70497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11</w:t>
            </w:r>
          </w:p>
        </w:tc>
        <w:tc>
          <w:tcPr>
            <w:tcW w:w="4309" w:type="dxa"/>
          </w:tcPr>
          <w:p w14:paraId="61A7F49D" w14:textId="77777777" w:rsidR="00644BA9" w:rsidRPr="00644BA9" w:rsidRDefault="00644BA9">
            <w:pPr>
              <w:rPr>
                <w:szCs w:val="28"/>
              </w:rPr>
            </w:pPr>
            <w:r w:rsidRPr="00644BA9">
              <w:rPr>
                <w:szCs w:val="28"/>
              </w:rPr>
              <w:t>Термоковдра</w:t>
            </w:r>
          </w:p>
        </w:tc>
        <w:tc>
          <w:tcPr>
            <w:tcW w:w="1304" w:type="dxa"/>
          </w:tcPr>
          <w:p w14:paraId="03600A20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шт.</w:t>
            </w:r>
          </w:p>
        </w:tc>
        <w:tc>
          <w:tcPr>
            <w:tcW w:w="1099" w:type="dxa"/>
          </w:tcPr>
          <w:p w14:paraId="16710DFF" w14:textId="0BB990B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</w:t>
            </w:r>
          </w:p>
        </w:tc>
        <w:tc>
          <w:tcPr>
            <w:tcW w:w="1360" w:type="dxa"/>
          </w:tcPr>
          <w:p w14:paraId="565A422B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2B60BB4E" w14:textId="77777777" w:rsidTr="00644BA9">
        <w:trPr>
          <w:jc w:val="center"/>
        </w:trPr>
        <w:tc>
          <w:tcPr>
            <w:tcW w:w="567" w:type="dxa"/>
          </w:tcPr>
          <w:p w14:paraId="7D0B43D4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12</w:t>
            </w:r>
          </w:p>
        </w:tc>
        <w:tc>
          <w:tcPr>
            <w:tcW w:w="4309" w:type="dxa"/>
          </w:tcPr>
          <w:p w14:paraId="34360CEF" w14:textId="7733BC12" w:rsidR="00644BA9" w:rsidRPr="00644BA9" w:rsidRDefault="00644BA9">
            <w:pPr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Йод</w:t>
            </w:r>
          </w:p>
        </w:tc>
        <w:tc>
          <w:tcPr>
            <w:tcW w:w="1304" w:type="dxa"/>
          </w:tcPr>
          <w:p w14:paraId="189AFC7A" w14:textId="77777777" w:rsidR="00644BA9" w:rsidRPr="00644BA9" w:rsidRDefault="00644BA9">
            <w:pPr>
              <w:jc w:val="center"/>
              <w:rPr>
                <w:szCs w:val="28"/>
              </w:rPr>
            </w:pPr>
            <w:proofErr w:type="spellStart"/>
            <w:r w:rsidRPr="00644BA9">
              <w:rPr>
                <w:szCs w:val="28"/>
              </w:rPr>
              <w:t>шт</w:t>
            </w:r>
            <w:proofErr w:type="spellEnd"/>
            <w:r w:rsidRPr="00644BA9">
              <w:rPr>
                <w:szCs w:val="28"/>
              </w:rPr>
              <w:t>.</w:t>
            </w:r>
          </w:p>
        </w:tc>
        <w:tc>
          <w:tcPr>
            <w:tcW w:w="1099" w:type="dxa"/>
          </w:tcPr>
          <w:p w14:paraId="0CD48B05" w14:textId="68F164A4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1</w:t>
            </w:r>
          </w:p>
        </w:tc>
        <w:tc>
          <w:tcPr>
            <w:tcW w:w="1360" w:type="dxa"/>
          </w:tcPr>
          <w:p w14:paraId="23FC9159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677594C5" w14:textId="77777777" w:rsidTr="00644BA9">
        <w:trPr>
          <w:jc w:val="center"/>
        </w:trPr>
        <w:tc>
          <w:tcPr>
            <w:tcW w:w="567" w:type="dxa"/>
          </w:tcPr>
          <w:p w14:paraId="38FE6D1D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13</w:t>
            </w:r>
          </w:p>
        </w:tc>
        <w:tc>
          <w:tcPr>
            <w:tcW w:w="4309" w:type="dxa"/>
          </w:tcPr>
          <w:p w14:paraId="13ACB9D8" w14:textId="6CD96C22" w:rsidR="00644BA9" w:rsidRPr="00644BA9" w:rsidRDefault="00644BA9">
            <w:pPr>
              <w:rPr>
                <w:szCs w:val="28"/>
                <w:lang w:val="uk-UA"/>
              </w:rPr>
            </w:pPr>
            <w:proofErr w:type="spellStart"/>
            <w:r w:rsidRPr="00644BA9">
              <w:rPr>
                <w:szCs w:val="28"/>
                <w:lang w:val="uk-UA"/>
              </w:rPr>
              <w:t>Перекись</w:t>
            </w:r>
            <w:proofErr w:type="spellEnd"/>
            <w:r w:rsidRPr="00644BA9">
              <w:rPr>
                <w:szCs w:val="28"/>
                <w:lang w:val="uk-UA"/>
              </w:rPr>
              <w:t xml:space="preserve"> водню</w:t>
            </w:r>
          </w:p>
        </w:tc>
        <w:tc>
          <w:tcPr>
            <w:tcW w:w="1304" w:type="dxa"/>
          </w:tcPr>
          <w:p w14:paraId="646251CF" w14:textId="3F459EA9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шт.</w:t>
            </w:r>
          </w:p>
        </w:tc>
        <w:tc>
          <w:tcPr>
            <w:tcW w:w="1099" w:type="dxa"/>
          </w:tcPr>
          <w:p w14:paraId="2AE950D6" w14:textId="0FAECF35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1</w:t>
            </w:r>
          </w:p>
        </w:tc>
        <w:tc>
          <w:tcPr>
            <w:tcW w:w="1360" w:type="dxa"/>
          </w:tcPr>
          <w:p w14:paraId="43351BBA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0247397C" w14:textId="77777777" w:rsidTr="00644BA9">
        <w:trPr>
          <w:jc w:val="center"/>
        </w:trPr>
        <w:tc>
          <w:tcPr>
            <w:tcW w:w="567" w:type="dxa"/>
          </w:tcPr>
          <w:p w14:paraId="24D9407B" w14:textId="77777777" w:rsidR="00644BA9" w:rsidRPr="00644BA9" w:rsidRDefault="00644BA9">
            <w:pPr>
              <w:jc w:val="center"/>
              <w:rPr>
                <w:szCs w:val="28"/>
              </w:rPr>
            </w:pPr>
            <w:r w:rsidRPr="00644BA9">
              <w:rPr>
                <w:szCs w:val="28"/>
              </w:rPr>
              <w:t>14</w:t>
            </w:r>
          </w:p>
        </w:tc>
        <w:tc>
          <w:tcPr>
            <w:tcW w:w="4309" w:type="dxa"/>
          </w:tcPr>
          <w:p w14:paraId="3D8B6C46" w14:textId="53FEC1BC" w:rsidR="00644BA9" w:rsidRPr="00644BA9" w:rsidRDefault="00644BA9">
            <w:pPr>
              <w:rPr>
                <w:szCs w:val="28"/>
                <w:lang w:val="uk-UA"/>
              </w:rPr>
            </w:pPr>
            <w:proofErr w:type="spellStart"/>
            <w:r w:rsidRPr="00644BA9">
              <w:rPr>
                <w:szCs w:val="28"/>
                <w:lang w:val="uk-UA"/>
              </w:rPr>
              <w:t>Парацетамол</w:t>
            </w:r>
            <w:proofErr w:type="spellEnd"/>
          </w:p>
        </w:tc>
        <w:tc>
          <w:tcPr>
            <w:tcW w:w="1304" w:type="dxa"/>
          </w:tcPr>
          <w:p w14:paraId="28C59F1C" w14:textId="14429405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proofErr w:type="spellStart"/>
            <w:r w:rsidRPr="00644BA9">
              <w:rPr>
                <w:szCs w:val="28"/>
                <w:lang w:val="uk-UA"/>
              </w:rPr>
              <w:t>уп</w:t>
            </w:r>
            <w:proofErr w:type="spellEnd"/>
            <w:r w:rsidRPr="00644BA9">
              <w:rPr>
                <w:szCs w:val="28"/>
                <w:lang w:val="uk-UA"/>
              </w:rPr>
              <w:t>.</w:t>
            </w:r>
          </w:p>
        </w:tc>
        <w:tc>
          <w:tcPr>
            <w:tcW w:w="1099" w:type="dxa"/>
          </w:tcPr>
          <w:p w14:paraId="4075BB4E" w14:textId="404FDFBF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1</w:t>
            </w:r>
          </w:p>
        </w:tc>
        <w:tc>
          <w:tcPr>
            <w:tcW w:w="1360" w:type="dxa"/>
          </w:tcPr>
          <w:p w14:paraId="240F83FD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798CF145" w14:textId="77777777" w:rsidTr="00644BA9">
        <w:trPr>
          <w:jc w:val="center"/>
        </w:trPr>
        <w:tc>
          <w:tcPr>
            <w:tcW w:w="567" w:type="dxa"/>
          </w:tcPr>
          <w:p w14:paraId="28BF2D19" w14:textId="5764DE04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15</w:t>
            </w:r>
          </w:p>
        </w:tc>
        <w:tc>
          <w:tcPr>
            <w:tcW w:w="4309" w:type="dxa"/>
          </w:tcPr>
          <w:p w14:paraId="4931E615" w14:textId="2F613BE9" w:rsidR="00644BA9" w:rsidRPr="00644BA9" w:rsidRDefault="00644BA9">
            <w:pPr>
              <w:rPr>
                <w:szCs w:val="28"/>
                <w:lang w:val="uk-UA"/>
              </w:rPr>
            </w:pPr>
            <w:proofErr w:type="spellStart"/>
            <w:r w:rsidRPr="00644BA9">
              <w:rPr>
                <w:szCs w:val="28"/>
                <w:lang w:val="uk-UA"/>
              </w:rPr>
              <w:t>Ібупрофен</w:t>
            </w:r>
            <w:proofErr w:type="spellEnd"/>
          </w:p>
        </w:tc>
        <w:tc>
          <w:tcPr>
            <w:tcW w:w="1304" w:type="dxa"/>
          </w:tcPr>
          <w:p w14:paraId="1A5490D8" w14:textId="656026FF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proofErr w:type="spellStart"/>
            <w:r w:rsidRPr="00644BA9">
              <w:rPr>
                <w:szCs w:val="28"/>
                <w:lang w:val="uk-UA"/>
              </w:rPr>
              <w:t>пл</w:t>
            </w:r>
            <w:proofErr w:type="spellEnd"/>
            <w:r w:rsidRPr="00644BA9">
              <w:rPr>
                <w:szCs w:val="28"/>
                <w:lang w:val="uk-UA"/>
              </w:rPr>
              <w:t>.</w:t>
            </w:r>
          </w:p>
        </w:tc>
        <w:tc>
          <w:tcPr>
            <w:tcW w:w="1099" w:type="dxa"/>
          </w:tcPr>
          <w:p w14:paraId="39456072" w14:textId="534784C4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1</w:t>
            </w:r>
          </w:p>
        </w:tc>
        <w:tc>
          <w:tcPr>
            <w:tcW w:w="1360" w:type="dxa"/>
          </w:tcPr>
          <w:p w14:paraId="36ABD812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1C393FF7" w14:textId="77777777" w:rsidTr="00644BA9">
        <w:trPr>
          <w:jc w:val="center"/>
        </w:trPr>
        <w:tc>
          <w:tcPr>
            <w:tcW w:w="567" w:type="dxa"/>
          </w:tcPr>
          <w:p w14:paraId="14247BF5" w14:textId="26811FC8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16</w:t>
            </w:r>
          </w:p>
        </w:tc>
        <w:tc>
          <w:tcPr>
            <w:tcW w:w="4309" w:type="dxa"/>
          </w:tcPr>
          <w:p w14:paraId="56B41702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55E3799F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12BDB70F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79C1D5F0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67521F33" w14:textId="77777777" w:rsidTr="00644BA9">
        <w:trPr>
          <w:jc w:val="center"/>
        </w:trPr>
        <w:tc>
          <w:tcPr>
            <w:tcW w:w="567" w:type="dxa"/>
          </w:tcPr>
          <w:p w14:paraId="5499887C" w14:textId="0289588F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17</w:t>
            </w:r>
          </w:p>
        </w:tc>
        <w:tc>
          <w:tcPr>
            <w:tcW w:w="4309" w:type="dxa"/>
          </w:tcPr>
          <w:p w14:paraId="2115D072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5CEA5F42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26554982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4875B94A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4F8C1D72" w14:textId="77777777" w:rsidTr="00644BA9">
        <w:trPr>
          <w:jc w:val="center"/>
        </w:trPr>
        <w:tc>
          <w:tcPr>
            <w:tcW w:w="567" w:type="dxa"/>
          </w:tcPr>
          <w:p w14:paraId="287D9846" w14:textId="1176D073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18</w:t>
            </w:r>
          </w:p>
        </w:tc>
        <w:tc>
          <w:tcPr>
            <w:tcW w:w="4309" w:type="dxa"/>
          </w:tcPr>
          <w:p w14:paraId="75477D5C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52A11AA5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09881F42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6BA261BA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10087598" w14:textId="77777777" w:rsidTr="00644BA9">
        <w:trPr>
          <w:jc w:val="center"/>
        </w:trPr>
        <w:tc>
          <w:tcPr>
            <w:tcW w:w="567" w:type="dxa"/>
          </w:tcPr>
          <w:p w14:paraId="6F3120EE" w14:textId="544D0E32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19</w:t>
            </w:r>
          </w:p>
        </w:tc>
        <w:tc>
          <w:tcPr>
            <w:tcW w:w="4309" w:type="dxa"/>
          </w:tcPr>
          <w:p w14:paraId="4AC93C47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251A4656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7C092336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509F72EB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447ADD66" w14:textId="77777777" w:rsidTr="00644BA9">
        <w:trPr>
          <w:jc w:val="center"/>
        </w:trPr>
        <w:tc>
          <w:tcPr>
            <w:tcW w:w="567" w:type="dxa"/>
          </w:tcPr>
          <w:p w14:paraId="0C10499B" w14:textId="7E8A54AF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20</w:t>
            </w:r>
          </w:p>
        </w:tc>
        <w:tc>
          <w:tcPr>
            <w:tcW w:w="4309" w:type="dxa"/>
          </w:tcPr>
          <w:p w14:paraId="67E47E8C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43D7A663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43170286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0248F8BB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771CF378" w14:textId="77777777" w:rsidTr="00644BA9">
        <w:trPr>
          <w:jc w:val="center"/>
        </w:trPr>
        <w:tc>
          <w:tcPr>
            <w:tcW w:w="567" w:type="dxa"/>
          </w:tcPr>
          <w:p w14:paraId="23DD6233" w14:textId="711E916F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21</w:t>
            </w:r>
          </w:p>
        </w:tc>
        <w:tc>
          <w:tcPr>
            <w:tcW w:w="4309" w:type="dxa"/>
          </w:tcPr>
          <w:p w14:paraId="7F0CF5E5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2F425B50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1FB5CF20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1D1CDB7C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60090D55" w14:textId="77777777" w:rsidTr="00644BA9">
        <w:trPr>
          <w:jc w:val="center"/>
        </w:trPr>
        <w:tc>
          <w:tcPr>
            <w:tcW w:w="567" w:type="dxa"/>
          </w:tcPr>
          <w:p w14:paraId="5353D683" w14:textId="6AF82B7B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22</w:t>
            </w:r>
          </w:p>
        </w:tc>
        <w:tc>
          <w:tcPr>
            <w:tcW w:w="4309" w:type="dxa"/>
          </w:tcPr>
          <w:p w14:paraId="525942A5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455E92BA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582FBACB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254EEDE4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712FA972" w14:textId="77777777" w:rsidTr="00644BA9">
        <w:trPr>
          <w:jc w:val="center"/>
        </w:trPr>
        <w:tc>
          <w:tcPr>
            <w:tcW w:w="567" w:type="dxa"/>
          </w:tcPr>
          <w:p w14:paraId="46448A16" w14:textId="682ABEEF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23</w:t>
            </w:r>
          </w:p>
        </w:tc>
        <w:tc>
          <w:tcPr>
            <w:tcW w:w="4309" w:type="dxa"/>
          </w:tcPr>
          <w:p w14:paraId="4E72553E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133D10E8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28BE3E8B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261E3DA5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73722E79" w14:textId="77777777" w:rsidTr="00644BA9">
        <w:trPr>
          <w:jc w:val="center"/>
        </w:trPr>
        <w:tc>
          <w:tcPr>
            <w:tcW w:w="567" w:type="dxa"/>
          </w:tcPr>
          <w:p w14:paraId="1296858C" w14:textId="50E7C448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24</w:t>
            </w:r>
          </w:p>
        </w:tc>
        <w:tc>
          <w:tcPr>
            <w:tcW w:w="4309" w:type="dxa"/>
          </w:tcPr>
          <w:p w14:paraId="338DF6A5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683BE6EA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5D168A14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7DDBC71A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55CC4BF8" w14:textId="77777777" w:rsidTr="00644BA9">
        <w:trPr>
          <w:jc w:val="center"/>
        </w:trPr>
        <w:tc>
          <w:tcPr>
            <w:tcW w:w="567" w:type="dxa"/>
          </w:tcPr>
          <w:p w14:paraId="7362FD26" w14:textId="7A0DBF78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25</w:t>
            </w:r>
          </w:p>
        </w:tc>
        <w:tc>
          <w:tcPr>
            <w:tcW w:w="4309" w:type="dxa"/>
          </w:tcPr>
          <w:p w14:paraId="379680C8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23D75ABD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17C0D596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1F4C8663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374134C1" w14:textId="77777777" w:rsidTr="00644BA9">
        <w:trPr>
          <w:jc w:val="center"/>
        </w:trPr>
        <w:tc>
          <w:tcPr>
            <w:tcW w:w="567" w:type="dxa"/>
          </w:tcPr>
          <w:p w14:paraId="1113AD9C" w14:textId="0723F066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26</w:t>
            </w:r>
          </w:p>
        </w:tc>
        <w:tc>
          <w:tcPr>
            <w:tcW w:w="4309" w:type="dxa"/>
          </w:tcPr>
          <w:p w14:paraId="3AF7EF19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549C591D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0D138EDF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793D1450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1FD1F426" w14:textId="77777777" w:rsidTr="00644BA9">
        <w:trPr>
          <w:jc w:val="center"/>
        </w:trPr>
        <w:tc>
          <w:tcPr>
            <w:tcW w:w="567" w:type="dxa"/>
          </w:tcPr>
          <w:p w14:paraId="17810608" w14:textId="502962EC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27</w:t>
            </w:r>
          </w:p>
        </w:tc>
        <w:tc>
          <w:tcPr>
            <w:tcW w:w="4309" w:type="dxa"/>
          </w:tcPr>
          <w:p w14:paraId="4BD11F52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30AB7265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3C504BDB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5A343494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22B7F78C" w14:textId="77777777" w:rsidTr="00644BA9">
        <w:trPr>
          <w:jc w:val="center"/>
        </w:trPr>
        <w:tc>
          <w:tcPr>
            <w:tcW w:w="567" w:type="dxa"/>
          </w:tcPr>
          <w:p w14:paraId="4B58575B" w14:textId="3F07CD51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28</w:t>
            </w:r>
          </w:p>
        </w:tc>
        <w:tc>
          <w:tcPr>
            <w:tcW w:w="4309" w:type="dxa"/>
          </w:tcPr>
          <w:p w14:paraId="171C0DDC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2A4C758F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5246B11C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5370A006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1EFD8FA0" w14:textId="77777777" w:rsidTr="00644BA9">
        <w:trPr>
          <w:jc w:val="center"/>
        </w:trPr>
        <w:tc>
          <w:tcPr>
            <w:tcW w:w="567" w:type="dxa"/>
          </w:tcPr>
          <w:p w14:paraId="51E132AB" w14:textId="5B37A01D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29</w:t>
            </w:r>
          </w:p>
        </w:tc>
        <w:tc>
          <w:tcPr>
            <w:tcW w:w="4309" w:type="dxa"/>
          </w:tcPr>
          <w:p w14:paraId="4761BC16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0B797C66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4EA617D1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1012095B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  <w:tr w:rsidR="00644BA9" w:rsidRPr="00644BA9" w14:paraId="1ACE4226" w14:textId="77777777" w:rsidTr="00644BA9">
        <w:trPr>
          <w:jc w:val="center"/>
        </w:trPr>
        <w:tc>
          <w:tcPr>
            <w:tcW w:w="567" w:type="dxa"/>
          </w:tcPr>
          <w:p w14:paraId="78C456ED" w14:textId="12054B56" w:rsidR="00644BA9" w:rsidRPr="00644BA9" w:rsidRDefault="00644BA9">
            <w:pPr>
              <w:jc w:val="center"/>
              <w:rPr>
                <w:szCs w:val="28"/>
                <w:lang w:val="uk-UA"/>
              </w:rPr>
            </w:pPr>
            <w:r w:rsidRPr="00644BA9">
              <w:rPr>
                <w:szCs w:val="28"/>
                <w:lang w:val="uk-UA"/>
              </w:rPr>
              <w:t>30</w:t>
            </w:r>
          </w:p>
        </w:tc>
        <w:tc>
          <w:tcPr>
            <w:tcW w:w="4309" w:type="dxa"/>
          </w:tcPr>
          <w:p w14:paraId="1F47CBD1" w14:textId="77777777" w:rsidR="00644BA9" w:rsidRPr="00644BA9" w:rsidRDefault="00644BA9">
            <w:pPr>
              <w:rPr>
                <w:szCs w:val="28"/>
                <w:lang w:val="uk-UA"/>
              </w:rPr>
            </w:pPr>
          </w:p>
        </w:tc>
        <w:tc>
          <w:tcPr>
            <w:tcW w:w="1304" w:type="dxa"/>
          </w:tcPr>
          <w:p w14:paraId="2062E55F" w14:textId="77777777" w:rsidR="00644BA9" w:rsidRPr="00644BA9" w:rsidRDefault="00644BA9">
            <w:pPr>
              <w:jc w:val="center"/>
              <w:rPr>
                <w:szCs w:val="28"/>
                <w:lang w:val="uk-UA"/>
              </w:rPr>
            </w:pPr>
          </w:p>
        </w:tc>
        <w:tc>
          <w:tcPr>
            <w:tcW w:w="1099" w:type="dxa"/>
          </w:tcPr>
          <w:p w14:paraId="0D063C31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  <w:tc>
          <w:tcPr>
            <w:tcW w:w="1360" w:type="dxa"/>
          </w:tcPr>
          <w:p w14:paraId="019A62D5" w14:textId="77777777" w:rsidR="00644BA9" w:rsidRPr="00644BA9" w:rsidRDefault="00644BA9">
            <w:pPr>
              <w:jc w:val="center"/>
              <w:rPr>
                <w:szCs w:val="28"/>
              </w:rPr>
            </w:pPr>
          </w:p>
        </w:tc>
      </w:tr>
    </w:tbl>
    <w:p w14:paraId="017502D9" w14:textId="77777777" w:rsidR="009D03D0" w:rsidRDefault="009D03D0">
      <w:pPr>
        <w:spacing w:before="120"/>
      </w:pPr>
    </w:p>
    <w:p w14:paraId="345CFE52" w14:textId="1AD77961" w:rsidR="009D03D0" w:rsidRDefault="00000000">
      <w:pPr>
        <w:spacing w:before="120"/>
        <w:rPr>
          <w:lang w:val="uk-UA"/>
        </w:rPr>
      </w:pPr>
      <w:proofErr w:type="spellStart"/>
      <w:r>
        <w:t>Відповідальний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аптечку</w:t>
      </w:r>
      <w:proofErr w:type="spellEnd"/>
      <w:r>
        <w:t>: ______________________________________</w:t>
      </w:r>
      <w:r w:rsidR="009A2619">
        <w:rPr>
          <w:lang w:val="uk-UA"/>
        </w:rPr>
        <w:t>_______________________</w:t>
      </w:r>
    </w:p>
    <w:p w14:paraId="6B2C25FB" w14:textId="77777777" w:rsidR="00D127AC" w:rsidRDefault="00D127AC">
      <w:pPr>
        <w:spacing w:before="120"/>
        <w:rPr>
          <w:lang w:val="uk-UA"/>
        </w:rPr>
      </w:pPr>
    </w:p>
    <w:p w14:paraId="53740F93" w14:textId="3B639AC8" w:rsidR="00D127AC" w:rsidRPr="00D127AC" w:rsidRDefault="00D127AC" w:rsidP="00D127AC">
      <w:pPr>
        <w:tabs>
          <w:tab w:val="center" w:pos="10206"/>
        </w:tabs>
        <w:spacing w:before="120"/>
        <w:rPr>
          <w:sz w:val="28"/>
          <w:szCs w:val="24"/>
          <w:lang w:val="uk-UA"/>
        </w:rPr>
      </w:pPr>
      <w:r w:rsidRPr="00D127AC">
        <w:rPr>
          <w:sz w:val="28"/>
          <w:szCs w:val="24"/>
          <w:lang w:val="uk-UA"/>
        </w:rPr>
        <w:t xml:space="preserve">Командир 1 навчальної роти </w:t>
      </w:r>
      <w:r w:rsidRPr="00D127AC">
        <w:rPr>
          <w:sz w:val="28"/>
          <w:szCs w:val="24"/>
          <w:lang w:val="uk-UA"/>
        </w:rPr>
        <w:br/>
        <w:t>лейтенант</w:t>
      </w:r>
      <w:r w:rsidRPr="00D127AC">
        <w:rPr>
          <w:sz w:val="28"/>
          <w:szCs w:val="24"/>
          <w:lang w:val="uk-UA"/>
        </w:rPr>
        <w:tab/>
        <w:t>Богдан ГЕНЗЕЛЬ</w:t>
      </w:r>
      <w:r w:rsidRPr="00D127AC">
        <w:rPr>
          <w:sz w:val="28"/>
          <w:szCs w:val="24"/>
          <w:lang w:val="uk-UA"/>
        </w:rPr>
        <w:br/>
        <w:t>__.06.2026</w:t>
      </w:r>
    </w:p>
    <w:sectPr w:rsidR="00D127AC" w:rsidRPr="00D127A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4D171" w14:textId="77777777" w:rsidR="00E84D22" w:rsidRDefault="00E84D22">
      <w:pPr>
        <w:spacing w:after="0" w:line="240" w:lineRule="auto"/>
      </w:pPr>
      <w:r>
        <w:separator/>
      </w:r>
    </w:p>
  </w:endnote>
  <w:endnote w:type="continuationSeparator" w:id="0">
    <w:p w14:paraId="79C0B1F2" w14:textId="77777777" w:rsidR="00E84D22" w:rsidRDefault="00E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41C27" w14:textId="77777777" w:rsidR="00E84D22" w:rsidRDefault="00E84D22">
      <w:pPr>
        <w:spacing w:after="0" w:line="240" w:lineRule="auto"/>
      </w:pPr>
      <w:r>
        <w:separator/>
      </w:r>
    </w:p>
  </w:footnote>
  <w:footnote w:type="continuationSeparator" w:id="0">
    <w:p w14:paraId="7A66E486" w14:textId="77777777" w:rsidR="00E84D22" w:rsidRDefault="00E8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4289320">
    <w:abstractNumId w:val="8"/>
  </w:num>
  <w:num w:numId="2" w16cid:durableId="59788601">
    <w:abstractNumId w:val="6"/>
  </w:num>
  <w:num w:numId="3" w16cid:durableId="1128284748">
    <w:abstractNumId w:val="5"/>
  </w:num>
  <w:num w:numId="4" w16cid:durableId="356350115">
    <w:abstractNumId w:val="4"/>
  </w:num>
  <w:num w:numId="5" w16cid:durableId="1597860046">
    <w:abstractNumId w:val="7"/>
  </w:num>
  <w:num w:numId="6" w16cid:durableId="1129664002">
    <w:abstractNumId w:val="3"/>
  </w:num>
  <w:num w:numId="7" w16cid:durableId="1479607974">
    <w:abstractNumId w:val="2"/>
  </w:num>
  <w:num w:numId="8" w16cid:durableId="624696274">
    <w:abstractNumId w:val="1"/>
  </w:num>
  <w:num w:numId="9" w16cid:durableId="1444109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0115"/>
    <w:rsid w:val="00326F90"/>
    <w:rsid w:val="005C72C1"/>
    <w:rsid w:val="00644BA9"/>
    <w:rsid w:val="009A2619"/>
    <w:rsid w:val="009D03D0"/>
    <w:rsid w:val="00AA1D8D"/>
    <w:rsid w:val="00B47730"/>
    <w:rsid w:val="00CB0664"/>
    <w:rsid w:val="00D127AC"/>
    <w:rsid w:val="00E84D22"/>
    <w:rsid w:val="00F41903"/>
    <w:rsid w:val="00F507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87E914"/>
  <w14:defaultImageDpi w14:val="300"/>
  <w15:docId w15:val="{CAD12B83-1046-4375-BE84-654BAC7C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504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1NR</cp:lastModifiedBy>
  <cp:revision>3</cp:revision>
  <cp:lastPrinted>2026-06-24T07:09:00Z</cp:lastPrinted>
  <dcterms:created xsi:type="dcterms:W3CDTF">2013-12-23T23:15:00Z</dcterms:created>
  <dcterms:modified xsi:type="dcterms:W3CDTF">2026-06-25T06:31:00Z</dcterms:modified>
  <cp:category/>
</cp:coreProperties>
</file>