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9A5F4" w14:textId="21E5BCBB" w:rsidR="00ED276F" w:rsidRPr="00C26315" w:rsidRDefault="00C26315" w:rsidP="00C26315">
      <w:pPr>
        <w:spacing w:after="0"/>
        <w:jc w:val="center"/>
        <w:rPr>
          <w:rFonts w:cs="Times New Roman"/>
          <w:sz w:val="28"/>
          <w:szCs w:val="28"/>
          <w:lang w:val="uk-UA"/>
        </w:rPr>
      </w:pPr>
      <w:r w:rsidRPr="00C26315">
        <w:rPr>
          <w:rFonts w:cs="Times New Roman"/>
          <w:b/>
          <w:sz w:val="28"/>
          <w:szCs w:val="28"/>
          <w:lang w:val="uk-UA"/>
        </w:rPr>
        <w:t>ВІДОМІСТЬ</w:t>
      </w:r>
      <w:r w:rsidRPr="00C26315">
        <w:rPr>
          <w:rFonts w:cs="Times New Roman"/>
          <w:b/>
          <w:sz w:val="28"/>
          <w:szCs w:val="28"/>
        </w:rPr>
        <w:br/>
      </w:r>
      <w:proofErr w:type="spellStart"/>
      <w:r w:rsidRPr="00C26315">
        <w:rPr>
          <w:rFonts w:cs="Times New Roman"/>
          <w:b/>
          <w:sz w:val="28"/>
          <w:szCs w:val="28"/>
        </w:rPr>
        <w:t>перевірки</w:t>
      </w:r>
      <w:proofErr w:type="spellEnd"/>
      <w:r w:rsidRPr="00C26315">
        <w:rPr>
          <w:rFonts w:cs="Times New Roman"/>
          <w:b/>
          <w:sz w:val="28"/>
          <w:szCs w:val="28"/>
        </w:rPr>
        <w:t xml:space="preserve"> </w:t>
      </w:r>
      <w:proofErr w:type="spellStart"/>
      <w:r w:rsidRPr="00C26315">
        <w:rPr>
          <w:rFonts w:cs="Times New Roman"/>
          <w:b/>
          <w:sz w:val="28"/>
          <w:szCs w:val="28"/>
        </w:rPr>
        <w:t>якісного</w:t>
      </w:r>
      <w:proofErr w:type="spellEnd"/>
      <w:r w:rsidRPr="00C26315">
        <w:rPr>
          <w:rFonts w:cs="Times New Roman"/>
          <w:b/>
          <w:sz w:val="28"/>
          <w:szCs w:val="28"/>
        </w:rPr>
        <w:t xml:space="preserve"> </w:t>
      </w:r>
      <w:proofErr w:type="spellStart"/>
      <w:r w:rsidRPr="00C26315">
        <w:rPr>
          <w:rFonts w:cs="Times New Roman"/>
          <w:b/>
          <w:sz w:val="28"/>
          <w:szCs w:val="28"/>
        </w:rPr>
        <w:t>стану</w:t>
      </w:r>
      <w:proofErr w:type="spellEnd"/>
      <w:r w:rsidRPr="00C26315">
        <w:rPr>
          <w:rFonts w:cs="Times New Roman"/>
          <w:b/>
          <w:sz w:val="28"/>
          <w:szCs w:val="28"/>
        </w:rPr>
        <w:t xml:space="preserve"> </w:t>
      </w:r>
      <w:proofErr w:type="spellStart"/>
      <w:r w:rsidRPr="00C26315">
        <w:rPr>
          <w:rFonts w:cs="Times New Roman"/>
          <w:b/>
          <w:sz w:val="28"/>
          <w:szCs w:val="28"/>
        </w:rPr>
        <w:t>та</w:t>
      </w:r>
      <w:proofErr w:type="spellEnd"/>
      <w:r w:rsidRPr="00C26315">
        <w:rPr>
          <w:rFonts w:cs="Times New Roman"/>
          <w:b/>
          <w:sz w:val="28"/>
          <w:szCs w:val="28"/>
        </w:rPr>
        <w:t xml:space="preserve"> </w:t>
      </w:r>
      <w:proofErr w:type="spellStart"/>
      <w:r w:rsidRPr="00C26315">
        <w:rPr>
          <w:rFonts w:cs="Times New Roman"/>
          <w:b/>
          <w:sz w:val="28"/>
          <w:szCs w:val="28"/>
        </w:rPr>
        <w:t>наявності</w:t>
      </w:r>
      <w:proofErr w:type="spellEnd"/>
      <w:r w:rsidRPr="00C26315">
        <w:rPr>
          <w:rFonts w:cs="Times New Roman"/>
          <w:b/>
          <w:sz w:val="28"/>
          <w:szCs w:val="28"/>
        </w:rPr>
        <w:t xml:space="preserve"> </w:t>
      </w:r>
      <w:proofErr w:type="spellStart"/>
      <w:r w:rsidRPr="00C26315">
        <w:rPr>
          <w:rFonts w:cs="Times New Roman"/>
          <w:b/>
          <w:sz w:val="28"/>
          <w:szCs w:val="28"/>
        </w:rPr>
        <w:t>майна</w:t>
      </w:r>
      <w:proofErr w:type="spellEnd"/>
      <w:r w:rsidRPr="00C26315">
        <w:rPr>
          <w:rFonts w:cs="Times New Roman"/>
          <w:b/>
          <w:sz w:val="28"/>
          <w:szCs w:val="28"/>
        </w:rPr>
        <w:t xml:space="preserve"> </w:t>
      </w:r>
      <w:proofErr w:type="spellStart"/>
      <w:r w:rsidRPr="00C26315">
        <w:rPr>
          <w:rFonts w:cs="Times New Roman"/>
          <w:b/>
          <w:sz w:val="28"/>
          <w:szCs w:val="28"/>
        </w:rPr>
        <w:t>аптечки</w:t>
      </w:r>
      <w:proofErr w:type="spellEnd"/>
    </w:p>
    <w:p w14:paraId="54E93E4B" w14:textId="05862662" w:rsidR="00ED276F" w:rsidRPr="00C26315" w:rsidRDefault="00ED276F">
      <w:pPr>
        <w:spacing w:after="0"/>
        <w:rPr>
          <w:rFonts w:cs="Times New Roman"/>
          <w:szCs w:val="24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1489"/>
        <w:gridCol w:w="4536"/>
        <w:gridCol w:w="2471"/>
        <w:gridCol w:w="1211"/>
      </w:tblGrid>
      <w:tr w:rsidR="00C26315" w:rsidRPr="00C179B8" w14:paraId="390C5D64" w14:textId="77777777" w:rsidTr="00C26315">
        <w:trPr>
          <w:trHeight w:val="507"/>
          <w:jc w:val="center"/>
        </w:trPr>
        <w:tc>
          <w:tcPr>
            <w:tcW w:w="536" w:type="dxa"/>
          </w:tcPr>
          <w:p w14:paraId="130799CB" w14:textId="77777777" w:rsidR="00C26315" w:rsidRPr="00C179B8" w:rsidRDefault="00C2631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179B8">
              <w:rPr>
                <w:rFonts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1417" w:type="dxa"/>
            <w:vAlign w:val="center"/>
          </w:tcPr>
          <w:p w14:paraId="25A3AC5B" w14:textId="77777777" w:rsidR="00C26315" w:rsidRPr="00C179B8" w:rsidRDefault="00C26315" w:rsidP="00C2631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79B8">
              <w:rPr>
                <w:rFonts w:cs="Times New Roman"/>
                <w:b/>
                <w:sz w:val="28"/>
                <w:szCs w:val="28"/>
              </w:rPr>
              <w:t>Дата</w:t>
            </w:r>
            <w:proofErr w:type="spellEnd"/>
            <w:r w:rsidRPr="00C179B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179B8">
              <w:rPr>
                <w:rFonts w:cs="Times New Roman"/>
                <w:b/>
                <w:sz w:val="28"/>
                <w:szCs w:val="28"/>
              </w:rPr>
              <w:t>перевірки</w:t>
            </w:r>
            <w:proofErr w:type="spellEnd"/>
          </w:p>
        </w:tc>
        <w:tc>
          <w:tcPr>
            <w:tcW w:w="4536" w:type="dxa"/>
            <w:vAlign w:val="center"/>
          </w:tcPr>
          <w:p w14:paraId="7C250A7C" w14:textId="77777777" w:rsidR="00C26315" w:rsidRPr="00C179B8" w:rsidRDefault="00C26315" w:rsidP="00C2631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79B8">
              <w:rPr>
                <w:rFonts w:cs="Times New Roman"/>
                <w:b/>
                <w:sz w:val="28"/>
                <w:szCs w:val="28"/>
              </w:rPr>
              <w:t>Виявлені</w:t>
            </w:r>
            <w:proofErr w:type="spellEnd"/>
            <w:r w:rsidRPr="00C179B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179B8">
              <w:rPr>
                <w:rFonts w:cs="Times New Roman"/>
                <w:b/>
                <w:sz w:val="28"/>
                <w:szCs w:val="28"/>
              </w:rPr>
              <w:t>недоліки</w:t>
            </w:r>
            <w:proofErr w:type="spellEnd"/>
          </w:p>
        </w:tc>
        <w:tc>
          <w:tcPr>
            <w:tcW w:w="2471" w:type="dxa"/>
            <w:vAlign w:val="center"/>
          </w:tcPr>
          <w:p w14:paraId="6D5821AB" w14:textId="77777777" w:rsidR="00C26315" w:rsidRPr="00C179B8" w:rsidRDefault="00C26315" w:rsidP="00C2631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79B8">
              <w:rPr>
                <w:rFonts w:cs="Times New Roman"/>
                <w:b/>
                <w:sz w:val="28"/>
                <w:szCs w:val="28"/>
              </w:rPr>
              <w:t>Посада</w:t>
            </w:r>
            <w:proofErr w:type="spellEnd"/>
            <w:r w:rsidRPr="00C179B8">
              <w:rPr>
                <w:rFonts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179B8">
              <w:rPr>
                <w:rFonts w:cs="Times New Roman"/>
                <w:b/>
                <w:sz w:val="28"/>
                <w:szCs w:val="28"/>
              </w:rPr>
              <w:t>звання</w:t>
            </w:r>
            <w:proofErr w:type="spellEnd"/>
            <w:r w:rsidRPr="00C179B8">
              <w:rPr>
                <w:rFonts w:cs="Times New Roman"/>
                <w:b/>
                <w:sz w:val="28"/>
                <w:szCs w:val="28"/>
              </w:rPr>
              <w:t xml:space="preserve">, ПІБ </w:t>
            </w:r>
            <w:proofErr w:type="spellStart"/>
            <w:r w:rsidRPr="00C179B8">
              <w:rPr>
                <w:rFonts w:cs="Times New Roman"/>
                <w:b/>
                <w:sz w:val="28"/>
                <w:szCs w:val="28"/>
              </w:rPr>
              <w:t>перевіряючого</w:t>
            </w:r>
            <w:proofErr w:type="spellEnd"/>
          </w:p>
        </w:tc>
        <w:tc>
          <w:tcPr>
            <w:tcW w:w="1211" w:type="dxa"/>
            <w:vAlign w:val="center"/>
          </w:tcPr>
          <w:p w14:paraId="69108006" w14:textId="77777777" w:rsidR="00C26315" w:rsidRPr="00C179B8" w:rsidRDefault="00C26315" w:rsidP="00C2631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179B8">
              <w:rPr>
                <w:rFonts w:cs="Times New Roman"/>
                <w:b/>
                <w:sz w:val="28"/>
                <w:szCs w:val="28"/>
              </w:rPr>
              <w:t>Підпис</w:t>
            </w:r>
          </w:p>
        </w:tc>
      </w:tr>
      <w:tr w:rsidR="00C26315" w:rsidRPr="00C179B8" w14:paraId="0006964D" w14:textId="77777777" w:rsidTr="00C26315">
        <w:trPr>
          <w:trHeight w:val="295"/>
          <w:jc w:val="center"/>
        </w:trPr>
        <w:tc>
          <w:tcPr>
            <w:tcW w:w="536" w:type="dxa"/>
          </w:tcPr>
          <w:p w14:paraId="2A679ECB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6443A6F0" w14:textId="64AE6CB8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4536" w:type="dxa"/>
          </w:tcPr>
          <w:p w14:paraId="68689547" w14:textId="6318F6CD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4FC02051" w14:textId="26C15CFC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18A4A97B" w14:textId="6D63BFC8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409C8C17" w14:textId="77777777" w:rsidTr="00C26315">
        <w:trPr>
          <w:trHeight w:val="275"/>
          <w:jc w:val="center"/>
        </w:trPr>
        <w:tc>
          <w:tcPr>
            <w:tcW w:w="536" w:type="dxa"/>
          </w:tcPr>
          <w:p w14:paraId="17C0A772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54E47EFB" w14:textId="1240B04A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A76A8EE" w14:textId="03AB1040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2AE39C3B" w14:textId="3C116DB8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78ED3F26" w14:textId="4FC10CB5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1AE558D2" w14:textId="77777777" w:rsidTr="00C26315">
        <w:trPr>
          <w:trHeight w:val="295"/>
          <w:jc w:val="center"/>
        </w:trPr>
        <w:tc>
          <w:tcPr>
            <w:tcW w:w="536" w:type="dxa"/>
          </w:tcPr>
          <w:p w14:paraId="50B72ECA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1E8ACC75" w14:textId="56B7D375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F93E30F" w14:textId="393A3C9C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66C158D0" w14:textId="5FA788DC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227919F4" w14:textId="549B2A03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10A504EF" w14:textId="77777777" w:rsidTr="00C26315">
        <w:trPr>
          <w:trHeight w:val="275"/>
          <w:jc w:val="center"/>
        </w:trPr>
        <w:tc>
          <w:tcPr>
            <w:tcW w:w="536" w:type="dxa"/>
          </w:tcPr>
          <w:p w14:paraId="6B8D2616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20FB03DE" w14:textId="653821C5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0306BC2" w14:textId="2E7D9C1E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5FD9CC14" w14:textId="072195D4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41771673" w14:textId="0A33FA9A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76772B96" w14:textId="77777777" w:rsidTr="00C26315">
        <w:trPr>
          <w:trHeight w:val="295"/>
          <w:jc w:val="center"/>
        </w:trPr>
        <w:tc>
          <w:tcPr>
            <w:tcW w:w="536" w:type="dxa"/>
          </w:tcPr>
          <w:p w14:paraId="25BAFF6C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11E5875D" w14:textId="35745C7B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9153467" w14:textId="3CD4A229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7B377A6A" w14:textId="1F6690FB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1A602BA5" w14:textId="23DAE3EC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34F361E0" w14:textId="77777777" w:rsidTr="00C26315">
        <w:trPr>
          <w:trHeight w:val="275"/>
          <w:jc w:val="center"/>
        </w:trPr>
        <w:tc>
          <w:tcPr>
            <w:tcW w:w="536" w:type="dxa"/>
          </w:tcPr>
          <w:p w14:paraId="54D000BE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14:paraId="4AB95E8D" w14:textId="4C0CB353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E1B1DB0" w14:textId="3D19AAF5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34B5C7ED" w14:textId="5BFABC61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3CC38C8A" w14:textId="445DC27B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504B0B86" w14:textId="77777777" w:rsidTr="00C26315">
        <w:trPr>
          <w:trHeight w:val="275"/>
          <w:jc w:val="center"/>
        </w:trPr>
        <w:tc>
          <w:tcPr>
            <w:tcW w:w="536" w:type="dxa"/>
          </w:tcPr>
          <w:p w14:paraId="77FE9CBF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14:paraId="7DD04B70" w14:textId="1E484C6C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07CD154" w14:textId="208C0BD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24E5B41C" w14:textId="180C0798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1B3B62D3" w14:textId="1CC04B0E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4E599C8E" w14:textId="77777777" w:rsidTr="00C26315">
        <w:trPr>
          <w:trHeight w:val="295"/>
          <w:jc w:val="center"/>
        </w:trPr>
        <w:tc>
          <w:tcPr>
            <w:tcW w:w="536" w:type="dxa"/>
          </w:tcPr>
          <w:p w14:paraId="6A05E978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14:paraId="7FDA9FF8" w14:textId="56A899D5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D60DD8A" w14:textId="758418B3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09A05B1D" w14:textId="50555AAA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67D415EA" w14:textId="37AF04BB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4CB4E9F3" w14:textId="77777777" w:rsidTr="00C26315">
        <w:trPr>
          <w:trHeight w:val="275"/>
          <w:jc w:val="center"/>
        </w:trPr>
        <w:tc>
          <w:tcPr>
            <w:tcW w:w="536" w:type="dxa"/>
          </w:tcPr>
          <w:p w14:paraId="5ED7D8AA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14:paraId="199FCCE0" w14:textId="1D226EFA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F0262E1" w14:textId="5842A32A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60B7FCD0" w14:textId="14E96133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0D6A93CD" w14:textId="67B48F46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69FAF68B" w14:textId="77777777" w:rsidTr="00C26315">
        <w:trPr>
          <w:trHeight w:val="295"/>
          <w:jc w:val="center"/>
        </w:trPr>
        <w:tc>
          <w:tcPr>
            <w:tcW w:w="536" w:type="dxa"/>
          </w:tcPr>
          <w:p w14:paraId="537FFE3F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70499119" w14:textId="4D082431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948EB49" w14:textId="5F0D22F1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3F43E28D" w14:textId="64D874FE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2A571630" w14:textId="0F7A6099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12E16303" w14:textId="77777777" w:rsidTr="00C26315">
        <w:trPr>
          <w:trHeight w:val="275"/>
          <w:jc w:val="center"/>
        </w:trPr>
        <w:tc>
          <w:tcPr>
            <w:tcW w:w="536" w:type="dxa"/>
          </w:tcPr>
          <w:p w14:paraId="5BD11ACB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</w:tcPr>
          <w:p w14:paraId="7FFDD7F3" w14:textId="4C614E8E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D0CCD5A" w14:textId="773B4288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79FAA73A" w14:textId="739A083F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1FEE4532" w14:textId="16025C42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0400BF9E" w14:textId="77777777" w:rsidTr="00C26315">
        <w:trPr>
          <w:trHeight w:val="295"/>
          <w:jc w:val="center"/>
        </w:trPr>
        <w:tc>
          <w:tcPr>
            <w:tcW w:w="536" w:type="dxa"/>
          </w:tcPr>
          <w:p w14:paraId="6BA02761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14:paraId="7A13A467" w14:textId="4C0F86DC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DC2C714" w14:textId="05BA57AC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50BEF0A7" w14:textId="0697B9AA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48230EEF" w14:textId="3774601B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7FAC9CB0" w14:textId="77777777" w:rsidTr="00C26315">
        <w:trPr>
          <w:trHeight w:val="275"/>
          <w:jc w:val="center"/>
        </w:trPr>
        <w:tc>
          <w:tcPr>
            <w:tcW w:w="536" w:type="dxa"/>
          </w:tcPr>
          <w:p w14:paraId="2BC3CD3E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14:paraId="11A589E2" w14:textId="0AB587A2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19F76B0" w14:textId="05FBDA30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5118CE2B" w14:textId="29ADA76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3FAA347E" w14:textId="58C21BB4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35B51FCA" w14:textId="77777777" w:rsidTr="00C26315">
        <w:trPr>
          <w:trHeight w:val="295"/>
          <w:jc w:val="center"/>
        </w:trPr>
        <w:tc>
          <w:tcPr>
            <w:tcW w:w="536" w:type="dxa"/>
          </w:tcPr>
          <w:p w14:paraId="1C0400C1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</w:tcPr>
          <w:p w14:paraId="609DA67B" w14:textId="7120FFEE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466BFEC" w14:textId="39958A54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25CA5C34" w14:textId="2B821CBF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5F4002B7" w14:textId="29EE06A8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618320AE" w14:textId="77777777" w:rsidTr="00C26315">
        <w:trPr>
          <w:trHeight w:val="275"/>
          <w:jc w:val="center"/>
        </w:trPr>
        <w:tc>
          <w:tcPr>
            <w:tcW w:w="536" w:type="dxa"/>
          </w:tcPr>
          <w:p w14:paraId="00916526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79B8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64E21155" w14:textId="1A074280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37D3A65" w14:textId="25F84CF1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6630E289" w14:textId="4AD69AAA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7C6FA112" w14:textId="38E8822C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2B36704E" w14:textId="77777777" w:rsidTr="00C26315">
        <w:trPr>
          <w:trHeight w:val="275"/>
          <w:jc w:val="center"/>
        </w:trPr>
        <w:tc>
          <w:tcPr>
            <w:tcW w:w="536" w:type="dxa"/>
          </w:tcPr>
          <w:p w14:paraId="4C975688" w14:textId="2931A601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C179B8">
              <w:rPr>
                <w:rFonts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1417" w:type="dxa"/>
          </w:tcPr>
          <w:p w14:paraId="64DF8515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E01631F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46449D10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514A51F1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381C3B8C" w14:textId="77777777" w:rsidTr="00C26315">
        <w:trPr>
          <w:trHeight w:val="275"/>
          <w:jc w:val="center"/>
        </w:trPr>
        <w:tc>
          <w:tcPr>
            <w:tcW w:w="536" w:type="dxa"/>
          </w:tcPr>
          <w:p w14:paraId="5F8B6E91" w14:textId="337433CD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C179B8">
              <w:rPr>
                <w:rFonts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1417" w:type="dxa"/>
          </w:tcPr>
          <w:p w14:paraId="031DAC63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46B012C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3818B919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2781C2D5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2D45CA55" w14:textId="77777777" w:rsidTr="00C26315">
        <w:trPr>
          <w:trHeight w:val="275"/>
          <w:jc w:val="center"/>
        </w:trPr>
        <w:tc>
          <w:tcPr>
            <w:tcW w:w="536" w:type="dxa"/>
          </w:tcPr>
          <w:p w14:paraId="0311ED26" w14:textId="2C2BBE61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C179B8">
              <w:rPr>
                <w:rFonts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1417" w:type="dxa"/>
          </w:tcPr>
          <w:p w14:paraId="61C38BC4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5D5CA8E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15C866BB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4419CFCD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31A9B06D" w14:textId="77777777" w:rsidTr="00C26315">
        <w:trPr>
          <w:trHeight w:val="275"/>
          <w:jc w:val="center"/>
        </w:trPr>
        <w:tc>
          <w:tcPr>
            <w:tcW w:w="536" w:type="dxa"/>
          </w:tcPr>
          <w:p w14:paraId="40F85726" w14:textId="3B3FB065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C179B8">
              <w:rPr>
                <w:rFonts w:cs="Times New Roman"/>
                <w:sz w:val="20"/>
                <w:szCs w:val="20"/>
                <w:lang w:val="uk-UA"/>
              </w:rPr>
              <w:t>19</w:t>
            </w:r>
          </w:p>
        </w:tc>
        <w:tc>
          <w:tcPr>
            <w:tcW w:w="1417" w:type="dxa"/>
          </w:tcPr>
          <w:p w14:paraId="1234229A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5202098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6C8F5F54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5348F9F3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26315" w:rsidRPr="00C179B8" w14:paraId="59F7B81A" w14:textId="77777777" w:rsidTr="00C26315">
        <w:trPr>
          <w:trHeight w:val="275"/>
          <w:jc w:val="center"/>
        </w:trPr>
        <w:tc>
          <w:tcPr>
            <w:tcW w:w="536" w:type="dxa"/>
          </w:tcPr>
          <w:p w14:paraId="692E10B1" w14:textId="3E0EF8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C179B8">
              <w:rPr>
                <w:rFonts w:cs="Times New Roman"/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14:paraId="27434D97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C0453EC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71" w:type="dxa"/>
          </w:tcPr>
          <w:p w14:paraId="2D147C2C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14:paraId="05EC6BFF" w14:textId="77777777" w:rsidR="00C26315" w:rsidRPr="00C179B8" w:rsidRDefault="00C26315" w:rsidP="00C26315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2D437F9" w14:textId="77777777" w:rsidR="00C26315" w:rsidRPr="00C26315" w:rsidRDefault="00C26315" w:rsidP="00C26315">
      <w:pPr>
        <w:rPr>
          <w:rFonts w:cs="Times New Roman"/>
          <w:b/>
          <w:szCs w:val="24"/>
          <w:lang w:val="uk-UA"/>
        </w:rPr>
      </w:pPr>
    </w:p>
    <w:p w14:paraId="7A108487" w14:textId="272C8AC4" w:rsidR="00ED276F" w:rsidRDefault="00000000" w:rsidP="00C179B8">
      <w:pPr>
        <w:ind w:left="426" w:right="390"/>
        <w:rPr>
          <w:rFonts w:cs="Times New Roman"/>
          <w:sz w:val="22"/>
          <w:lang w:val="uk-UA"/>
        </w:rPr>
      </w:pPr>
      <w:proofErr w:type="spellStart"/>
      <w:r w:rsidRPr="00C179B8">
        <w:rPr>
          <w:rFonts w:cs="Times New Roman"/>
          <w:b/>
          <w:sz w:val="22"/>
        </w:rPr>
        <w:t>Примітка</w:t>
      </w:r>
      <w:proofErr w:type="spellEnd"/>
      <w:r w:rsidRPr="00C179B8">
        <w:rPr>
          <w:rFonts w:cs="Times New Roman"/>
          <w:b/>
          <w:sz w:val="22"/>
        </w:rPr>
        <w:t xml:space="preserve">: </w:t>
      </w:r>
      <w:proofErr w:type="spellStart"/>
      <w:r w:rsidRPr="00C179B8">
        <w:rPr>
          <w:rFonts w:cs="Times New Roman"/>
          <w:sz w:val="22"/>
        </w:rPr>
        <w:t>під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час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перевірки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звертати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увагу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на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фактичну</w:t>
      </w:r>
      <w:proofErr w:type="spellEnd"/>
      <w:r w:rsidRPr="00C179B8">
        <w:rPr>
          <w:rFonts w:cs="Times New Roman"/>
          <w:sz w:val="22"/>
        </w:rPr>
        <w:t xml:space="preserve"> наявність майна, цілісність упаковки, чистоту, відсутність пошкоджень, вологи, забруднення та закінчення </w:t>
      </w:r>
      <w:proofErr w:type="spellStart"/>
      <w:r w:rsidRPr="00C179B8">
        <w:rPr>
          <w:rFonts w:cs="Times New Roman"/>
          <w:sz w:val="22"/>
        </w:rPr>
        <w:t>терміну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придатності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медичних</w:t>
      </w:r>
      <w:proofErr w:type="spellEnd"/>
      <w:r w:rsidRPr="00C179B8">
        <w:rPr>
          <w:rFonts w:cs="Times New Roman"/>
          <w:sz w:val="22"/>
        </w:rPr>
        <w:t xml:space="preserve"> </w:t>
      </w:r>
      <w:proofErr w:type="spellStart"/>
      <w:r w:rsidRPr="00C179B8">
        <w:rPr>
          <w:rFonts w:cs="Times New Roman"/>
          <w:sz w:val="22"/>
        </w:rPr>
        <w:t>засобів</w:t>
      </w:r>
      <w:proofErr w:type="spellEnd"/>
      <w:r w:rsidRPr="00C179B8">
        <w:rPr>
          <w:rFonts w:cs="Times New Roman"/>
          <w:sz w:val="22"/>
        </w:rPr>
        <w:t>.</w:t>
      </w:r>
    </w:p>
    <w:p w14:paraId="3FA8BEBD" w14:textId="77777777" w:rsidR="00C179B8" w:rsidRPr="00C179B8" w:rsidRDefault="00C179B8" w:rsidP="00C179B8">
      <w:pPr>
        <w:ind w:left="426" w:right="390"/>
        <w:rPr>
          <w:rFonts w:cs="Times New Roman"/>
          <w:sz w:val="22"/>
          <w:lang w:val="uk-UA"/>
        </w:rPr>
      </w:pPr>
    </w:p>
    <w:p w14:paraId="37C63586" w14:textId="34D2154C" w:rsidR="00C179B8" w:rsidRPr="00C179B8" w:rsidRDefault="00C179B8" w:rsidP="00C179B8">
      <w:pPr>
        <w:tabs>
          <w:tab w:val="center" w:pos="10206"/>
        </w:tabs>
        <w:spacing w:before="120"/>
        <w:ind w:left="284" w:right="248"/>
        <w:rPr>
          <w:sz w:val="28"/>
          <w:szCs w:val="24"/>
          <w:lang w:val="uk-UA"/>
        </w:rPr>
      </w:pPr>
      <w:r w:rsidRPr="00D127AC">
        <w:rPr>
          <w:sz w:val="28"/>
          <w:szCs w:val="24"/>
          <w:lang w:val="uk-UA"/>
        </w:rPr>
        <w:t xml:space="preserve">Командир 1 навчальної роти </w:t>
      </w:r>
      <w:r w:rsidRPr="00D127AC">
        <w:rPr>
          <w:sz w:val="28"/>
          <w:szCs w:val="24"/>
          <w:lang w:val="uk-UA"/>
        </w:rPr>
        <w:br/>
        <w:t>лейтенант</w:t>
      </w:r>
      <w:r w:rsidRPr="00D127AC">
        <w:rPr>
          <w:sz w:val="28"/>
          <w:szCs w:val="24"/>
          <w:lang w:val="uk-UA"/>
        </w:rPr>
        <w:tab/>
        <w:t>Богдан ГЕНЗЕЛЬ</w:t>
      </w:r>
      <w:r w:rsidRPr="00D127AC">
        <w:rPr>
          <w:sz w:val="28"/>
          <w:szCs w:val="24"/>
          <w:lang w:val="uk-UA"/>
        </w:rPr>
        <w:br/>
        <w:t>__.06.2026</w:t>
      </w:r>
    </w:p>
    <w:sectPr w:rsidR="00C179B8" w:rsidRPr="00C179B8" w:rsidSect="00C26315"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68C8E" w14:textId="77777777" w:rsidR="00E27DAE" w:rsidRDefault="00E27DAE">
      <w:pPr>
        <w:spacing w:after="0" w:line="240" w:lineRule="auto"/>
      </w:pPr>
      <w:r>
        <w:separator/>
      </w:r>
    </w:p>
  </w:endnote>
  <w:endnote w:type="continuationSeparator" w:id="0">
    <w:p w14:paraId="536BCF08" w14:textId="77777777" w:rsidR="00E27DAE" w:rsidRDefault="00E27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DE20" w14:textId="77777777" w:rsidR="00E27DAE" w:rsidRDefault="00E27DAE">
      <w:pPr>
        <w:spacing w:after="0" w:line="240" w:lineRule="auto"/>
      </w:pPr>
      <w:r>
        <w:separator/>
      </w:r>
    </w:p>
  </w:footnote>
  <w:footnote w:type="continuationSeparator" w:id="0">
    <w:p w14:paraId="78AFFA97" w14:textId="77777777" w:rsidR="00E27DAE" w:rsidRDefault="00E27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8884626">
    <w:abstractNumId w:val="8"/>
  </w:num>
  <w:num w:numId="2" w16cid:durableId="1854146529">
    <w:abstractNumId w:val="6"/>
  </w:num>
  <w:num w:numId="3" w16cid:durableId="1282539920">
    <w:abstractNumId w:val="5"/>
  </w:num>
  <w:num w:numId="4" w16cid:durableId="29382323">
    <w:abstractNumId w:val="4"/>
  </w:num>
  <w:num w:numId="5" w16cid:durableId="1564829279">
    <w:abstractNumId w:val="7"/>
  </w:num>
  <w:num w:numId="6" w16cid:durableId="227427265">
    <w:abstractNumId w:val="3"/>
  </w:num>
  <w:num w:numId="7" w16cid:durableId="1965038582">
    <w:abstractNumId w:val="2"/>
  </w:num>
  <w:num w:numId="8" w16cid:durableId="934940282">
    <w:abstractNumId w:val="1"/>
  </w:num>
  <w:num w:numId="9" w16cid:durableId="202116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0686"/>
    <w:rsid w:val="00920ACC"/>
    <w:rsid w:val="00AA1D8D"/>
    <w:rsid w:val="00B47730"/>
    <w:rsid w:val="00C179B8"/>
    <w:rsid w:val="00C26315"/>
    <w:rsid w:val="00CB0664"/>
    <w:rsid w:val="00CE432D"/>
    <w:rsid w:val="00D25264"/>
    <w:rsid w:val="00E27DAE"/>
    <w:rsid w:val="00ED276F"/>
    <w:rsid w:val="00F507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4B528"/>
  <w14:defaultImageDpi w14:val="300"/>
  <w15:docId w15:val="{CAD12B83-1046-4375-BE84-654BAC7C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356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1NR</cp:lastModifiedBy>
  <cp:revision>4</cp:revision>
  <cp:lastPrinted>2026-06-25T06:41:00Z</cp:lastPrinted>
  <dcterms:created xsi:type="dcterms:W3CDTF">2026-06-24T07:24:00Z</dcterms:created>
  <dcterms:modified xsi:type="dcterms:W3CDTF">2026-06-25T06:49:00Z</dcterms:modified>
  <cp:category/>
</cp:coreProperties>
</file>